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ABC35" w14:textId="77777777" w:rsidR="002367AB" w:rsidRPr="00E05574" w:rsidRDefault="002367AB" w:rsidP="002367AB">
      <w:pPr>
        <w:pStyle w:val="Kopfzeile"/>
        <w:rPr>
          <w:rFonts w:ascii="Open Sans" w:hAnsi="Open Sans" w:cs="Open Sans"/>
          <w:sz w:val="28"/>
          <w:szCs w:val="28"/>
          <w:lang w:val="de-DE"/>
        </w:rPr>
      </w:pPr>
      <w:r>
        <w:rPr>
          <w:rFonts w:ascii="Open Sans" w:hAnsi="Open Sans" w:cs="Open Sans"/>
          <w:noProof/>
          <w:sz w:val="28"/>
          <w:szCs w:val="28"/>
          <w:lang w:val="de-DE"/>
        </w:rPr>
        <w:drawing>
          <wp:anchor distT="0" distB="0" distL="114300" distR="114300" simplePos="0" relativeHeight="251659264" behindDoc="0" locked="0" layoutInCell="1" allowOverlap="1" wp14:anchorId="3A103946" wp14:editId="1B7211F7">
            <wp:simplePos x="0" y="0"/>
            <wp:positionH relativeFrom="column">
              <wp:posOffset>7588250</wp:posOffset>
            </wp:positionH>
            <wp:positionV relativeFrom="paragraph">
              <wp:posOffset>-5080</wp:posOffset>
            </wp:positionV>
            <wp:extent cx="1957070" cy="524510"/>
            <wp:effectExtent l="0" t="0" r="5080" b="8890"/>
            <wp:wrapNone/>
            <wp:docPr id="18128614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7070" cy="524510"/>
                    </a:xfrm>
                    <a:prstGeom prst="rect">
                      <a:avLst/>
                    </a:prstGeom>
                    <a:noFill/>
                  </pic:spPr>
                </pic:pic>
              </a:graphicData>
            </a:graphic>
          </wp:anchor>
        </w:drawing>
      </w:r>
      <w:r w:rsidRPr="00E05574">
        <w:rPr>
          <w:rFonts w:ascii="Open Sans" w:hAnsi="Open Sans" w:cs="Open Sans"/>
          <w:sz w:val="28"/>
          <w:szCs w:val="28"/>
          <w:lang w:val="de-DE"/>
        </w:rPr>
        <w:t>E. Eigenerklärung zu Personal</w:t>
      </w:r>
      <w:r w:rsidRPr="00E05574">
        <w:rPr>
          <w:rFonts w:ascii="Open Sans" w:hAnsi="Open Sans" w:cs="Open Sans"/>
          <w:sz w:val="28"/>
          <w:szCs w:val="28"/>
          <w:lang w:val="de-DE"/>
        </w:rPr>
        <w:tab/>
      </w:r>
      <w:r w:rsidRPr="00E05574">
        <w:rPr>
          <w:rFonts w:ascii="Open Sans" w:hAnsi="Open Sans" w:cs="Open Sans"/>
          <w:sz w:val="28"/>
          <w:szCs w:val="28"/>
          <w:lang w:val="de-DE"/>
        </w:rPr>
        <w:tab/>
      </w:r>
      <w:r w:rsidRPr="00E05574">
        <w:rPr>
          <w:rFonts w:ascii="Open Sans" w:hAnsi="Open Sans" w:cs="Open Sans"/>
          <w:noProof/>
          <w:sz w:val="28"/>
          <w:szCs w:val="28"/>
          <w:lang w:val="de-DE"/>
        </w:rPr>
        <w:t xml:space="preserve"> </w:t>
      </w:r>
    </w:p>
    <w:p w14:paraId="315329E7" w14:textId="77777777" w:rsidR="002367AB" w:rsidRPr="00E05574" w:rsidRDefault="002367AB" w:rsidP="002367AB">
      <w:pPr>
        <w:pStyle w:val="Kopfzeile"/>
        <w:rPr>
          <w:rFonts w:ascii="Open Sans" w:hAnsi="Open Sans" w:cs="Open Sans"/>
          <w:sz w:val="28"/>
          <w:szCs w:val="28"/>
          <w:lang w:val="de-DE"/>
        </w:rPr>
      </w:pPr>
      <w:r w:rsidRPr="00E05574">
        <w:rPr>
          <w:rFonts w:ascii="Open Sans" w:hAnsi="Open Sans" w:cs="Open Sans"/>
          <w:sz w:val="28"/>
          <w:szCs w:val="28"/>
          <w:lang w:val="de-DE"/>
        </w:rPr>
        <w:t>Anlage E 19</w:t>
      </w:r>
      <w:r w:rsidRPr="00E05574">
        <w:rPr>
          <w:rFonts w:ascii="Open Sans" w:hAnsi="Open Sans" w:cs="Open Sans"/>
          <w:sz w:val="28"/>
          <w:szCs w:val="28"/>
          <w:lang w:val="de-DE"/>
        </w:rPr>
        <w:tab/>
      </w:r>
    </w:p>
    <w:p w14:paraId="5E7B44EE" w14:textId="77777777" w:rsidR="002367AB" w:rsidRPr="00E05574" w:rsidRDefault="002367AB" w:rsidP="002367AB">
      <w:pPr>
        <w:pStyle w:val="Kopfzeile"/>
        <w:pBdr>
          <w:bottom w:val="single" w:sz="12" w:space="1" w:color="auto"/>
        </w:pBdr>
        <w:rPr>
          <w:rFonts w:ascii="Open Sans" w:hAnsi="Open Sans" w:cs="Open Sans"/>
          <w:sz w:val="28"/>
          <w:szCs w:val="28"/>
          <w:lang w:val="de-DE"/>
        </w:rPr>
      </w:pPr>
      <w:r w:rsidRPr="00E05574">
        <w:rPr>
          <w:rFonts w:ascii="Open Sans" w:hAnsi="Open Sans" w:cs="Open Sans"/>
          <w:sz w:val="28"/>
          <w:szCs w:val="28"/>
          <w:lang w:val="de-DE"/>
        </w:rPr>
        <w:t xml:space="preserve">V-26/0170 </w:t>
      </w:r>
    </w:p>
    <w:p w14:paraId="755A5AAD" w14:textId="77777777" w:rsidR="009507BC" w:rsidRPr="008D2EAD" w:rsidRDefault="008D2EAD">
      <w:pPr>
        <w:spacing w:after="60"/>
        <w:rPr>
          <w:rFonts w:ascii="Open Sans" w:hAnsi="Open Sans" w:cs="Open Sans"/>
          <w:lang w:val="de-DE"/>
        </w:rPr>
      </w:pPr>
      <w:r w:rsidRPr="008D2EAD">
        <w:rPr>
          <w:rFonts w:ascii="Open Sans" w:hAnsi="Open Sans" w:cs="Open Sans"/>
          <w:b/>
          <w:sz w:val="20"/>
          <w:lang w:val="de-DE"/>
        </w:rPr>
        <w:t>Los 4 - Beratung, Konzeption und Erstellung von SAP-Inhouse-Schulungen</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4173"/>
      </w:tblGrid>
      <w:tr w:rsidR="009507BC" w:rsidRPr="008D2EAD" w14:paraId="3A25F11D" w14:textId="77777777">
        <w:trPr>
          <w:tblHeader/>
          <w:jc w:val="center"/>
        </w:trPr>
        <w:tc>
          <w:tcPr>
            <w:tcW w:w="14173" w:type="dxa"/>
            <w:shd w:val="clear" w:color="auto" w:fill="D9EAF7"/>
          </w:tcPr>
          <w:p w14:paraId="265586ED" w14:textId="77777777" w:rsidR="009507BC" w:rsidRPr="008D2EAD" w:rsidRDefault="008D2EAD">
            <w:pPr>
              <w:rPr>
                <w:rFonts w:ascii="Open Sans" w:hAnsi="Open Sans" w:cs="Open Sans"/>
              </w:rPr>
            </w:pPr>
            <w:r w:rsidRPr="008D2EAD">
              <w:rPr>
                <w:rFonts w:ascii="Open Sans" w:hAnsi="Open Sans" w:cs="Open Sans"/>
                <w:b/>
              </w:rPr>
              <w:t>Ausfüllhinweise für den Bieter</w:t>
            </w:r>
          </w:p>
        </w:tc>
      </w:tr>
      <w:tr w:rsidR="009507BC" w:rsidRPr="002367AB" w14:paraId="761C0773" w14:textId="77777777">
        <w:trPr>
          <w:jc w:val="center"/>
        </w:trPr>
        <w:tc>
          <w:tcPr>
            <w:tcW w:w="14173" w:type="dxa"/>
          </w:tcPr>
          <w:p w14:paraId="5C9FB628" w14:textId="77777777" w:rsidR="009507BC" w:rsidRPr="008D2EAD" w:rsidRDefault="008D2EAD">
            <w:pPr>
              <w:rPr>
                <w:rFonts w:ascii="Open Sans" w:hAnsi="Open Sans" w:cs="Open Sans"/>
                <w:lang w:val="de-DE"/>
              </w:rPr>
            </w:pPr>
            <w:r w:rsidRPr="008D2EAD">
              <w:rPr>
                <w:rFonts w:ascii="Open Sans" w:hAnsi="Open Sans" w:cs="Open Sans"/>
                <w:lang w:val="de-DE"/>
              </w:rPr>
              <w:t>Für jede vorgesehene Person ist ein Profilblatt vollständig auszufüllen. Bewertungsrelevante Angaben sind durch konkrete Zeiträume, Rollen, Aufgaben, SAP-Systeme/Module, Projektbezug und Anlagenverweise nachvollziehbar zu belegen. Reine Schlagworte oder Sammelangaben ohne Bezug zu einer Person oder Referenz reichen für eine belastbare Bewertung nicht aus.</w:t>
            </w:r>
          </w:p>
        </w:tc>
      </w:tr>
    </w:tbl>
    <w:p w14:paraId="2C56CEB3" w14:textId="77777777" w:rsidR="009507BC" w:rsidRPr="008D2EAD" w:rsidRDefault="009507BC">
      <w:pPr>
        <w:rPr>
          <w:rFonts w:ascii="Open Sans" w:hAnsi="Open Sans" w:cs="Open Sans"/>
          <w:lang w:val="de-DE"/>
        </w:rPr>
      </w:pPr>
    </w:p>
    <w:p w14:paraId="19446FB0" w14:textId="77777777" w:rsidR="009507BC" w:rsidRPr="008D2EAD" w:rsidRDefault="008D2EAD">
      <w:pPr>
        <w:pStyle w:val="berschrift1"/>
        <w:rPr>
          <w:rFonts w:ascii="Open Sans" w:hAnsi="Open Sans" w:cs="Open Sans"/>
        </w:rPr>
      </w:pPr>
      <w:r w:rsidRPr="008D2EAD">
        <w:rPr>
          <w:rFonts w:ascii="Open Sans" w:hAnsi="Open Sans" w:cs="Open Sans"/>
        </w:rPr>
        <w:t>1. Übersicht der vorgesehenen Rollen</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567"/>
        <w:gridCol w:w="5102"/>
        <w:gridCol w:w="2835"/>
        <w:gridCol w:w="2835"/>
        <w:gridCol w:w="2835"/>
      </w:tblGrid>
      <w:tr w:rsidR="009507BC" w:rsidRPr="008D2EAD" w14:paraId="1000C27B" w14:textId="77777777">
        <w:trPr>
          <w:tblHeader/>
          <w:jc w:val="center"/>
        </w:trPr>
        <w:tc>
          <w:tcPr>
            <w:tcW w:w="567" w:type="dxa"/>
            <w:shd w:val="clear" w:color="auto" w:fill="D9EAF7"/>
          </w:tcPr>
          <w:p w14:paraId="717D716D" w14:textId="77777777" w:rsidR="009507BC" w:rsidRPr="008D2EAD" w:rsidRDefault="008D2EAD">
            <w:pPr>
              <w:rPr>
                <w:rFonts w:ascii="Open Sans" w:hAnsi="Open Sans" w:cs="Open Sans"/>
              </w:rPr>
            </w:pPr>
            <w:r w:rsidRPr="008D2EAD">
              <w:rPr>
                <w:rFonts w:ascii="Open Sans" w:hAnsi="Open Sans" w:cs="Open Sans"/>
                <w:b/>
              </w:rPr>
              <w:t>Nr.</w:t>
            </w:r>
          </w:p>
        </w:tc>
        <w:tc>
          <w:tcPr>
            <w:tcW w:w="5102" w:type="dxa"/>
            <w:shd w:val="clear" w:color="auto" w:fill="D9EAF7"/>
          </w:tcPr>
          <w:p w14:paraId="74754F2A" w14:textId="77777777" w:rsidR="009507BC" w:rsidRPr="008D2EAD" w:rsidRDefault="008D2EAD">
            <w:pPr>
              <w:rPr>
                <w:rFonts w:ascii="Open Sans" w:hAnsi="Open Sans" w:cs="Open Sans"/>
              </w:rPr>
            </w:pPr>
            <w:r w:rsidRPr="008D2EAD">
              <w:rPr>
                <w:rFonts w:ascii="Open Sans" w:hAnsi="Open Sans" w:cs="Open Sans"/>
                <w:b/>
              </w:rPr>
              <w:t>Los / Rolle</w:t>
            </w:r>
          </w:p>
        </w:tc>
        <w:tc>
          <w:tcPr>
            <w:tcW w:w="2835" w:type="dxa"/>
            <w:shd w:val="clear" w:color="auto" w:fill="D9EAF7"/>
          </w:tcPr>
          <w:p w14:paraId="536B061A" w14:textId="77777777" w:rsidR="009507BC" w:rsidRPr="008D2EAD" w:rsidRDefault="008D2EAD">
            <w:pPr>
              <w:rPr>
                <w:rFonts w:ascii="Open Sans" w:hAnsi="Open Sans" w:cs="Open Sans"/>
              </w:rPr>
            </w:pPr>
            <w:r w:rsidRPr="008D2EAD">
              <w:rPr>
                <w:rFonts w:ascii="Open Sans" w:hAnsi="Open Sans" w:cs="Open Sans"/>
                <w:b/>
              </w:rPr>
              <w:t>Benannte Person</w:t>
            </w:r>
          </w:p>
        </w:tc>
        <w:tc>
          <w:tcPr>
            <w:tcW w:w="2835" w:type="dxa"/>
            <w:shd w:val="clear" w:color="auto" w:fill="D9EAF7"/>
          </w:tcPr>
          <w:p w14:paraId="4BD5F96C" w14:textId="77777777" w:rsidR="009507BC" w:rsidRPr="008D2EAD" w:rsidRDefault="008D2EAD">
            <w:pPr>
              <w:rPr>
                <w:rFonts w:ascii="Open Sans" w:hAnsi="Open Sans" w:cs="Open Sans"/>
              </w:rPr>
            </w:pPr>
            <w:r w:rsidRPr="008D2EAD">
              <w:rPr>
                <w:rFonts w:ascii="Open Sans" w:hAnsi="Open Sans" w:cs="Open Sans"/>
                <w:b/>
              </w:rPr>
              <w:t>Arbeitgeber / Unternehmen</w:t>
            </w:r>
          </w:p>
        </w:tc>
        <w:tc>
          <w:tcPr>
            <w:tcW w:w="2835" w:type="dxa"/>
            <w:shd w:val="clear" w:color="auto" w:fill="D9EAF7"/>
          </w:tcPr>
          <w:p w14:paraId="6ACE863D" w14:textId="77777777" w:rsidR="009507BC" w:rsidRPr="008D2EAD" w:rsidRDefault="008D2EAD">
            <w:pPr>
              <w:rPr>
                <w:rFonts w:ascii="Open Sans" w:hAnsi="Open Sans" w:cs="Open Sans"/>
              </w:rPr>
            </w:pPr>
            <w:r w:rsidRPr="008D2EAD">
              <w:rPr>
                <w:rFonts w:ascii="Open Sans" w:hAnsi="Open Sans" w:cs="Open Sans"/>
                <w:b/>
              </w:rPr>
              <w:t>Anlage Profil / Lebenslauf</w:t>
            </w:r>
          </w:p>
        </w:tc>
      </w:tr>
      <w:tr w:rsidR="009507BC" w:rsidRPr="002367AB" w14:paraId="16A1AF62" w14:textId="77777777">
        <w:trPr>
          <w:jc w:val="center"/>
        </w:trPr>
        <w:tc>
          <w:tcPr>
            <w:tcW w:w="567" w:type="dxa"/>
          </w:tcPr>
          <w:p w14:paraId="0831A6F4" w14:textId="77777777" w:rsidR="009507BC" w:rsidRPr="008D2EAD" w:rsidRDefault="008D2EAD">
            <w:pPr>
              <w:rPr>
                <w:rFonts w:ascii="Open Sans" w:hAnsi="Open Sans" w:cs="Open Sans"/>
              </w:rPr>
            </w:pPr>
            <w:r w:rsidRPr="008D2EAD">
              <w:rPr>
                <w:rFonts w:ascii="Open Sans" w:hAnsi="Open Sans" w:cs="Open Sans"/>
              </w:rPr>
              <w:t>1</w:t>
            </w:r>
          </w:p>
        </w:tc>
        <w:tc>
          <w:tcPr>
            <w:tcW w:w="5102" w:type="dxa"/>
          </w:tcPr>
          <w:p w14:paraId="73DE8FF1" w14:textId="77777777" w:rsidR="009507BC" w:rsidRPr="008D2EAD" w:rsidRDefault="008D2EAD">
            <w:pPr>
              <w:rPr>
                <w:rFonts w:ascii="Open Sans" w:hAnsi="Open Sans" w:cs="Open Sans"/>
                <w:lang w:val="de-DE"/>
              </w:rPr>
            </w:pPr>
            <w:r w:rsidRPr="008D2EAD">
              <w:rPr>
                <w:rFonts w:ascii="Open Sans" w:hAnsi="Open Sans" w:cs="Open Sans"/>
                <w:lang w:val="de-DE"/>
              </w:rPr>
              <w:t>SAP Trainer / Berater Schulungskonzeption und E-Learning</w:t>
            </w:r>
          </w:p>
        </w:tc>
        <w:tc>
          <w:tcPr>
            <w:tcW w:w="2835" w:type="dxa"/>
          </w:tcPr>
          <w:p w14:paraId="3C44FE52" w14:textId="77777777" w:rsidR="009507BC" w:rsidRPr="008D2EAD" w:rsidRDefault="009507BC">
            <w:pPr>
              <w:rPr>
                <w:rFonts w:ascii="Open Sans" w:hAnsi="Open Sans" w:cs="Open Sans"/>
                <w:lang w:val="de-DE"/>
              </w:rPr>
            </w:pPr>
          </w:p>
        </w:tc>
        <w:tc>
          <w:tcPr>
            <w:tcW w:w="2835" w:type="dxa"/>
          </w:tcPr>
          <w:p w14:paraId="3DDD6DAD" w14:textId="77777777" w:rsidR="009507BC" w:rsidRPr="008D2EAD" w:rsidRDefault="009507BC">
            <w:pPr>
              <w:rPr>
                <w:rFonts w:ascii="Open Sans" w:hAnsi="Open Sans" w:cs="Open Sans"/>
                <w:lang w:val="de-DE"/>
              </w:rPr>
            </w:pPr>
          </w:p>
        </w:tc>
        <w:tc>
          <w:tcPr>
            <w:tcW w:w="2835" w:type="dxa"/>
          </w:tcPr>
          <w:p w14:paraId="72C5502C" w14:textId="77777777" w:rsidR="009507BC" w:rsidRPr="008D2EAD" w:rsidRDefault="009507BC">
            <w:pPr>
              <w:rPr>
                <w:rFonts w:ascii="Open Sans" w:hAnsi="Open Sans" w:cs="Open Sans"/>
                <w:lang w:val="de-DE"/>
              </w:rPr>
            </w:pPr>
          </w:p>
        </w:tc>
      </w:tr>
    </w:tbl>
    <w:p w14:paraId="53D1FEC5" w14:textId="77777777" w:rsidR="009507BC" w:rsidRPr="008D2EAD" w:rsidRDefault="009507BC">
      <w:pPr>
        <w:rPr>
          <w:rFonts w:ascii="Open Sans" w:hAnsi="Open Sans" w:cs="Open Sans"/>
          <w:lang w:val="de-DE"/>
        </w:rPr>
      </w:pPr>
    </w:p>
    <w:p w14:paraId="3A279FF0" w14:textId="77777777" w:rsidR="009507BC" w:rsidRPr="008D2EAD" w:rsidRDefault="008D2EAD">
      <w:pPr>
        <w:pStyle w:val="berschrift1"/>
        <w:rPr>
          <w:rFonts w:ascii="Open Sans" w:hAnsi="Open Sans" w:cs="Open Sans"/>
        </w:rPr>
      </w:pPr>
      <w:r w:rsidRPr="008D2EAD">
        <w:rPr>
          <w:rFonts w:ascii="Open Sans" w:hAnsi="Open Sans" w:cs="Open Sans"/>
        </w:rPr>
        <w:t>2. Allgemeine Erklärung zum Personaleinsatz</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9638"/>
        <w:gridCol w:w="4535"/>
      </w:tblGrid>
      <w:tr w:rsidR="009507BC" w:rsidRPr="008D2EAD" w14:paraId="3621D7D5" w14:textId="77777777">
        <w:trPr>
          <w:tblHeader/>
          <w:jc w:val="center"/>
        </w:trPr>
        <w:tc>
          <w:tcPr>
            <w:tcW w:w="9638" w:type="dxa"/>
            <w:shd w:val="clear" w:color="auto" w:fill="D9EAF7"/>
          </w:tcPr>
          <w:p w14:paraId="1D2F81E5" w14:textId="77777777" w:rsidR="009507BC" w:rsidRPr="008D2EAD" w:rsidRDefault="008D2EAD">
            <w:pPr>
              <w:rPr>
                <w:rFonts w:ascii="Open Sans" w:hAnsi="Open Sans" w:cs="Open Sans"/>
              </w:rPr>
            </w:pPr>
            <w:r w:rsidRPr="008D2EAD">
              <w:rPr>
                <w:rFonts w:ascii="Open Sans" w:hAnsi="Open Sans" w:cs="Open Sans"/>
                <w:b/>
              </w:rPr>
              <w:t>Erklärung</w:t>
            </w:r>
          </w:p>
        </w:tc>
        <w:tc>
          <w:tcPr>
            <w:tcW w:w="4535" w:type="dxa"/>
            <w:shd w:val="clear" w:color="auto" w:fill="D9EAF7"/>
          </w:tcPr>
          <w:p w14:paraId="42970183" w14:textId="77777777" w:rsidR="009507BC" w:rsidRPr="008D2EAD" w:rsidRDefault="008D2EAD">
            <w:pPr>
              <w:rPr>
                <w:rFonts w:ascii="Open Sans" w:hAnsi="Open Sans" w:cs="Open Sans"/>
              </w:rPr>
            </w:pPr>
            <w:r w:rsidRPr="008D2EAD">
              <w:rPr>
                <w:rFonts w:ascii="Open Sans" w:hAnsi="Open Sans" w:cs="Open Sans"/>
                <w:b/>
              </w:rPr>
              <w:t>Antwort / Bestätigung des Bieters</w:t>
            </w:r>
          </w:p>
        </w:tc>
      </w:tr>
      <w:tr w:rsidR="009507BC" w:rsidRPr="002367AB" w14:paraId="4633E420" w14:textId="77777777">
        <w:trPr>
          <w:jc w:val="center"/>
        </w:trPr>
        <w:tc>
          <w:tcPr>
            <w:tcW w:w="9638" w:type="dxa"/>
          </w:tcPr>
          <w:p w14:paraId="4B61C6AB" w14:textId="77777777" w:rsidR="009507BC" w:rsidRPr="008D2EAD" w:rsidRDefault="008D2EAD">
            <w:pPr>
              <w:rPr>
                <w:rFonts w:ascii="Open Sans" w:hAnsi="Open Sans" w:cs="Open Sans"/>
                <w:lang w:val="de-DE"/>
              </w:rPr>
            </w:pPr>
            <w:r w:rsidRPr="008D2EAD">
              <w:rPr>
                <w:rFonts w:ascii="Open Sans" w:hAnsi="Open Sans" w:cs="Open Sans"/>
                <w:lang w:val="de-DE"/>
              </w:rPr>
              <w:t>Der Bieter erklärt, dass die im Angebot benannten Personen für die jeweilige Rolle vorgesehen sind und grundsätzlich für die Leistungserbringung zur Verfügung stehen.</w:t>
            </w:r>
          </w:p>
        </w:tc>
        <w:tc>
          <w:tcPr>
            <w:tcW w:w="4535" w:type="dxa"/>
          </w:tcPr>
          <w:p w14:paraId="010F621F" w14:textId="77777777" w:rsidR="009507BC" w:rsidRPr="008D2EAD" w:rsidRDefault="009507BC">
            <w:pPr>
              <w:rPr>
                <w:rFonts w:ascii="Open Sans" w:hAnsi="Open Sans" w:cs="Open Sans"/>
                <w:lang w:val="de-DE"/>
              </w:rPr>
            </w:pPr>
          </w:p>
        </w:tc>
      </w:tr>
      <w:tr w:rsidR="009507BC" w:rsidRPr="008D2EAD" w14:paraId="373255F7" w14:textId="77777777">
        <w:trPr>
          <w:jc w:val="center"/>
        </w:trPr>
        <w:tc>
          <w:tcPr>
            <w:tcW w:w="9638" w:type="dxa"/>
          </w:tcPr>
          <w:p w14:paraId="4FC3878D" w14:textId="77777777" w:rsidR="009507BC" w:rsidRPr="008D2EAD" w:rsidRDefault="008D2EAD">
            <w:pPr>
              <w:rPr>
                <w:rFonts w:ascii="Open Sans" w:hAnsi="Open Sans" w:cs="Open Sans"/>
              </w:rPr>
            </w:pPr>
            <w:r w:rsidRPr="008D2EAD">
              <w:rPr>
                <w:rFonts w:ascii="Open Sans" w:hAnsi="Open Sans" w:cs="Open Sans"/>
                <w:lang w:val="de-DE"/>
              </w:rPr>
              <w:t xml:space="preserve">Ein Austausch benannter Personen erfolgt nur aus wichtigem Grund und nur mit vorheriger Zustimmung des Auftraggebers. </w:t>
            </w:r>
            <w:r w:rsidRPr="008D2EAD">
              <w:rPr>
                <w:rFonts w:ascii="Open Sans" w:hAnsi="Open Sans" w:cs="Open Sans"/>
              </w:rPr>
              <w:t>Ersatzpersonen müssen mindestens gleichwertig qualifiziert sein.</w:t>
            </w:r>
          </w:p>
        </w:tc>
        <w:tc>
          <w:tcPr>
            <w:tcW w:w="4535" w:type="dxa"/>
          </w:tcPr>
          <w:p w14:paraId="1B340F0E" w14:textId="77777777" w:rsidR="009507BC" w:rsidRPr="008D2EAD" w:rsidRDefault="009507BC">
            <w:pPr>
              <w:rPr>
                <w:rFonts w:ascii="Open Sans" w:hAnsi="Open Sans" w:cs="Open Sans"/>
              </w:rPr>
            </w:pPr>
          </w:p>
        </w:tc>
      </w:tr>
      <w:tr w:rsidR="009507BC" w:rsidRPr="002367AB" w14:paraId="29A2A60B" w14:textId="77777777">
        <w:trPr>
          <w:jc w:val="center"/>
        </w:trPr>
        <w:tc>
          <w:tcPr>
            <w:tcW w:w="9638" w:type="dxa"/>
          </w:tcPr>
          <w:p w14:paraId="2118C251" w14:textId="13C6B2B7" w:rsidR="009507BC" w:rsidRPr="008D2EAD" w:rsidRDefault="008D2EAD">
            <w:pPr>
              <w:rPr>
                <w:rFonts w:ascii="Open Sans" w:hAnsi="Open Sans" w:cs="Open Sans"/>
                <w:lang w:val="de-DE"/>
              </w:rPr>
            </w:pPr>
            <w:r w:rsidRPr="008D2EAD">
              <w:rPr>
                <w:rFonts w:ascii="Open Sans" w:hAnsi="Open Sans" w:cs="Open Sans"/>
                <w:lang w:val="de-DE"/>
              </w:rPr>
              <w:t>Für alle Personen, die Zugang zu nicht allgemein zugänglichen Informationen oder Systemen erhalten sollen, wird die Bereitschaft zur Sicherheitsüberprüfung nach E</w:t>
            </w:r>
            <w:r w:rsidR="002367AB">
              <w:rPr>
                <w:rFonts w:ascii="Open Sans" w:hAnsi="Open Sans" w:cs="Open Sans"/>
                <w:lang w:val="de-DE"/>
              </w:rPr>
              <w:t>1</w:t>
            </w:r>
            <w:r w:rsidRPr="008D2EAD">
              <w:rPr>
                <w:rFonts w:ascii="Open Sans" w:hAnsi="Open Sans" w:cs="Open Sans"/>
                <w:lang w:val="de-DE"/>
              </w:rPr>
              <w:t>8 erklärt.</w:t>
            </w:r>
          </w:p>
        </w:tc>
        <w:tc>
          <w:tcPr>
            <w:tcW w:w="4535" w:type="dxa"/>
          </w:tcPr>
          <w:p w14:paraId="4DE3723E" w14:textId="77777777" w:rsidR="009507BC" w:rsidRPr="008D2EAD" w:rsidRDefault="009507BC">
            <w:pPr>
              <w:rPr>
                <w:rFonts w:ascii="Open Sans" w:hAnsi="Open Sans" w:cs="Open Sans"/>
                <w:lang w:val="de-DE"/>
              </w:rPr>
            </w:pPr>
          </w:p>
        </w:tc>
      </w:tr>
    </w:tbl>
    <w:p w14:paraId="5FC8AE97" w14:textId="77777777" w:rsidR="009507BC" w:rsidRPr="008D2EAD" w:rsidRDefault="009507BC">
      <w:pPr>
        <w:rPr>
          <w:rFonts w:ascii="Open Sans" w:hAnsi="Open Sans" w:cs="Open Sans"/>
          <w:lang w:val="de-DE"/>
        </w:rPr>
      </w:pPr>
    </w:p>
    <w:p w14:paraId="30DEB258" w14:textId="77777777" w:rsidR="009507BC" w:rsidRPr="008D2EAD" w:rsidRDefault="008D2EAD">
      <w:pPr>
        <w:rPr>
          <w:rFonts w:ascii="Open Sans" w:hAnsi="Open Sans" w:cs="Open Sans"/>
          <w:lang w:val="de-DE"/>
        </w:rPr>
      </w:pPr>
      <w:r w:rsidRPr="008D2EAD">
        <w:rPr>
          <w:rFonts w:ascii="Open Sans" w:hAnsi="Open Sans" w:cs="Open Sans"/>
          <w:lang w:val="de-DE"/>
        </w:rPr>
        <w:br w:type="page"/>
      </w:r>
    </w:p>
    <w:p w14:paraId="6A6CAB7D" w14:textId="77777777" w:rsidR="009507BC" w:rsidRPr="008D2EAD" w:rsidRDefault="008D2EAD">
      <w:pPr>
        <w:pStyle w:val="berschrift1"/>
        <w:rPr>
          <w:rFonts w:ascii="Open Sans" w:hAnsi="Open Sans" w:cs="Open Sans"/>
          <w:lang w:val="de-DE"/>
        </w:rPr>
      </w:pPr>
      <w:r w:rsidRPr="008D2EAD">
        <w:rPr>
          <w:rFonts w:ascii="Open Sans" w:hAnsi="Open Sans" w:cs="Open Sans"/>
          <w:lang w:val="de-DE"/>
        </w:rPr>
        <w:lastRenderedPageBreak/>
        <w:t>Profilblatt - Los 4: SAP Trainer / Berater Schulungskonzeption und E-Learning</w:t>
      </w:r>
    </w:p>
    <w:p w14:paraId="65FBCC39" w14:textId="77777777" w:rsidR="009507BC" w:rsidRPr="008D2EAD" w:rsidRDefault="008D2EAD">
      <w:pPr>
        <w:pStyle w:val="berschrift2"/>
        <w:rPr>
          <w:rFonts w:ascii="Open Sans" w:hAnsi="Open Sans" w:cs="Open Sans"/>
        </w:rPr>
      </w:pPr>
      <w:r w:rsidRPr="008D2EAD">
        <w:rPr>
          <w:rFonts w:ascii="Open Sans" w:hAnsi="Open Sans" w:cs="Open Sans"/>
        </w:rPr>
        <w:t>A. Persönliche Angaben</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3969"/>
        <w:gridCol w:w="10205"/>
      </w:tblGrid>
      <w:tr w:rsidR="009507BC" w:rsidRPr="008D2EAD" w14:paraId="290E01BD" w14:textId="77777777">
        <w:trPr>
          <w:tblHeader/>
          <w:jc w:val="center"/>
        </w:trPr>
        <w:tc>
          <w:tcPr>
            <w:tcW w:w="3969" w:type="dxa"/>
            <w:shd w:val="clear" w:color="auto" w:fill="D9EAF7"/>
          </w:tcPr>
          <w:p w14:paraId="07D6A38B" w14:textId="77777777" w:rsidR="009507BC" w:rsidRPr="008D2EAD" w:rsidRDefault="008D2EAD">
            <w:pPr>
              <w:rPr>
                <w:rFonts w:ascii="Open Sans" w:hAnsi="Open Sans" w:cs="Open Sans"/>
              </w:rPr>
            </w:pPr>
            <w:r w:rsidRPr="008D2EAD">
              <w:rPr>
                <w:rFonts w:ascii="Open Sans" w:hAnsi="Open Sans" w:cs="Open Sans"/>
                <w:b/>
              </w:rPr>
              <w:t>Feld</w:t>
            </w:r>
          </w:p>
        </w:tc>
        <w:tc>
          <w:tcPr>
            <w:tcW w:w="10205" w:type="dxa"/>
            <w:shd w:val="clear" w:color="auto" w:fill="D9EAF7"/>
          </w:tcPr>
          <w:p w14:paraId="504CB023" w14:textId="77777777" w:rsidR="009507BC" w:rsidRPr="008D2EAD" w:rsidRDefault="008D2EAD">
            <w:pPr>
              <w:rPr>
                <w:rFonts w:ascii="Open Sans" w:hAnsi="Open Sans" w:cs="Open Sans"/>
              </w:rPr>
            </w:pPr>
            <w:r w:rsidRPr="008D2EAD">
              <w:rPr>
                <w:rFonts w:ascii="Open Sans" w:hAnsi="Open Sans" w:cs="Open Sans"/>
                <w:b/>
              </w:rPr>
              <w:t>Angabe des Bieters</w:t>
            </w:r>
          </w:p>
        </w:tc>
      </w:tr>
      <w:tr w:rsidR="009507BC" w:rsidRPr="008D2EAD" w14:paraId="230BD3ED" w14:textId="77777777">
        <w:trPr>
          <w:jc w:val="center"/>
        </w:trPr>
        <w:tc>
          <w:tcPr>
            <w:tcW w:w="3969" w:type="dxa"/>
          </w:tcPr>
          <w:p w14:paraId="19656D07" w14:textId="77777777" w:rsidR="009507BC" w:rsidRPr="008D2EAD" w:rsidRDefault="008D2EAD">
            <w:pPr>
              <w:rPr>
                <w:rFonts w:ascii="Open Sans" w:hAnsi="Open Sans" w:cs="Open Sans"/>
              </w:rPr>
            </w:pPr>
            <w:r w:rsidRPr="008D2EAD">
              <w:rPr>
                <w:rFonts w:ascii="Open Sans" w:hAnsi="Open Sans" w:cs="Open Sans"/>
              </w:rPr>
              <w:t>Name der vorgesehenen Person</w:t>
            </w:r>
          </w:p>
        </w:tc>
        <w:tc>
          <w:tcPr>
            <w:tcW w:w="10205" w:type="dxa"/>
          </w:tcPr>
          <w:p w14:paraId="63147650" w14:textId="77777777" w:rsidR="009507BC" w:rsidRPr="008D2EAD" w:rsidRDefault="009507BC">
            <w:pPr>
              <w:rPr>
                <w:rFonts w:ascii="Open Sans" w:hAnsi="Open Sans" w:cs="Open Sans"/>
              </w:rPr>
            </w:pPr>
          </w:p>
        </w:tc>
      </w:tr>
      <w:tr w:rsidR="009507BC" w:rsidRPr="002367AB" w14:paraId="6E8AF00E" w14:textId="77777777">
        <w:trPr>
          <w:jc w:val="center"/>
        </w:trPr>
        <w:tc>
          <w:tcPr>
            <w:tcW w:w="3969" w:type="dxa"/>
          </w:tcPr>
          <w:p w14:paraId="17CDDE0D" w14:textId="77777777" w:rsidR="009507BC" w:rsidRPr="008D2EAD" w:rsidRDefault="008D2EAD">
            <w:pPr>
              <w:rPr>
                <w:rFonts w:ascii="Open Sans" w:hAnsi="Open Sans" w:cs="Open Sans"/>
              </w:rPr>
            </w:pPr>
            <w:r w:rsidRPr="008D2EAD">
              <w:rPr>
                <w:rFonts w:ascii="Open Sans" w:hAnsi="Open Sans" w:cs="Open Sans"/>
              </w:rPr>
              <w:t>Rolle im Angebot</w:t>
            </w:r>
          </w:p>
        </w:tc>
        <w:tc>
          <w:tcPr>
            <w:tcW w:w="10205" w:type="dxa"/>
          </w:tcPr>
          <w:p w14:paraId="4FCC5FFB" w14:textId="77777777" w:rsidR="009507BC" w:rsidRPr="008D2EAD" w:rsidRDefault="008D2EAD">
            <w:pPr>
              <w:rPr>
                <w:rFonts w:ascii="Open Sans" w:hAnsi="Open Sans" w:cs="Open Sans"/>
                <w:lang w:val="de-DE"/>
              </w:rPr>
            </w:pPr>
            <w:r w:rsidRPr="008D2EAD">
              <w:rPr>
                <w:rFonts w:ascii="Open Sans" w:hAnsi="Open Sans" w:cs="Open Sans"/>
                <w:lang w:val="de-DE"/>
              </w:rPr>
              <w:t>SAP Trainer / Berater Schulungskonzeption und E-Learning</w:t>
            </w:r>
          </w:p>
        </w:tc>
      </w:tr>
      <w:tr w:rsidR="009507BC" w:rsidRPr="008D2EAD" w14:paraId="3688029F" w14:textId="77777777">
        <w:trPr>
          <w:jc w:val="center"/>
        </w:trPr>
        <w:tc>
          <w:tcPr>
            <w:tcW w:w="3969" w:type="dxa"/>
          </w:tcPr>
          <w:p w14:paraId="63283B0D" w14:textId="77777777" w:rsidR="009507BC" w:rsidRPr="008D2EAD" w:rsidRDefault="008D2EAD">
            <w:pPr>
              <w:rPr>
                <w:rFonts w:ascii="Open Sans" w:hAnsi="Open Sans" w:cs="Open Sans"/>
              </w:rPr>
            </w:pPr>
            <w:r w:rsidRPr="008D2EAD">
              <w:rPr>
                <w:rFonts w:ascii="Open Sans" w:hAnsi="Open Sans" w:cs="Open Sans"/>
              </w:rPr>
              <w:t>Beschäftigt bei / Unternehmen</w:t>
            </w:r>
          </w:p>
        </w:tc>
        <w:tc>
          <w:tcPr>
            <w:tcW w:w="10205" w:type="dxa"/>
          </w:tcPr>
          <w:p w14:paraId="196E4634" w14:textId="77777777" w:rsidR="009507BC" w:rsidRPr="008D2EAD" w:rsidRDefault="009507BC">
            <w:pPr>
              <w:rPr>
                <w:rFonts w:ascii="Open Sans" w:hAnsi="Open Sans" w:cs="Open Sans"/>
              </w:rPr>
            </w:pPr>
          </w:p>
        </w:tc>
      </w:tr>
      <w:tr w:rsidR="009507BC" w:rsidRPr="002367AB" w14:paraId="248155A9" w14:textId="77777777">
        <w:trPr>
          <w:jc w:val="center"/>
        </w:trPr>
        <w:tc>
          <w:tcPr>
            <w:tcW w:w="3969" w:type="dxa"/>
          </w:tcPr>
          <w:p w14:paraId="1AD95D6A" w14:textId="77777777" w:rsidR="009507BC" w:rsidRPr="008D2EAD" w:rsidRDefault="008D2EAD">
            <w:pPr>
              <w:rPr>
                <w:rFonts w:ascii="Open Sans" w:hAnsi="Open Sans" w:cs="Open Sans"/>
                <w:lang w:val="de-DE"/>
              </w:rPr>
            </w:pPr>
            <w:r w:rsidRPr="008D2EAD">
              <w:rPr>
                <w:rFonts w:ascii="Open Sans" w:hAnsi="Open Sans" w:cs="Open Sans"/>
                <w:lang w:val="de-DE"/>
              </w:rPr>
              <w:t>Dort beschäftigt seit (MM/JJJJ)</w:t>
            </w:r>
          </w:p>
        </w:tc>
        <w:tc>
          <w:tcPr>
            <w:tcW w:w="10205" w:type="dxa"/>
          </w:tcPr>
          <w:p w14:paraId="1FE16235" w14:textId="77777777" w:rsidR="009507BC" w:rsidRPr="008D2EAD" w:rsidRDefault="009507BC">
            <w:pPr>
              <w:rPr>
                <w:rFonts w:ascii="Open Sans" w:hAnsi="Open Sans" w:cs="Open Sans"/>
                <w:lang w:val="de-DE"/>
              </w:rPr>
            </w:pPr>
          </w:p>
        </w:tc>
      </w:tr>
      <w:tr w:rsidR="009507BC" w:rsidRPr="008D2EAD" w14:paraId="6F0E6B4C" w14:textId="77777777">
        <w:trPr>
          <w:jc w:val="center"/>
        </w:trPr>
        <w:tc>
          <w:tcPr>
            <w:tcW w:w="3969" w:type="dxa"/>
          </w:tcPr>
          <w:p w14:paraId="10BFF609" w14:textId="77777777" w:rsidR="009507BC" w:rsidRPr="008D2EAD" w:rsidRDefault="008D2EAD">
            <w:pPr>
              <w:rPr>
                <w:rFonts w:ascii="Open Sans" w:hAnsi="Open Sans" w:cs="Open Sans"/>
              </w:rPr>
            </w:pPr>
            <w:r w:rsidRPr="008D2EAD">
              <w:rPr>
                <w:rFonts w:ascii="Open Sans" w:hAnsi="Open Sans" w:cs="Open Sans"/>
              </w:rPr>
              <w:t>Verfügbarkeit / vorgesehener Einsatzumfang</w:t>
            </w:r>
          </w:p>
        </w:tc>
        <w:tc>
          <w:tcPr>
            <w:tcW w:w="10205" w:type="dxa"/>
          </w:tcPr>
          <w:p w14:paraId="2F4E6F3E" w14:textId="77777777" w:rsidR="009507BC" w:rsidRPr="008D2EAD" w:rsidRDefault="009507BC">
            <w:pPr>
              <w:rPr>
                <w:rFonts w:ascii="Open Sans" w:hAnsi="Open Sans" w:cs="Open Sans"/>
              </w:rPr>
            </w:pPr>
          </w:p>
        </w:tc>
      </w:tr>
      <w:tr w:rsidR="009507BC" w:rsidRPr="008D2EAD" w14:paraId="7961A7A3" w14:textId="77777777">
        <w:trPr>
          <w:jc w:val="center"/>
        </w:trPr>
        <w:tc>
          <w:tcPr>
            <w:tcW w:w="3969" w:type="dxa"/>
          </w:tcPr>
          <w:p w14:paraId="17373148" w14:textId="77777777" w:rsidR="009507BC" w:rsidRPr="008D2EAD" w:rsidRDefault="008D2EAD">
            <w:pPr>
              <w:rPr>
                <w:rFonts w:ascii="Open Sans" w:hAnsi="Open Sans" w:cs="Open Sans"/>
              </w:rPr>
            </w:pPr>
            <w:r w:rsidRPr="008D2EAD">
              <w:rPr>
                <w:rFonts w:ascii="Open Sans" w:hAnsi="Open Sans" w:cs="Open Sans"/>
              </w:rPr>
              <w:t>Einschlägige Ausbildung / Studium</w:t>
            </w:r>
          </w:p>
        </w:tc>
        <w:tc>
          <w:tcPr>
            <w:tcW w:w="10205" w:type="dxa"/>
          </w:tcPr>
          <w:p w14:paraId="3B6A5592" w14:textId="77777777" w:rsidR="009507BC" w:rsidRPr="008D2EAD" w:rsidRDefault="009507BC">
            <w:pPr>
              <w:rPr>
                <w:rFonts w:ascii="Open Sans" w:hAnsi="Open Sans" w:cs="Open Sans"/>
              </w:rPr>
            </w:pPr>
          </w:p>
        </w:tc>
      </w:tr>
      <w:tr w:rsidR="009507BC" w:rsidRPr="008D2EAD" w14:paraId="03201EB4" w14:textId="77777777">
        <w:trPr>
          <w:jc w:val="center"/>
        </w:trPr>
        <w:tc>
          <w:tcPr>
            <w:tcW w:w="3969" w:type="dxa"/>
          </w:tcPr>
          <w:p w14:paraId="3269241B" w14:textId="77777777" w:rsidR="009507BC" w:rsidRPr="008D2EAD" w:rsidRDefault="008D2EAD">
            <w:pPr>
              <w:rPr>
                <w:rFonts w:ascii="Open Sans" w:hAnsi="Open Sans" w:cs="Open Sans"/>
              </w:rPr>
            </w:pPr>
            <w:r w:rsidRPr="008D2EAD">
              <w:rPr>
                <w:rFonts w:ascii="Open Sans" w:hAnsi="Open Sans" w:cs="Open Sans"/>
              </w:rPr>
              <w:t>Wesentliche SAP-Schwerpunkte</w:t>
            </w:r>
          </w:p>
        </w:tc>
        <w:tc>
          <w:tcPr>
            <w:tcW w:w="10205" w:type="dxa"/>
          </w:tcPr>
          <w:p w14:paraId="069AFE72" w14:textId="77777777" w:rsidR="009507BC" w:rsidRPr="008D2EAD" w:rsidRDefault="009507BC">
            <w:pPr>
              <w:rPr>
                <w:rFonts w:ascii="Open Sans" w:hAnsi="Open Sans" w:cs="Open Sans"/>
              </w:rPr>
            </w:pPr>
          </w:p>
        </w:tc>
      </w:tr>
      <w:tr w:rsidR="009507BC" w:rsidRPr="008D2EAD" w14:paraId="1F41D7D6" w14:textId="77777777">
        <w:trPr>
          <w:jc w:val="center"/>
        </w:trPr>
        <w:tc>
          <w:tcPr>
            <w:tcW w:w="3969" w:type="dxa"/>
          </w:tcPr>
          <w:p w14:paraId="02469737" w14:textId="77777777" w:rsidR="009507BC" w:rsidRPr="008D2EAD" w:rsidRDefault="008D2EAD">
            <w:pPr>
              <w:rPr>
                <w:rFonts w:ascii="Open Sans" w:hAnsi="Open Sans" w:cs="Open Sans"/>
              </w:rPr>
            </w:pPr>
            <w:r w:rsidRPr="008D2EAD">
              <w:rPr>
                <w:rFonts w:ascii="Open Sans" w:hAnsi="Open Sans" w:cs="Open Sans"/>
              </w:rPr>
              <w:t>Anlagenverweis Lebenslauf / Profil</w:t>
            </w:r>
          </w:p>
        </w:tc>
        <w:tc>
          <w:tcPr>
            <w:tcW w:w="10205" w:type="dxa"/>
          </w:tcPr>
          <w:p w14:paraId="6923D8D2" w14:textId="77777777" w:rsidR="009507BC" w:rsidRPr="008D2EAD" w:rsidRDefault="009507BC">
            <w:pPr>
              <w:rPr>
                <w:rFonts w:ascii="Open Sans" w:hAnsi="Open Sans" w:cs="Open Sans"/>
              </w:rPr>
            </w:pPr>
          </w:p>
        </w:tc>
      </w:tr>
    </w:tbl>
    <w:p w14:paraId="3C01FFFD" w14:textId="77777777" w:rsidR="009507BC" w:rsidRPr="008D2EAD" w:rsidRDefault="009507BC">
      <w:pPr>
        <w:rPr>
          <w:rFonts w:ascii="Open Sans" w:hAnsi="Open Sans" w:cs="Open Sans"/>
        </w:rPr>
      </w:pPr>
    </w:p>
    <w:p w14:paraId="33C65F2F" w14:textId="77777777" w:rsidR="009507BC" w:rsidRPr="008D2EAD" w:rsidRDefault="008D2EAD">
      <w:pPr>
        <w:pStyle w:val="berschrift2"/>
        <w:rPr>
          <w:rFonts w:ascii="Open Sans" w:hAnsi="Open Sans" w:cs="Open Sans"/>
          <w:lang w:val="de-DE"/>
        </w:rPr>
      </w:pPr>
      <w:r w:rsidRPr="008D2EAD">
        <w:rPr>
          <w:rFonts w:ascii="Open Sans" w:hAnsi="Open Sans" w:cs="Open Sans"/>
          <w:lang w:val="de-DE"/>
        </w:rPr>
        <w:t>B. Mindestanforderungen an die Person / Rolle</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567"/>
        <w:gridCol w:w="7370"/>
        <w:gridCol w:w="1701"/>
        <w:gridCol w:w="4535"/>
      </w:tblGrid>
      <w:tr w:rsidR="009507BC" w:rsidRPr="008D2EAD" w14:paraId="05A5AF35" w14:textId="77777777">
        <w:trPr>
          <w:tblHeader/>
          <w:jc w:val="center"/>
        </w:trPr>
        <w:tc>
          <w:tcPr>
            <w:tcW w:w="567" w:type="dxa"/>
            <w:shd w:val="clear" w:color="auto" w:fill="D9EAF7"/>
          </w:tcPr>
          <w:p w14:paraId="5C3E527B" w14:textId="77777777" w:rsidR="009507BC" w:rsidRPr="008D2EAD" w:rsidRDefault="008D2EAD">
            <w:pPr>
              <w:rPr>
                <w:rFonts w:ascii="Open Sans" w:hAnsi="Open Sans" w:cs="Open Sans"/>
              </w:rPr>
            </w:pPr>
            <w:r w:rsidRPr="008D2EAD">
              <w:rPr>
                <w:rFonts w:ascii="Open Sans" w:hAnsi="Open Sans" w:cs="Open Sans"/>
                <w:b/>
              </w:rPr>
              <w:t>Nr.</w:t>
            </w:r>
          </w:p>
        </w:tc>
        <w:tc>
          <w:tcPr>
            <w:tcW w:w="7370" w:type="dxa"/>
            <w:shd w:val="clear" w:color="auto" w:fill="D9EAF7"/>
          </w:tcPr>
          <w:p w14:paraId="5DEF32AA" w14:textId="77777777" w:rsidR="009507BC" w:rsidRPr="008D2EAD" w:rsidRDefault="008D2EAD">
            <w:pPr>
              <w:rPr>
                <w:rFonts w:ascii="Open Sans" w:hAnsi="Open Sans" w:cs="Open Sans"/>
              </w:rPr>
            </w:pPr>
            <w:r w:rsidRPr="008D2EAD">
              <w:rPr>
                <w:rFonts w:ascii="Open Sans" w:hAnsi="Open Sans" w:cs="Open Sans"/>
                <w:b/>
              </w:rPr>
              <w:t>Mindestanforderung</w:t>
            </w:r>
          </w:p>
        </w:tc>
        <w:tc>
          <w:tcPr>
            <w:tcW w:w="1701" w:type="dxa"/>
            <w:shd w:val="clear" w:color="auto" w:fill="D9EAF7"/>
          </w:tcPr>
          <w:p w14:paraId="3C7798DF" w14:textId="77777777" w:rsidR="009507BC" w:rsidRPr="008D2EAD" w:rsidRDefault="008D2EAD">
            <w:pPr>
              <w:rPr>
                <w:rFonts w:ascii="Open Sans" w:hAnsi="Open Sans" w:cs="Open Sans"/>
              </w:rPr>
            </w:pPr>
            <w:r w:rsidRPr="008D2EAD">
              <w:rPr>
                <w:rFonts w:ascii="Open Sans" w:hAnsi="Open Sans" w:cs="Open Sans"/>
                <w:b/>
              </w:rPr>
              <w:t>Erfüllt? (Ja/Nein)</w:t>
            </w:r>
          </w:p>
        </w:tc>
        <w:tc>
          <w:tcPr>
            <w:tcW w:w="4535" w:type="dxa"/>
            <w:shd w:val="clear" w:color="auto" w:fill="D9EAF7"/>
          </w:tcPr>
          <w:p w14:paraId="5330792E" w14:textId="77777777" w:rsidR="009507BC" w:rsidRPr="008D2EAD" w:rsidRDefault="008D2EAD">
            <w:pPr>
              <w:rPr>
                <w:rFonts w:ascii="Open Sans" w:hAnsi="Open Sans" w:cs="Open Sans"/>
              </w:rPr>
            </w:pPr>
            <w:r w:rsidRPr="008D2EAD">
              <w:rPr>
                <w:rFonts w:ascii="Open Sans" w:hAnsi="Open Sans" w:cs="Open Sans"/>
                <w:b/>
              </w:rPr>
              <w:t>Konkrete Erläuterung / Nachweis / Anlagenverweis</w:t>
            </w:r>
          </w:p>
        </w:tc>
      </w:tr>
      <w:tr w:rsidR="009507BC" w:rsidRPr="002367AB" w14:paraId="374991F8" w14:textId="77777777">
        <w:trPr>
          <w:jc w:val="center"/>
        </w:trPr>
        <w:tc>
          <w:tcPr>
            <w:tcW w:w="567" w:type="dxa"/>
          </w:tcPr>
          <w:p w14:paraId="403F4165" w14:textId="77777777" w:rsidR="009507BC" w:rsidRPr="008D2EAD" w:rsidRDefault="008D2EAD">
            <w:pPr>
              <w:rPr>
                <w:rFonts w:ascii="Open Sans" w:hAnsi="Open Sans" w:cs="Open Sans"/>
              </w:rPr>
            </w:pPr>
            <w:r w:rsidRPr="008D2EAD">
              <w:rPr>
                <w:rFonts w:ascii="Open Sans" w:hAnsi="Open Sans" w:cs="Open Sans"/>
              </w:rPr>
              <w:t>1</w:t>
            </w:r>
          </w:p>
        </w:tc>
        <w:tc>
          <w:tcPr>
            <w:tcW w:w="7370" w:type="dxa"/>
          </w:tcPr>
          <w:p w14:paraId="55BCA1EC" w14:textId="77777777" w:rsidR="009507BC" w:rsidRPr="008D2EAD" w:rsidRDefault="008D2EAD">
            <w:pPr>
              <w:rPr>
                <w:rFonts w:ascii="Open Sans" w:hAnsi="Open Sans" w:cs="Open Sans"/>
                <w:lang w:val="de-DE"/>
              </w:rPr>
            </w:pPr>
            <w:r w:rsidRPr="008D2EAD">
              <w:rPr>
                <w:rFonts w:ascii="Open Sans" w:hAnsi="Open Sans" w:cs="Open Sans"/>
                <w:lang w:val="de-DE"/>
              </w:rPr>
              <w:t>Erfahrung mit Beratungs-, Konzeptions-, Erstellungs- und Schulungsleistungen für SAP-Anwendungen.</w:t>
            </w:r>
          </w:p>
        </w:tc>
        <w:tc>
          <w:tcPr>
            <w:tcW w:w="1701" w:type="dxa"/>
          </w:tcPr>
          <w:p w14:paraId="409CB998" w14:textId="77777777" w:rsidR="009507BC" w:rsidRPr="008D2EAD" w:rsidRDefault="009507BC">
            <w:pPr>
              <w:rPr>
                <w:rFonts w:ascii="Open Sans" w:hAnsi="Open Sans" w:cs="Open Sans"/>
                <w:lang w:val="de-DE"/>
              </w:rPr>
            </w:pPr>
          </w:p>
        </w:tc>
        <w:tc>
          <w:tcPr>
            <w:tcW w:w="4535" w:type="dxa"/>
          </w:tcPr>
          <w:p w14:paraId="5788D469" w14:textId="77777777" w:rsidR="009507BC" w:rsidRPr="008D2EAD" w:rsidRDefault="009507BC">
            <w:pPr>
              <w:rPr>
                <w:rFonts w:ascii="Open Sans" w:hAnsi="Open Sans" w:cs="Open Sans"/>
                <w:lang w:val="de-DE"/>
              </w:rPr>
            </w:pPr>
          </w:p>
        </w:tc>
      </w:tr>
      <w:tr w:rsidR="009507BC" w:rsidRPr="002367AB" w14:paraId="7C1E9C4F" w14:textId="77777777">
        <w:trPr>
          <w:jc w:val="center"/>
        </w:trPr>
        <w:tc>
          <w:tcPr>
            <w:tcW w:w="567" w:type="dxa"/>
          </w:tcPr>
          <w:p w14:paraId="1C71980F" w14:textId="77777777" w:rsidR="009507BC" w:rsidRPr="008D2EAD" w:rsidRDefault="008D2EAD">
            <w:pPr>
              <w:rPr>
                <w:rFonts w:ascii="Open Sans" w:hAnsi="Open Sans" w:cs="Open Sans"/>
              </w:rPr>
            </w:pPr>
            <w:r w:rsidRPr="008D2EAD">
              <w:rPr>
                <w:rFonts w:ascii="Open Sans" w:hAnsi="Open Sans" w:cs="Open Sans"/>
              </w:rPr>
              <w:t>2</w:t>
            </w:r>
          </w:p>
        </w:tc>
        <w:tc>
          <w:tcPr>
            <w:tcW w:w="7370" w:type="dxa"/>
          </w:tcPr>
          <w:p w14:paraId="4CE33D6F" w14:textId="77777777" w:rsidR="009507BC" w:rsidRPr="008D2EAD" w:rsidRDefault="008D2EAD">
            <w:pPr>
              <w:rPr>
                <w:rFonts w:ascii="Open Sans" w:hAnsi="Open Sans" w:cs="Open Sans"/>
                <w:lang w:val="de-DE"/>
              </w:rPr>
            </w:pPr>
            <w:r w:rsidRPr="008D2EAD">
              <w:rPr>
                <w:rFonts w:ascii="Open Sans" w:hAnsi="Open Sans" w:cs="Open Sans"/>
                <w:lang w:val="de-DE"/>
              </w:rPr>
              <w:t>Erfahrung mit Analyse von Schulungsbedarfen und Entwicklung zielgruppengerechter Schulungskonzepte, Lernziele und Trainingscurricula.</w:t>
            </w:r>
          </w:p>
        </w:tc>
        <w:tc>
          <w:tcPr>
            <w:tcW w:w="1701" w:type="dxa"/>
          </w:tcPr>
          <w:p w14:paraId="44B897D3" w14:textId="77777777" w:rsidR="009507BC" w:rsidRPr="008D2EAD" w:rsidRDefault="009507BC">
            <w:pPr>
              <w:rPr>
                <w:rFonts w:ascii="Open Sans" w:hAnsi="Open Sans" w:cs="Open Sans"/>
                <w:lang w:val="de-DE"/>
              </w:rPr>
            </w:pPr>
          </w:p>
        </w:tc>
        <w:tc>
          <w:tcPr>
            <w:tcW w:w="4535" w:type="dxa"/>
          </w:tcPr>
          <w:p w14:paraId="78A564F2" w14:textId="77777777" w:rsidR="009507BC" w:rsidRPr="008D2EAD" w:rsidRDefault="009507BC">
            <w:pPr>
              <w:rPr>
                <w:rFonts w:ascii="Open Sans" w:hAnsi="Open Sans" w:cs="Open Sans"/>
                <w:lang w:val="de-DE"/>
              </w:rPr>
            </w:pPr>
          </w:p>
        </w:tc>
      </w:tr>
      <w:tr w:rsidR="009507BC" w:rsidRPr="002367AB" w14:paraId="20149B1D" w14:textId="77777777">
        <w:trPr>
          <w:jc w:val="center"/>
        </w:trPr>
        <w:tc>
          <w:tcPr>
            <w:tcW w:w="567" w:type="dxa"/>
          </w:tcPr>
          <w:p w14:paraId="3D5F8167" w14:textId="77777777" w:rsidR="009507BC" w:rsidRPr="008D2EAD" w:rsidRDefault="008D2EAD">
            <w:pPr>
              <w:rPr>
                <w:rFonts w:ascii="Open Sans" w:hAnsi="Open Sans" w:cs="Open Sans"/>
              </w:rPr>
            </w:pPr>
            <w:r w:rsidRPr="008D2EAD">
              <w:rPr>
                <w:rFonts w:ascii="Open Sans" w:hAnsi="Open Sans" w:cs="Open Sans"/>
              </w:rPr>
              <w:t>3</w:t>
            </w:r>
          </w:p>
        </w:tc>
        <w:tc>
          <w:tcPr>
            <w:tcW w:w="7370" w:type="dxa"/>
          </w:tcPr>
          <w:p w14:paraId="13F42C41" w14:textId="77777777" w:rsidR="009507BC" w:rsidRPr="008D2EAD" w:rsidRDefault="008D2EAD">
            <w:pPr>
              <w:rPr>
                <w:rFonts w:ascii="Open Sans" w:hAnsi="Open Sans" w:cs="Open Sans"/>
                <w:lang w:val="de-DE"/>
              </w:rPr>
            </w:pPr>
            <w:r w:rsidRPr="008D2EAD">
              <w:rPr>
                <w:rFonts w:ascii="Open Sans" w:hAnsi="Open Sans" w:cs="Open Sans"/>
                <w:lang w:val="de-DE"/>
              </w:rPr>
              <w:t>Erfahrung mit Erstellung und Bereitstellung bearbeitbarer Schulungsunterlagen, z. B. Präsentationen, Handbücher, Übungsunterlagen, Schritt-für-Schritt-Anleitungen und Praxisbeispiele.</w:t>
            </w:r>
          </w:p>
        </w:tc>
        <w:tc>
          <w:tcPr>
            <w:tcW w:w="1701" w:type="dxa"/>
          </w:tcPr>
          <w:p w14:paraId="1952794E" w14:textId="77777777" w:rsidR="009507BC" w:rsidRPr="008D2EAD" w:rsidRDefault="009507BC">
            <w:pPr>
              <w:rPr>
                <w:rFonts w:ascii="Open Sans" w:hAnsi="Open Sans" w:cs="Open Sans"/>
                <w:lang w:val="de-DE"/>
              </w:rPr>
            </w:pPr>
          </w:p>
        </w:tc>
        <w:tc>
          <w:tcPr>
            <w:tcW w:w="4535" w:type="dxa"/>
          </w:tcPr>
          <w:p w14:paraId="0C0467F3" w14:textId="77777777" w:rsidR="009507BC" w:rsidRPr="008D2EAD" w:rsidRDefault="009507BC">
            <w:pPr>
              <w:rPr>
                <w:rFonts w:ascii="Open Sans" w:hAnsi="Open Sans" w:cs="Open Sans"/>
                <w:lang w:val="de-DE"/>
              </w:rPr>
            </w:pPr>
          </w:p>
        </w:tc>
      </w:tr>
      <w:tr w:rsidR="009507BC" w:rsidRPr="002367AB" w14:paraId="62D853C2" w14:textId="77777777">
        <w:trPr>
          <w:jc w:val="center"/>
        </w:trPr>
        <w:tc>
          <w:tcPr>
            <w:tcW w:w="567" w:type="dxa"/>
          </w:tcPr>
          <w:p w14:paraId="518F6619" w14:textId="77777777" w:rsidR="009507BC" w:rsidRPr="008D2EAD" w:rsidRDefault="008D2EAD">
            <w:pPr>
              <w:rPr>
                <w:rFonts w:ascii="Open Sans" w:hAnsi="Open Sans" w:cs="Open Sans"/>
              </w:rPr>
            </w:pPr>
            <w:r w:rsidRPr="008D2EAD">
              <w:rPr>
                <w:rFonts w:ascii="Open Sans" w:hAnsi="Open Sans" w:cs="Open Sans"/>
              </w:rPr>
              <w:t>4</w:t>
            </w:r>
          </w:p>
        </w:tc>
        <w:tc>
          <w:tcPr>
            <w:tcW w:w="7370" w:type="dxa"/>
          </w:tcPr>
          <w:p w14:paraId="054CC0A0" w14:textId="77777777" w:rsidR="009507BC" w:rsidRPr="002367AB" w:rsidRDefault="008D2EAD">
            <w:pPr>
              <w:rPr>
                <w:rFonts w:ascii="Open Sans" w:hAnsi="Open Sans" w:cs="Open Sans"/>
                <w:lang w:val="de-DE"/>
              </w:rPr>
            </w:pPr>
            <w:r w:rsidRPr="002367AB">
              <w:rPr>
                <w:rFonts w:ascii="Open Sans" w:hAnsi="Open Sans" w:cs="Open Sans"/>
                <w:lang w:val="de-DE"/>
              </w:rPr>
              <w:t>Erfahrung mit Erstellung digitaler Lerninhalte bzw. E-Learning-Module und Bereitstellung der erforderlichen Autorentools.</w:t>
            </w:r>
          </w:p>
        </w:tc>
        <w:tc>
          <w:tcPr>
            <w:tcW w:w="1701" w:type="dxa"/>
          </w:tcPr>
          <w:p w14:paraId="6C86710C" w14:textId="77777777" w:rsidR="009507BC" w:rsidRPr="002367AB" w:rsidRDefault="009507BC">
            <w:pPr>
              <w:rPr>
                <w:rFonts w:ascii="Open Sans" w:hAnsi="Open Sans" w:cs="Open Sans"/>
                <w:lang w:val="de-DE"/>
              </w:rPr>
            </w:pPr>
          </w:p>
        </w:tc>
        <w:tc>
          <w:tcPr>
            <w:tcW w:w="4535" w:type="dxa"/>
          </w:tcPr>
          <w:p w14:paraId="7CABB8AA" w14:textId="77777777" w:rsidR="009507BC" w:rsidRPr="002367AB" w:rsidRDefault="009507BC">
            <w:pPr>
              <w:rPr>
                <w:rFonts w:ascii="Open Sans" w:hAnsi="Open Sans" w:cs="Open Sans"/>
                <w:lang w:val="de-DE"/>
              </w:rPr>
            </w:pPr>
          </w:p>
        </w:tc>
      </w:tr>
      <w:tr w:rsidR="009507BC" w:rsidRPr="002367AB" w14:paraId="373E7ABE" w14:textId="77777777">
        <w:trPr>
          <w:jc w:val="center"/>
        </w:trPr>
        <w:tc>
          <w:tcPr>
            <w:tcW w:w="567" w:type="dxa"/>
          </w:tcPr>
          <w:p w14:paraId="20121903" w14:textId="77777777" w:rsidR="009507BC" w:rsidRPr="008D2EAD" w:rsidRDefault="008D2EAD">
            <w:pPr>
              <w:rPr>
                <w:rFonts w:ascii="Open Sans" w:hAnsi="Open Sans" w:cs="Open Sans"/>
              </w:rPr>
            </w:pPr>
            <w:r w:rsidRPr="008D2EAD">
              <w:rPr>
                <w:rFonts w:ascii="Open Sans" w:hAnsi="Open Sans" w:cs="Open Sans"/>
              </w:rPr>
              <w:t>5</w:t>
            </w:r>
          </w:p>
        </w:tc>
        <w:tc>
          <w:tcPr>
            <w:tcW w:w="7370" w:type="dxa"/>
          </w:tcPr>
          <w:p w14:paraId="71565244" w14:textId="77777777" w:rsidR="009507BC" w:rsidRPr="002367AB" w:rsidRDefault="008D2EAD">
            <w:pPr>
              <w:rPr>
                <w:rFonts w:ascii="Open Sans" w:hAnsi="Open Sans" w:cs="Open Sans"/>
                <w:lang w:val="de-DE"/>
              </w:rPr>
            </w:pPr>
            <w:r w:rsidRPr="002367AB">
              <w:rPr>
                <w:rFonts w:ascii="Open Sans" w:hAnsi="Open Sans" w:cs="Open Sans"/>
                <w:lang w:val="de-DE"/>
              </w:rPr>
              <w:t>Erfahrung mit Moodle-kompatiblen Formaten, insbesondere SCORM oder vergleichbaren Standards.</w:t>
            </w:r>
          </w:p>
        </w:tc>
        <w:tc>
          <w:tcPr>
            <w:tcW w:w="1701" w:type="dxa"/>
          </w:tcPr>
          <w:p w14:paraId="179EF42A" w14:textId="77777777" w:rsidR="009507BC" w:rsidRPr="002367AB" w:rsidRDefault="009507BC">
            <w:pPr>
              <w:rPr>
                <w:rFonts w:ascii="Open Sans" w:hAnsi="Open Sans" w:cs="Open Sans"/>
                <w:lang w:val="de-DE"/>
              </w:rPr>
            </w:pPr>
          </w:p>
        </w:tc>
        <w:tc>
          <w:tcPr>
            <w:tcW w:w="4535" w:type="dxa"/>
          </w:tcPr>
          <w:p w14:paraId="4809B3AB" w14:textId="77777777" w:rsidR="009507BC" w:rsidRPr="002367AB" w:rsidRDefault="009507BC">
            <w:pPr>
              <w:rPr>
                <w:rFonts w:ascii="Open Sans" w:hAnsi="Open Sans" w:cs="Open Sans"/>
                <w:lang w:val="de-DE"/>
              </w:rPr>
            </w:pPr>
          </w:p>
        </w:tc>
      </w:tr>
      <w:tr w:rsidR="009507BC" w:rsidRPr="002367AB" w14:paraId="6987234B" w14:textId="77777777">
        <w:trPr>
          <w:jc w:val="center"/>
        </w:trPr>
        <w:tc>
          <w:tcPr>
            <w:tcW w:w="567" w:type="dxa"/>
          </w:tcPr>
          <w:p w14:paraId="72F799C5" w14:textId="77777777" w:rsidR="009507BC" w:rsidRPr="008D2EAD" w:rsidRDefault="008D2EAD">
            <w:pPr>
              <w:rPr>
                <w:rFonts w:ascii="Open Sans" w:hAnsi="Open Sans" w:cs="Open Sans"/>
              </w:rPr>
            </w:pPr>
            <w:r w:rsidRPr="008D2EAD">
              <w:rPr>
                <w:rFonts w:ascii="Open Sans" w:hAnsi="Open Sans" w:cs="Open Sans"/>
              </w:rPr>
              <w:t>6</w:t>
            </w:r>
          </w:p>
        </w:tc>
        <w:tc>
          <w:tcPr>
            <w:tcW w:w="7370" w:type="dxa"/>
          </w:tcPr>
          <w:p w14:paraId="1FD31719" w14:textId="77777777" w:rsidR="009507BC" w:rsidRPr="002367AB" w:rsidRDefault="008D2EAD">
            <w:pPr>
              <w:rPr>
                <w:rFonts w:ascii="Open Sans" w:hAnsi="Open Sans" w:cs="Open Sans"/>
                <w:lang w:val="de-DE"/>
              </w:rPr>
            </w:pPr>
            <w:r w:rsidRPr="002367AB">
              <w:rPr>
                <w:rFonts w:ascii="Open Sans" w:hAnsi="Open Sans" w:cs="Open Sans"/>
                <w:lang w:val="de-DE"/>
              </w:rPr>
              <w:t>Erfahrung in der Durchführung von Präsenz-, Online- und virtuellen SAP-Schulungen.</w:t>
            </w:r>
          </w:p>
        </w:tc>
        <w:tc>
          <w:tcPr>
            <w:tcW w:w="1701" w:type="dxa"/>
          </w:tcPr>
          <w:p w14:paraId="0029EFBB" w14:textId="77777777" w:rsidR="009507BC" w:rsidRPr="002367AB" w:rsidRDefault="009507BC">
            <w:pPr>
              <w:rPr>
                <w:rFonts w:ascii="Open Sans" w:hAnsi="Open Sans" w:cs="Open Sans"/>
                <w:lang w:val="de-DE"/>
              </w:rPr>
            </w:pPr>
          </w:p>
        </w:tc>
        <w:tc>
          <w:tcPr>
            <w:tcW w:w="4535" w:type="dxa"/>
          </w:tcPr>
          <w:p w14:paraId="63DE7DA6" w14:textId="77777777" w:rsidR="009507BC" w:rsidRPr="002367AB" w:rsidRDefault="009507BC">
            <w:pPr>
              <w:rPr>
                <w:rFonts w:ascii="Open Sans" w:hAnsi="Open Sans" w:cs="Open Sans"/>
                <w:lang w:val="de-DE"/>
              </w:rPr>
            </w:pPr>
          </w:p>
        </w:tc>
      </w:tr>
      <w:tr w:rsidR="009507BC" w:rsidRPr="002367AB" w14:paraId="21029E17" w14:textId="77777777">
        <w:trPr>
          <w:jc w:val="center"/>
        </w:trPr>
        <w:tc>
          <w:tcPr>
            <w:tcW w:w="567" w:type="dxa"/>
          </w:tcPr>
          <w:p w14:paraId="0061E23F" w14:textId="77777777" w:rsidR="009507BC" w:rsidRPr="008D2EAD" w:rsidRDefault="008D2EAD">
            <w:pPr>
              <w:rPr>
                <w:rFonts w:ascii="Open Sans" w:hAnsi="Open Sans" w:cs="Open Sans"/>
              </w:rPr>
            </w:pPr>
            <w:r w:rsidRPr="008D2EAD">
              <w:rPr>
                <w:rFonts w:ascii="Open Sans" w:hAnsi="Open Sans" w:cs="Open Sans"/>
              </w:rPr>
              <w:t>7</w:t>
            </w:r>
          </w:p>
        </w:tc>
        <w:tc>
          <w:tcPr>
            <w:tcW w:w="7370" w:type="dxa"/>
          </w:tcPr>
          <w:p w14:paraId="463130E0" w14:textId="77777777" w:rsidR="009507BC" w:rsidRPr="002367AB" w:rsidRDefault="008D2EAD">
            <w:pPr>
              <w:rPr>
                <w:rFonts w:ascii="Open Sans" w:hAnsi="Open Sans" w:cs="Open Sans"/>
                <w:lang w:val="de-DE"/>
              </w:rPr>
            </w:pPr>
            <w:r w:rsidRPr="002367AB">
              <w:rPr>
                <w:rFonts w:ascii="Open Sans" w:hAnsi="Open Sans" w:cs="Open Sans"/>
                <w:lang w:val="de-DE"/>
              </w:rPr>
              <w:t>Fundierte Kenntnisse in SAP-Anwendungen sowie Erfahrung in der Schulung von SAP-Anwenderinnen und SAP-Anwendern.</w:t>
            </w:r>
          </w:p>
        </w:tc>
        <w:tc>
          <w:tcPr>
            <w:tcW w:w="1701" w:type="dxa"/>
          </w:tcPr>
          <w:p w14:paraId="682CDEBC" w14:textId="77777777" w:rsidR="009507BC" w:rsidRPr="002367AB" w:rsidRDefault="009507BC">
            <w:pPr>
              <w:rPr>
                <w:rFonts w:ascii="Open Sans" w:hAnsi="Open Sans" w:cs="Open Sans"/>
                <w:lang w:val="de-DE"/>
              </w:rPr>
            </w:pPr>
          </w:p>
        </w:tc>
        <w:tc>
          <w:tcPr>
            <w:tcW w:w="4535" w:type="dxa"/>
          </w:tcPr>
          <w:p w14:paraId="1C69C6F6" w14:textId="77777777" w:rsidR="009507BC" w:rsidRPr="002367AB" w:rsidRDefault="009507BC">
            <w:pPr>
              <w:rPr>
                <w:rFonts w:ascii="Open Sans" w:hAnsi="Open Sans" w:cs="Open Sans"/>
                <w:lang w:val="de-DE"/>
              </w:rPr>
            </w:pPr>
          </w:p>
        </w:tc>
      </w:tr>
      <w:tr w:rsidR="009507BC" w:rsidRPr="002367AB" w14:paraId="1BC1D2E5" w14:textId="77777777">
        <w:trPr>
          <w:jc w:val="center"/>
        </w:trPr>
        <w:tc>
          <w:tcPr>
            <w:tcW w:w="567" w:type="dxa"/>
          </w:tcPr>
          <w:p w14:paraId="7C77A035" w14:textId="77777777" w:rsidR="009507BC" w:rsidRPr="008D2EAD" w:rsidRDefault="008D2EAD">
            <w:pPr>
              <w:rPr>
                <w:rFonts w:ascii="Open Sans" w:hAnsi="Open Sans" w:cs="Open Sans"/>
              </w:rPr>
            </w:pPr>
            <w:r w:rsidRPr="008D2EAD">
              <w:rPr>
                <w:rFonts w:ascii="Open Sans" w:hAnsi="Open Sans" w:cs="Open Sans"/>
              </w:rPr>
              <w:t>8</w:t>
            </w:r>
          </w:p>
        </w:tc>
        <w:tc>
          <w:tcPr>
            <w:tcW w:w="7370" w:type="dxa"/>
          </w:tcPr>
          <w:p w14:paraId="144A18E1" w14:textId="77777777" w:rsidR="009507BC" w:rsidRPr="002367AB" w:rsidRDefault="008D2EAD">
            <w:pPr>
              <w:rPr>
                <w:rFonts w:ascii="Open Sans" w:hAnsi="Open Sans" w:cs="Open Sans"/>
                <w:lang w:val="de-DE"/>
              </w:rPr>
            </w:pPr>
            <w:r w:rsidRPr="002367AB">
              <w:rPr>
                <w:rFonts w:ascii="Open Sans" w:hAnsi="Open Sans" w:cs="Open Sans"/>
                <w:lang w:val="de-DE"/>
              </w:rPr>
              <w:t>Bereitschaft zur Einräumung zeitlich, räumlich und inhaltlich unbeschränkter Nutzungsrechte an erstellten Schulungsunterlagen und Online-Lerninhalten.</w:t>
            </w:r>
          </w:p>
        </w:tc>
        <w:tc>
          <w:tcPr>
            <w:tcW w:w="1701" w:type="dxa"/>
          </w:tcPr>
          <w:p w14:paraId="79A91A85" w14:textId="77777777" w:rsidR="009507BC" w:rsidRPr="002367AB" w:rsidRDefault="009507BC">
            <w:pPr>
              <w:rPr>
                <w:rFonts w:ascii="Open Sans" w:hAnsi="Open Sans" w:cs="Open Sans"/>
                <w:lang w:val="de-DE"/>
              </w:rPr>
            </w:pPr>
          </w:p>
        </w:tc>
        <w:tc>
          <w:tcPr>
            <w:tcW w:w="4535" w:type="dxa"/>
          </w:tcPr>
          <w:p w14:paraId="676B55A7" w14:textId="77777777" w:rsidR="009507BC" w:rsidRPr="002367AB" w:rsidRDefault="009507BC">
            <w:pPr>
              <w:rPr>
                <w:rFonts w:ascii="Open Sans" w:hAnsi="Open Sans" w:cs="Open Sans"/>
                <w:lang w:val="de-DE"/>
              </w:rPr>
            </w:pPr>
          </w:p>
        </w:tc>
      </w:tr>
      <w:tr w:rsidR="009507BC" w:rsidRPr="002367AB" w14:paraId="6D269E8A" w14:textId="77777777">
        <w:trPr>
          <w:jc w:val="center"/>
        </w:trPr>
        <w:tc>
          <w:tcPr>
            <w:tcW w:w="567" w:type="dxa"/>
          </w:tcPr>
          <w:p w14:paraId="75C44BE4" w14:textId="77777777" w:rsidR="009507BC" w:rsidRPr="008D2EAD" w:rsidRDefault="008D2EAD">
            <w:pPr>
              <w:rPr>
                <w:rFonts w:ascii="Open Sans" w:hAnsi="Open Sans" w:cs="Open Sans"/>
              </w:rPr>
            </w:pPr>
            <w:r w:rsidRPr="008D2EAD">
              <w:rPr>
                <w:rFonts w:ascii="Open Sans" w:hAnsi="Open Sans" w:cs="Open Sans"/>
              </w:rPr>
              <w:t>9</w:t>
            </w:r>
          </w:p>
        </w:tc>
        <w:tc>
          <w:tcPr>
            <w:tcW w:w="7370" w:type="dxa"/>
          </w:tcPr>
          <w:p w14:paraId="06A06C95" w14:textId="77777777" w:rsidR="009507BC" w:rsidRPr="002367AB" w:rsidRDefault="008D2EAD">
            <w:pPr>
              <w:rPr>
                <w:rFonts w:ascii="Open Sans" w:hAnsi="Open Sans" w:cs="Open Sans"/>
                <w:lang w:val="de-DE"/>
              </w:rPr>
            </w:pPr>
            <w:r w:rsidRPr="002367AB">
              <w:rPr>
                <w:rFonts w:ascii="Open Sans" w:hAnsi="Open Sans" w:cs="Open Sans"/>
                <w:lang w:val="de-DE"/>
              </w:rPr>
              <w:t>Erfahrung in der dokumentierten Bereitstellung von Schulungskonzepten, Schulungsunterlagen, Online-Lernmodulen und Schulungsdokumentationen.</w:t>
            </w:r>
          </w:p>
        </w:tc>
        <w:tc>
          <w:tcPr>
            <w:tcW w:w="1701" w:type="dxa"/>
          </w:tcPr>
          <w:p w14:paraId="53724241" w14:textId="77777777" w:rsidR="009507BC" w:rsidRPr="002367AB" w:rsidRDefault="009507BC">
            <w:pPr>
              <w:rPr>
                <w:rFonts w:ascii="Open Sans" w:hAnsi="Open Sans" w:cs="Open Sans"/>
                <w:lang w:val="de-DE"/>
              </w:rPr>
            </w:pPr>
          </w:p>
        </w:tc>
        <w:tc>
          <w:tcPr>
            <w:tcW w:w="4535" w:type="dxa"/>
          </w:tcPr>
          <w:p w14:paraId="6164A54E" w14:textId="77777777" w:rsidR="009507BC" w:rsidRPr="002367AB" w:rsidRDefault="009507BC">
            <w:pPr>
              <w:rPr>
                <w:rFonts w:ascii="Open Sans" w:hAnsi="Open Sans" w:cs="Open Sans"/>
                <w:lang w:val="de-DE"/>
              </w:rPr>
            </w:pPr>
          </w:p>
        </w:tc>
      </w:tr>
      <w:tr w:rsidR="009507BC" w:rsidRPr="002367AB" w14:paraId="43716FCD" w14:textId="77777777">
        <w:trPr>
          <w:jc w:val="center"/>
        </w:trPr>
        <w:tc>
          <w:tcPr>
            <w:tcW w:w="567" w:type="dxa"/>
          </w:tcPr>
          <w:p w14:paraId="7D9D01F9" w14:textId="77777777" w:rsidR="009507BC" w:rsidRPr="008D2EAD" w:rsidRDefault="008D2EAD">
            <w:pPr>
              <w:rPr>
                <w:rFonts w:ascii="Open Sans" w:hAnsi="Open Sans" w:cs="Open Sans"/>
              </w:rPr>
            </w:pPr>
            <w:r w:rsidRPr="008D2EAD">
              <w:rPr>
                <w:rFonts w:ascii="Open Sans" w:hAnsi="Open Sans" w:cs="Open Sans"/>
              </w:rPr>
              <w:t>10</w:t>
            </w:r>
          </w:p>
        </w:tc>
        <w:tc>
          <w:tcPr>
            <w:tcW w:w="7370" w:type="dxa"/>
          </w:tcPr>
          <w:p w14:paraId="0B61B8C1" w14:textId="77777777" w:rsidR="009507BC" w:rsidRPr="002367AB" w:rsidRDefault="008D2EAD">
            <w:pPr>
              <w:rPr>
                <w:rFonts w:ascii="Open Sans" w:hAnsi="Open Sans" w:cs="Open Sans"/>
                <w:lang w:val="de-DE"/>
              </w:rPr>
            </w:pPr>
            <w:r w:rsidRPr="002367AB">
              <w:rPr>
                <w:rFonts w:ascii="Open Sans" w:hAnsi="Open Sans" w:cs="Open Sans"/>
                <w:lang w:val="de-DE"/>
              </w:rPr>
              <w:t>Sehr gute Deutschkenntnisse in Wort und Schrift.</w:t>
            </w:r>
          </w:p>
        </w:tc>
        <w:tc>
          <w:tcPr>
            <w:tcW w:w="1701" w:type="dxa"/>
          </w:tcPr>
          <w:p w14:paraId="3EF96B00" w14:textId="77777777" w:rsidR="009507BC" w:rsidRPr="002367AB" w:rsidRDefault="009507BC">
            <w:pPr>
              <w:rPr>
                <w:rFonts w:ascii="Open Sans" w:hAnsi="Open Sans" w:cs="Open Sans"/>
                <w:lang w:val="de-DE"/>
              </w:rPr>
            </w:pPr>
          </w:p>
        </w:tc>
        <w:tc>
          <w:tcPr>
            <w:tcW w:w="4535" w:type="dxa"/>
          </w:tcPr>
          <w:p w14:paraId="018AC342" w14:textId="77777777" w:rsidR="009507BC" w:rsidRPr="002367AB" w:rsidRDefault="009507BC">
            <w:pPr>
              <w:rPr>
                <w:rFonts w:ascii="Open Sans" w:hAnsi="Open Sans" w:cs="Open Sans"/>
                <w:lang w:val="de-DE"/>
              </w:rPr>
            </w:pPr>
          </w:p>
        </w:tc>
      </w:tr>
      <w:tr w:rsidR="009507BC" w:rsidRPr="002367AB" w14:paraId="3123E9AE" w14:textId="77777777">
        <w:trPr>
          <w:jc w:val="center"/>
        </w:trPr>
        <w:tc>
          <w:tcPr>
            <w:tcW w:w="567" w:type="dxa"/>
          </w:tcPr>
          <w:p w14:paraId="71DAE77C" w14:textId="77777777" w:rsidR="009507BC" w:rsidRPr="008D2EAD" w:rsidRDefault="008D2EAD">
            <w:pPr>
              <w:rPr>
                <w:rFonts w:ascii="Open Sans" w:hAnsi="Open Sans" w:cs="Open Sans"/>
              </w:rPr>
            </w:pPr>
            <w:r w:rsidRPr="008D2EAD">
              <w:rPr>
                <w:rFonts w:ascii="Open Sans" w:hAnsi="Open Sans" w:cs="Open Sans"/>
              </w:rPr>
              <w:t>11</w:t>
            </w:r>
          </w:p>
        </w:tc>
        <w:tc>
          <w:tcPr>
            <w:tcW w:w="7370" w:type="dxa"/>
          </w:tcPr>
          <w:p w14:paraId="75EF6772" w14:textId="41E23700" w:rsidR="009507BC" w:rsidRPr="002367AB" w:rsidRDefault="008D2EAD">
            <w:pPr>
              <w:rPr>
                <w:rFonts w:ascii="Open Sans" w:hAnsi="Open Sans" w:cs="Open Sans"/>
                <w:lang w:val="de-DE"/>
              </w:rPr>
            </w:pPr>
            <w:r w:rsidRPr="002367AB">
              <w:rPr>
                <w:rFonts w:ascii="Open Sans" w:hAnsi="Open Sans" w:cs="Open Sans"/>
                <w:lang w:val="de-DE"/>
              </w:rPr>
              <w:t xml:space="preserve">Bereitschaft zur Sicherheitsüberprüfung der Stufe </w:t>
            </w:r>
            <w:r w:rsidR="002367AB">
              <w:rPr>
                <w:rFonts w:ascii="Open Sans" w:hAnsi="Open Sans" w:cs="Open Sans"/>
                <w:lang w:val="de-DE"/>
              </w:rPr>
              <w:t>2</w:t>
            </w:r>
            <w:r w:rsidRPr="002367AB">
              <w:rPr>
                <w:rFonts w:ascii="Open Sans" w:hAnsi="Open Sans" w:cs="Open Sans"/>
                <w:lang w:val="de-DE"/>
              </w:rPr>
              <w:t xml:space="preserve"> gemäß E</w:t>
            </w:r>
            <w:r w:rsidR="002367AB">
              <w:rPr>
                <w:rFonts w:ascii="Open Sans" w:hAnsi="Open Sans" w:cs="Open Sans"/>
                <w:lang w:val="de-DE"/>
              </w:rPr>
              <w:t>1</w:t>
            </w:r>
            <w:r w:rsidRPr="002367AB">
              <w:rPr>
                <w:rFonts w:ascii="Open Sans" w:hAnsi="Open Sans" w:cs="Open Sans"/>
                <w:lang w:val="de-DE"/>
              </w:rPr>
              <w:t>8.</w:t>
            </w:r>
          </w:p>
        </w:tc>
        <w:tc>
          <w:tcPr>
            <w:tcW w:w="1701" w:type="dxa"/>
          </w:tcPr>
          <w:p w14:paraId="7C6073BA" w14:textId="77777777" w:rsidR="009507BC" w:rsidRPr="002367AB" w:rsidRDefault="009507BC">
            <w:pPr>
              <w:rPr>
                <w:rFonts w:ascii="Open Sans" w:hAnsi="Open Sans" w:cs="Open Sans"/>
                <w:lang w:val="de-DE"/>
              </w:rPr>
            </w:pPr>
          </w:p>
        </w:tc>
        <w:tc>
          <w:tcPr>
            <w:tcW w:w="4535" w:type="dxa"/>
          </w:tcPr>
          <w:p w14:paraId="1B449564" w14:textId="77777777" w:rsidR="009507BC" w:rsidRPr="002367AB" w:rsidRDefault="009507BC">
            <w:pPr>
              <w:rPr>
                <w:rFonts w:ascii="Open Sans" w:hAnsi="Open Sans" w:cs="Open Sans"/>
                <w:lang w:val="de-DE"/>
              </w:rPr>
            </w:pPr>
          </w:p>
        </w:tc>
      </w:tr>
    </w:tbl>
    <w:p w14:paraId="49C89592" w14:textId="77777777" w:rsidR="009507BC" w:rsidRPr="002367AB" w:rsidRDefault="009507BC">
      <w:pPr>
        <w:rPr>
          <w:rFonts w:ascii="Open Sans" w:hAnsi="Open Sans" w:cs="Open Sans"/>
          <w:lang w:val="de-DE"/>
        </w:rPr>
      </w:pPr>
    </w:p>
    <w:p w14:paraId="2F1EE851" w14:textId="77777777" w:rsidR="009507BC" w:rsidRPr="008D2EAD" w:rsidRDefault="008D2EAD">
      <w:pPr>
        <w:pStyle w:val="berschrift2"/>
        <w:rPr>
          <w:rFonts w:ascii="Open Sans" w:hAnsi="Open Sans" w:cs="Open Sans"/>
        </w:rPr>
      </w:pPr>
      <w:r w:rsidRPr="008D2EAD">
        <w:rPr>
          <w:rFonts w:ascii="Open Sans" w:hAnsi="Open Sans" w:cs="Open Sans"/>
        </w:rPr>
        <w:lastRenderedPageBreak/>
        <w:t>C. Bewertungsrelevante Angaben</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567"/>
        <w:gridCol w:w="7370"/>
        <w:gridCol w:w="3969"/>
        <w:gridCol w:w="2268"/>
      </w:tblGrid>
      <w:tr w:rsidR="009507BC" w:rsidRPr="008D2EAD" w14:paraId="2CA422C7" w14:textId="77777777">
        <w:trPr>
          <w:tblHeader/>
          <w:jc w:val="center"/>
        </w:trPr>
        <w:tc>
          <w:tcPr>
            <w:tcW w:w="567" w:type="dxa"/>
            <w:shd w:val="clear" w:color="auto" w:fill="D9EAF7"/>
          </w:tcPr>
          <w:p w14:paraId="4FC342F1" w14:textId="77777777" w:rsidR="009507BC" w:rsidRPr="008D2EAD" w:rsidRDefault="008D2EAD">
            <w:pPr>
              <w:rPr>
                <w:rFonts w:ascii="Open Sans" w:hAnsi="Open Sans" w:cs="Open Sans"/>
              </w:rPr>
            </w:pPr>
            <w:r w:rsidRPr="008D2EAD">
              <w:rPr>
                <w:rFonts w:ascii="Open Sans" w:hAnsi="Open Sans" w:cs="Open Sans"/>
                <w:b/>
              </w:rPr>
              <w:t>Nr.</w:t>
            </w:r>
          </w:p>
        </w:tc>
        <w:tc>
          <w:tcPr>
            <w:tcW w:w="7370" w:type="dxa"/>
            <w:shd w:val="clear" w:color="auto" w:fill="D9EAF7"/>
          </w:tcPr>
          <w:p w14:paraId="10EBF763" w14:textId="77777777" w:rsidR="009507BC" w:rsidRPr="008D2EAD" w:rsidRDefault="008D2EAD">
            <w:pPr>
              <w:rPr>
                <w:rFonts w:ascii="Open Sans" w:hAnsi="Open Sans" w:cs="Open Sans"/>
              </w:rPr>
            </w:pPr>
            <w:r w:rsidRPr="008D2EAD">
              <w:rPr>
                <w:rFonts w:ascii="Open Sans" w:hAnsi="Open Sans" w:cs="Open Sans"/>
                <w:b/>
              </w:rPr>
              <w:t>Bewertungsrelevantes Kriterium</w:t>
            </w:r>
          </w:p>
        </w:tc>
        <w:tc>
          <w:tcPr>
            <w:tcW w:w="3969" w:type="dxa"/>
            <w:shd w:val="clear" w:color="auto" w:fill="D9EAF7"/>
          </w:tcPr>
          <w:p w14:paraId="477E50A7" w14:textId="77777777" w:rsidR="009507BC" w:rsidRPr="008D2EAD" w:rsidRDefault="008D2EAD">
            <w:pPr>
              <w:rPr>
                <w:rFonts w:ascii="Open Sans" w:hAnsi="Open Sans" w:cs="Open Sans"/>
              </w:rPr>
            </w:pPr>
            <w:r w:rsidRPr="008D2EAD">
              <w:rPr>
                <w:rFonts w:ascii="Open Sans" w:hAnsi="Open Sans" w:cs="Open Sans"/>
                <w:b/>
              </w:rPr>
              <w:t>Konkrete Angabe des Bieters</w:t>
            </w:r>
          </w:p>
        </w:tc>
        <w:tc>
          <w:tcPr>
            <w:tcW w:w="2268" w:type="dxa"/>
            <w:shd w:val="clear" w:color="auto" w:fill="D9EAF7"/>
          </w:tcPr>
          <w:p w14:paraId="53E8FFA4" w14:textId="77777777" w:rsidR="009507BC" w:rsidRPr="008D2EAD" w:rsidRDefault="008D2EAD">
            <w:pPr>
              <w:rPr>
                <w:rFonts w:ascii="Open Sans" w:hAnsi="Open Sans" w:cs="Open Sans"/>
              </w:rPr>
            </w:pPr>
            <w:r w:rsidRPr="008D2EAD">
              <w:rPr>
                <w:rFonts w:ascii="Open Sans" w:hAnsi="Open Sans" w:cs="Open Sans"/>
                <w:b/>
              </w:rPr>
              <w:t>Nachweis / Referenz / Anlage</w:t>
            </w:r>
          </w:p>
        </w:tc>
      </w:tr>
      <w:tr w:rsidR="009507BC" w:rsidRPr="002367AB" w14:paraId="4AE5C424" w14:textId="77777777">
        <w:trPr>
          <w:jc w:val="center"/>
        </w:trPr>
        <w:tc>
          <w:tcPr>
            <w:tcW w:w="567" w:type="dxa"/>
          </w:tcPr>
          <w:p w14:paraId="2FD6EADC" w14:textId="77777777" w:rsidR="009507BC" w:rsidRPr="008D2EAD" w:rsidRDefault="008D2EAD">
            <w:pPr>
              <w:rPr>
                <w:rFonts w:ascii="Open Sans" w:hAnsi="Open Sans" w:cs="Open Sans"/>
              </w:rPr>
            </w:pPr>
            <w:r w:rsidRPr="008D2EAD">
              <w:rPr>
                <w:rFonts w:ascii="Open Sans" w:hAnsi="Open Sans" w:cs="Open Sans"/>
              </w:rPr>
              <w:t>1</w:t>
            </w:r>
          </w:p>
        </w:tc>
        <w:tc>
          <w:tcPr>
            <w:tcW w:w="7370" w:type="dxa"/>
          </w:tcPr>
          <w:p w14:paraId="62FCC719" w14:textId="77777777" w:rsidR="009507BC" w:rsidRPr="002367AB" w:rsidRDefault="008D2EAD">
            <w:pPr>
              <w:rPr>
                <w:rFonts w:ascii="Open Sans" w:hAnsi="Open Sans" w:cs="Open Sans"/>
                <w:lang w:val="de-DE"/>
              </w:rPr>
            </w:pPr>
            <w:r w:rsidRPr="002367AB">
              <w:rPr>
                <w:rFonts w:ascii="Open Sans" w:hAnsi="Open Sans" w:cs="Open Sans"/>
                <w:lang w:val="de-DE"/>
              </w:rPr>
              <w:t>Mindestens zwei vergleichbare Referenzprojekte im Bereich SAP-Schulungen bzw. SAP-Inhouse-Schulungen innerhalb der letzten fünf Jahre.</w:t>
            </w:r>
          </w:p>
        </w:tc>
        <w:tc>
          <w:tcPr>
            <w:tcW w:w="3969" w:type="dxa"/>
          </w:tcPr>
          <w:p w14:paraId="166EE75F" w14:textId="77777777" w:rsidR="009507BC" w:rsidRPr="002367AB" w:rsidRDefault="009507BC">
            <w:pPr>
              <w:rPr>
                <w:rFonts w:ascii="Open Sans" w:hAnsi="Open Sans" w:cs="Open Sans"/>
                <w:lang w:val="de-DE"/>
              </w:rPr>
            </w:pPr>
          </w:p>
        </w:tc>
        <w:tc>
          <w:tcPr>
            <w:tcW w:w="2268" w:type="dxa"/>
          </w:tcPr>
          <w:p w14:paraId="37AEE075" w14:textId="77777777" w:rsidR="009507BC" w:rsidRPr="002367AB" w:rsidRDefault="009507BC">
            <w:pPr>
              <w:rPr>
                <w:rFonts w:ascii="Open Sans" w:hAnsi="Open Sans" w:cs="Open Sans"/>
                <w:lang w:val="de-DE"/>
              </w:rPr>
            </w:pPr>
          </w:p>
        </w:tc>
      </w:tr>
      <w:tr w:rsidR="009507BC" w:rsidRPr="002367AB" w14:paraId="1676301F" w14:textId="77777777">
        <w:trPr>
          <w:jc w:val="center"/>
        </w:trPr>
        <w:tc>
          <w:tcPr>
            <w:tcW w:w="567" w:type="dxa"/>
          </w:tcPr>
          <w:p w14:paraId="6BA27889" w14:textId="77777777" w:rsidR="009507BC" w:rsidRPr="008D2EAD" w:rsidRDefault="008D2EAD">
            <w:pPr>
              <w:rPr>
                <w:rFonts w:ascii="Open Sans" w:hAnsi="Open Sans" w:cs="Open Sans"/>
              </w:rPr>
            </w:pPr>
            <w:r w:rsidRPr="008D2EAD">
              <w:rPr>
                <w:rFonts w:ascii="Open Sans" w:hAnsi="Open Sans" w:cs="Open Sans"/>
              </w:rPr>
              <w:t>2</w:t>
            </w:r>
          </w:p>
        </w:tc>
        <w:tc>
          <w:tcPr>
            <w:tcW w:w="7370" w:type="dxa"/>
          </w:tcPr>
          <w:p w14:paraId="52F70958" w14:textId="77777777" w:rsidR="009507BC" w:rsidRPr="002367AB" w:rsidRDefault="008D2EAD">
            <w:pPr>
              <w:rPr>
                <w:rFonts w:ascii="Open Sans" w:hAnsi="Open Sans" w:cs="Open Sans"/>
                <w:lang w:val="de-DE"/>
              </w:rPr>
            </w:pPr>
            <w:r w:rsidRPr="002367AB">
              <w:rPr>
                <w:rFonts w:ascii="Open Sans" w:hAnsi="Open Sans" w:cs="Open Sans"/>
                <w:lang w:val="de-DE"/>
              </w:rPr>
              <w:t>Konkrete Erfahrung mit Analyse von Schulungsbedarfen und Entwicklung zielgruppengerechter Schulungskonzepte.</w:t>
            </w:r>
          </w:p>
        </w:tc>
        <w:tc>
          <w:tcPr>
            <w:tcW w:w="3969" w:type="dxa"/>
          </w:tcPr>
          <w:p w14:paraId="6A2E4C42" w14:textId="77777777" w:rsidR="009507BC" w:rsidRPr="002367AB" w:rsidRDefault="009507BC">
            <w:pPr>
              <w:rPr>
                <w:rFonts w:ascii="Open Sans" w:hAnsi="Open Sans" w:cs="Open Sans"/>
                <w:lang w:val="de-DE"/>
              </w:rPr>
            </w:pPr>
          </w:p>
        </w:tc>
        <w:tc>
          <w:tcPr>
            <w:tcW w:w="2268" w:type="dxa"/>
          </w:tcPr>
          <w:p w14:paraId="0D307146" w14:textId="77777777" w:rsidR="009507BC" w:rsidRPr="002367AB" w:rsidRDefault="009507BC">
            <w:pPr>
              <w:rPr>
                <w:rFonts w:ascii="Open Sans" w:hAnsi="Open Sans" w:cs="Open Sans"/>
                <w:lang w:val="de-DE"/>
              </w:rPr>
            </w:pPr>
          </w:p>
        </w:tc>
      </w:tr>
      <w:tr w:rsidR="009507BC" w:rsidRPr="002367AB" w14:paraId="70798E00" w14:textId="77777777">
        <w:trPr>
          <w:jc w:val="center"/>
        </w:trPr>
        <w:tc>
          <w:tcPr>
            <w:tcW w:w="567" w:type="dxa"/>
          </w:tcPr>
          <w:p w14:paraId="4F20D6C0" w14:textId="77777777" w:rsidR="009507BC" w:rsidRPr="008D2EAD" w:rsidRDefault="008D2EAD">
            <w:pPr>
              <w:rPr>
                <w:rFonts w:ascii="Open Sans" w:hAnsi="Open Sans" w:cs="Open Sans"/>
              </w:rPr>
            </w:pPr>
            <w:r w:rsidRPr="008D2EAD">
              <w:rPr>
                <w:rFonts w:ascii="Open Sans" w:hAnsi="Open Sans" w:cs="Open Sans"/>
              </w:rPr>
              <w:t>3</w:t>
            </w:r>
          </w:p>
        </w:tc>
        <w:tc>
          <w:tcPr>
            <w:tcW w:w="7370" w:type="dxa"/>
          </w:tcPr>
          <w:p w14:paraId="39DB5426" w14:textId="77777777" w:rsidR="009507BC" w:rsidRPr="002367AB" w:rsidRDefault="008D2EAD">
            <w:pPr>
              <w:rPr>
                <w:rFonts w:ascii="Open Sans" w:hAnsi="Open Sans" w:cs="Open Sans"/>
                <w:lang w:val="de-DE"/>
              </w:rPr>
            </w:pPr>
            <w:r w:rsidRPr="002367AB">
              <w:rPr>
                <w:rFonts w:ascii="Open Sans" w:hAnsi="Open Sans" w:cs="Open Sans"/>
                <w:lang w:val="de-DE"/>
              </w:rPr>
              <w:t>Konkrete Erfahrung mit Erstellung von SAP-Schulungsunterlagen, z. B. Handbücher, Präsentationen, Übungsunterlagen und Schritt-für-Schritt-Anleitungen.</w:t>
            </w:r>
          </w:p>
        </w:tc>
        <w:tc>
          <w:tcPr>
            <w:tcW w:w="3969" w:type="dxa"/>
          </w:tcPr>
          <w:p w14:paraId="2E380BD3" w14:textId="77777777" w:rsidR="009507BC" w:rsidRPr="002367AB" w:rsidRDefault="009507BC">
            <w:pPr>
              <w:rPr>
                <w:rFonts w:ascii="Open Sans" w:hAnsi="Open Sans" w:cs="Open Sans"/>
                <w:lang w:val="de-DE"/>
              </w:rPr>
            </w:pPr>
          </w:p>
        </w:tc>
        <w:tc>
          <w:tcPr>
            <w:tcW w:w="2268" w:type="dxa"/>
          </w:tcPr>
          <w:p w14:paraId="372A6536" w14:textId="77777777" w:rsidR="009507BC" w:rsidRPr="002367AB" w:rsidRDefault="009507BC">
            <w:pPr>
              <w:rPr>
                <w:rFonts w:ascii="Open Sans" w:hAnsi="Open Sans" w:cs="Open Sans"/>
                <w:lang w:val="de-DE"/>
              </w:rPr>
            </w:pPr>
          </w:p>
        </w:tc>
      </w:tr>
      <w:tr w:rsidR="009507BC" w:rsidRPr="002367AB" w14:paraId="437CB683" w14:textId="77777777">
        <w:trPr>
          <w:jc w:val="center"/>
        </w:trPr>
        <w:tc>
          <w:tcPr>
            <w:tcW w:w="567" w:type="dxa"/>
          </w:tcPr>
          <w:p w14:paraId="0249777C" w14:textId="77777777" w:rsidR="009507BC" w:rsidRPr="008D2EAD" w:rsidRDefault="008D2EAD">
            <w:pPr>
              <w:rPr>
                <w:rFonts w:ascii="Open Sans" w:hAnsi="Open Sans" w:cs="Open Sans"/>
              </w:rPr>
            </w:pPr>
            <w:r w:rsidRPr="008D2EAD">
              <w:rPr>
                <w:rFonts w:ascii="Open Sans" w:hAnsi="Open Sans" w:cs="Open Sans"/>
              </w:rPr>
              <w:t>4</w:t>
            </w:r>
          </w:p>
        </w:tc>
        <w:tc>
          <w:tcPr>
            <w:tcW w:w="7370" w:type="dxa"/>
          </w:tcPr>
          <w:p w14:paraId="57798FA9" w14:textId="77777777" w:rsidR="009507BC" w:rsidRPr="002367AB" w:rsidRDefault="008D2EAD">
            <w:pPr>
              <w:rPr>
                <w:rFonts w:ascii="Open Sans" w:hAnsi="Open Sans" w:cs="Open Sans"/>
                <w:lang w:val="de-DE"/>
              </w:rPr>
            </w:pPr>
            <w:r w:rsidRPr="002367AB">
              <w:rPr>
                <w:rFonts w:ascii="Open Sans" w:hAnsi="Open Sans" w:cs="Open Sans"/>
                <w:lang w:val="de-DE"/>
              </w:rPr>
              <w:t>Konkrete Erfahrung mit Erstellung von E-Learning-Modulen, insbesondere für Moodle oder vergleichbare Lernplattformen.</w:t>
            </w:r>
          </w:p>
        </w:tc>
        <w:tc>
          <w:tcPr>
            <w:tcW w:w="3969" w:type="dxa"/>
          </w:tcPr>
          <w:p w14:paraId="6D892867" w14:textId="77777777" w:rsidR="009507BC" w:rsidRPr="002367AB" w:rsidRDefault="009507BC">
            <w:pPr>
              <w:rPr>
                <w:rFonts w:ascii="Open Sans" w:hAnsi="Open Sans" w:cs="Open Sans"/>
                <w:lang w:val="de-DE"/>
              </w:rPr>
            </w:pPr>
          </w:p>
        </w:tc>
        <w:tc>
          <w:tcPr>
            <w:tcW w:w="2268" w:type="dxa"/>
          </w:tcPr>
          <w:p w14:paraId="41DFD860" w14:textId="77777777" w:rsidR="009507BC" w:rsidRPr="002367AB" w:rsidRDefault="009507BC">
            <w:pPr>
              <w:rPr>
                <w:rFonts w:ascii="Open Sans" w:hAnsi="Open Sans" w:cs="Open Sans"/>
                <w:lang w:val="de-DE"/>
              </w:rPr>
            </w:pPr>
          </w:p>
        </w:tc>
      </w:tr>
      <w:tr w:rsidR="009507BC" w:rsidRPr="002367AB" w14:paraId="017DEC42" w14:textId="77777777">
        <w:trPr>
          <w:jc w:val="center"/>
        </w:trPr>
        <w:tc>
          <w:tcPr>
            <w:tcW w:w="567" w:type="dxa"/>
          </w:tcPr>
          <w:p w14:paraId="22729F0D" w14:textId="77777777" w:rsidR="009507BC" w:rsidRPr="008D2EAD" w:rsidRDefault="008D2EAD">
            <w:pPr>
              <w:rPr>
                <w:rFonts w:ascii="Open Sans" w:hAnsi="Open Sans" w:cs="Open Sans"/>
              </w:rPr>
            </w:pPr>
            <w:r w:rsidRPr="008D2EAD">
              <w:rPr>
                <w:rFonts w:ascii="Open Sans" w:hAnsi="Open Sans" w:cs="Open Sans"/>
              </w:rPr>
              <w:t>5</w:t>
            </w:r>
          </w:p>
        </w:tc>
        <w:tc>
          <w:tcPr>
            <w:tcW w:w="7370" w:type="dxa"/>
          </w:tcPr>
          <w:p w14:paraId="224C78EF" w14:textId="77777777" w:rsidR="009507BC" w:rsidRPr="002367AB" w:rsidRDefault="008D2EAD">
            <w:pPr>
              <w:rPr>
                <w:rFonts w:ascii="Open Sans" w:hAnsi="Open Sans" w:cs="Open Sans"/>
                <w:lang w:val="de-DE"/>
              </w:rPr>
            </w:pPr>
            <w:r w:rsidRPr="002367AB">
              <w:rPr>
                <w:rFonts w:ascii="Open Sans" w:hAnsi="Open Sans" w:cs="Open Sans"/>
                <w:lang w:val="de-DE"/>
              </w:rPr>
              <w:t>Konkrete Erfahrung mit Durchführung von Präsenz-, Online- und Blended-Learning-Schulungen.</w:t>
            </w:r>
          </w:p>
        </w:tc>
        <w:tc>
          <w:tcPr>
            <w:tcW w:w="3969" w:type="dxa"/>
          </w:tcPr>
          <w:p w14:paraId="6AC8400A" w14:textId="77777777" w:rsidR="009507BC" w:rsidRPr="002367AB" w:rsidRDefault="009507BC">
            <w:pPr>
              <w:rPr>
                <w:rFonts w:ascii="Open Sans" w:hAnsi="Open Sans" w:cs="Open Sans"/>
                <w:lang w:val="de-DE"/>
              </w:rPr>
            </w:pPr>
          </w:p>
        </w:tc>
        <w:tc>
          <w:tcPr>
            <w:tcW w:w="2268" w:type="dxa"/>
          </w:tcPr>
          <w:p w14:paraId="1F4DA9F5" w14:textId="77777777" w:rsidR="009507BC" w:rsidRPr="002367AB" w:rsidRDefault="009507BC">
            <w:pPr>
              <w:rPr>
                <w:rFonts w:ascii="Open Sans" w:hAnsi="Open Sans" w:cs="Open Sans"/>
                <w:lang w:val="de-DE"/>
              </w:rPr>
            </w:pPr>
          </w:p>
        </w:tc>
      </w:tr>
      <w:tr w:rsidR="009507BC" w:rsidRPr="002367AB" w14:paraId="65470EAF" w14:textId="77777777">
        <w:trPr>
          <w:jc w:val="center"/>
        </w:trPr>
        <w:tc>
          <w:tcPr>
            <w:tcW w:w="567" w:type="dxa"/>
          </w:tcPr>
          <w:p w14:paraId="56DD41B1" w14:textId="77777777" w:rsidR="009507BC" w:rsidRPr="008D2EAD" w:rsidRDefault="008D2EAD">
            <w:pPr>
              <w:rPr>
                <w:rFonts w:ascii="Open Sans" w:hAnsi="Open Sans" w:cs="Open Sans"/>
              </w:rPr>
            </w:pPr>
            <w:r w:rsidRPr="008D2EAD">
              <w:rPr>
                <w:rFonts w:ascii="Open Sans" w:hAnsi="Open Sans" w:cs="Open Sans"/>
              </w:rPr>
              <w:t>6</w:t>
            </w:r>
          </w:p>
        </w:tc>
        <w:tc>
          <w:tcPr>
            <w:tcW w:w="7370" w:type="dxa"/>
          </w:tcPr>
          <w:p w14:paraId="012E1978" w14:textId="77777777" w:rsidR="009507BC" w:rsidRPr="002367AB" w:rsidRDefault="008D2EAD">
            <w:pPr>
              <w:rPr>
                <w:rFonts w:ascii="Open Sans" w:hAnsi="Open Sans" w:cs="Open Sans"/>
                <w:lang w:val="de-DE"/>
              </w:rPr>
            </w:pPr>
            <w:r w:rsidRPr="002367AB">
              <w:rPr>
                <w:rFonts w:ascii="Open Sans" w:hAnsi="Open Sans" w:cs="Open Sans"/>
                <w:lang w:val="de-DE"/>
              </w:rPr>
              <w:t>Qualifikation und Erfahrung der vorgesehenen Person im Bereich SAP, Didaktik, Schulung und E-Learning.</w:t>
            </w:r>
          </w:p>
        </w:tc>
        <w:tc>
          <w:tcPr>
            <w:tcW w:w="3969" w:type="dxa"/>
          </w:tcPr>
          <w:p w14:paraId="6093BA54" w14:textId="77777777" w:rsidR="009507BC" w:rsidRPr="002367AB" w:rsidRDefault="009507BC">
            <w:pPr>
              <w:rPr>
                <w:rFonts w:ascii="Open Sans" w:hAnsi="Open Sans" w:cs="Open Sans"/>
                <w:lang w:val="de-DE"/>
              </w:rPr>
            </w:pPr>
          </w:p>
        </w:tc>
        <w:tc>
          <w:tcPr>
            <w:tcW w:w="2268" w:type="dxa"/>
          </w:tcPr>
          <w:p w14:paraId="1E600907" w14:textId="77777777" w:rsidR="009507BC" w:rsidRPr="002367AB" w:rsidRDefault="009507BC">
            <w:pPr>
              <w:rPr>
                <w:rFonts w:ascii="Open Sans" w:hAnsi="Open Sans" w:cs="Open Sans"/>
                <w:lang w:val="de-DE"/>
              </w:rPr>
            </w:pPr>
          </w:p>
        </w:tc>
      </w:tr>
      <w:tr w:rsidR="009507BC" w:rsidRPr="002367AB" w14:paraId="4E45D158" w14:textId="77777777">
        <w:trPr>
          <w:jc w:val="center"/>
        </w:trPr>
        <w:tc>
          <w:tcPr>
            <w:tcW w:w="567" w:type="dxa"/>
          </w:tcPr>
          <w:p w14:paraId="720B31CD" w14:textId="77777777" w:rsidR="009507BC" w:rsidRPr="008D2EAD" w:rsidRDefault="008D2EAD">
            <w:pPr>
              <w:rPr>
                <w:rFonts w:ascii="Open Sans" w:hAnsi="Open Sans" w:cs="Open Sans"/>
              </w:rPr>
            </w:pPr>
            <w:r w:rsidRPr="008D2EAD">
              <w:rPr>
                <w:rFonts w:ascii="Open Sans" w:hAnsi="Open Sans" w:cs="Open Sans"/>
              </w:rPr>
              <w:t>7</w:t>
            </w:r>
          </w:p>
        </w:tc>
        <w:tc>
          <w:tcPr>
            <w:tcW w:w="7370" w:type="dxa"/>
          </w:tcPr>
          <w:p w14:paraId="32828AB2" w14:textId="77777777" w:rsidR="009507BC" w:rsidRPr="002367AB" w:rsidRDefault="008D2EAD">
            <w:pPr>
              <w:rPr>
                <w:rFonts w:ascii="Open Sans" w:hAnsi="Open Sans" w:cs="Open Sans"/>
                <w:lang w:val="de-DE"/>
              </w:rPr>
            </w:pPr>
            <w:r w:rsidRPr="002367AB">
              <w:rPr>
                <w:rFonts w:ascii="Open Sans" w:hAnsi="Open Sans" w:cs="Open Sans"/>
                <w:lang w:val="de-DE"/>
              </w:rPr>
              <w:t>Erfahrung mit unterschiedlichen Zielgruppen, z. B. Fachanwender, Key User, Administratoren oder Multiplikatoren.</w:t>
            </w:r>
          </w:p>
        </w:tc>
        <w:tc>
          <w:tcPr>
            <w:tcW w:w="3969" w:type="dxa"/>
          </w:tcPr>
          <w:p w14:paraId="550FA701" w14:textId="77777777" w:rsidR="009507BC" w:rsidRPr="002367AB" w:rsidRDefault="009507BC">
            <w:pPr>
              <w:rPr>
                <w:rFonts w:ascii="Open Sans" w:hAnsi="Open Sans" w:cs="Open Sans"/>
                <w:lang w:val="de-DE"/>
              </w:rPr>
            </w:pPr>
          </w:p>
        </w:tc>
        <w:tc>
          <w:tcPr>
            <w:tcW w:w="2268" w:type="dxa"/>
          </w:tcPr>
          <w:p w14:paraId="5486B11F" w14:textId="77777777" w:rsidR="009507BC" w:rsidRPr="002367AB" w:rsidRDefault="009507BC">
            <w:pPr>
              <w:rPr>
                <w:rFonts w:ascii="Open Sans" w:hAnsi="Open Sans" w:cs="Open Sans"/>
                <w:lang w:val="de-DE"/>
              </w:rPr>
            </w:pPr>
          </w:p>
        </w:tc>
      </w:tr>
      <w:tr w:rsidR="009507BC" w:rsidRPr="002367AB" w14:paraId="357F4C87" w14:textId="77777777">
        <w:trPr>
          <w:jc w:val="center"/>
        </w:trPr>
        <w:tc>
          <w:tcPr>
            <w:tcW w:w="567" w:type="dxa"/>
          </w:tcPr>
          <w:p w14:paraId="677D0A10" w14:textId="77777777" w:rsidR="009507BC" w:rsidRPr="008D2EAD" w:rsidRDefault="008D2EAD">
            <w:pPr>
              <w:rPr>
                <w:rFonts w:ascii="Open Sans" w:hAnsi="Open Sans" w:cs="Open Sans"/>
              </w:rPr>
            </w:pPr>
            <w:r w:rsidRPr="008D2EAD">
              <w:rPr>
                <w:rFonts w:ascii="Open Sans" w:hAnsi="Open Sans" w:cs="Open Sans"/>
              </w:rPr>
              <w:t>8</w:t>
            </w:r>
          </w:p>
        </w:tc>
        <w:tc>
          <w:tcPr>
            <w:tcW w:w="7370" w:type="dxa"/>
          </w:tcPr>
          <w:p w14:paraId="42F7F3A2" w14:textId="77777777" w:rsidR="009507BC" w:rsidRPr="002367AB" w:rsidRDefault="008D2EAD">
            <w:pPr>
              <w:rPr>
                <w:rFonts w:ascii="Open Sans" w:hAnsi="Open Sans" w:cs="Open Sans"/>
                <w:lang w:val="de-DE"/>
              </w:rPr>
            </w:pPr>
            <w:r w:rsidRPr="002367AB">
              <w:rPr>
                <w:rFonts w:ascii="Open Sans" w:hAnsi="Open Sans" w:cs="Open Sans"/>
                <w:lang w:val="de-DE"/>
              </w:rPr>
              <w:t>Erfahrungen im öffentlichen Dienst in Jahren.</w:t>
            </w:r>
          </w:p>
        </w:tc>
        <w:tc>
          <w:tcPr>
            <w:tcW w:w="3969" w:type="dxa"/>
          </w:tcPr>
          <w:p w14:paraId="3D4A764D" w14:textId="77777777" w:rsidR="009507BC" w:rsidRPr="002367AB" w:rsidRDefault="009507BC">
            <w:pPr>
              <w:rPr>
                <w:rFonts w:ascii="Open Sans" w:hAnsi="Open Sans" w:cs="Open Sans"/>
                <w:lang w:val="de-DE"/>
              </w:rPr>
            </w:pPr>
          </w:p>
        </w:tc>
        <w:tc>
          <w:tcPr>
            <w:tcW w:w="2268" w:type="dxa"/>
          </w:tcPr>
          <w:p w14:paraId="6CA949C0" w14:textId="77777777" w:rsidR="009507BC" w:rsidRPr="002367AB" w:rsidRDefault="009507BC">
            <w:pPr>
              <w:rPr>
                <w:rFonts w:ascii="Open Sans" w:hAnsi="Open Sans" w:cs="Open Sans"/>
                <w:lang w:val="de-DE"/>
              </w:rPr>
            </w:pPr>
          </w:p>
        </w:tc>
      </w:tr>
      <w:tr w:rsidR="009507BC" w:rsidRPr="002367AB" w14:paraId="1207D9B7" w14:textId="77777777">
        <w:trPr>
          <w:jc w:val="center"/>
        </w:trPr>
        <w:tc>
          <w:tcPr>
            <w:tcW w:w="567" w:type="dxa"/>
          </w:tcPr>
          <w:p w14:paraId="6FA7A198" w14:textId="77777777" w:rsidR="009507BC" w:rsidRPr="008D2EAD" w:rsidRDefault="008D2EAD">
            <w:pPr>
              <w:rPr>
                <w:rFonts w:ascii="Open Sans" w:hAnsi="Open Sans" w:cs="Open Sans"/>
              </w:rPr>
            </w:pPr>
            <w:r w:rsidRPr="008D2EAD">
              <w:rPr>
                <w:rFonts w:ascii="Open Sans" w:hAnsi="Open Sans" w:cs="Open Sans"/>
              </w:rPr>
              <w:t>9</w:t>
            </w:r>
          </w:p>
        </w:tc>
        <w:tc>
          <w:tcPr>
            <w:tcW w:w="7370" w:type="dxa"/>
          </w:tcPr>
          <w:p w14:paraId="0CEF3A29" w14:textId="77777777" w:rsidR="009507BC" w:rsidRPr="002367AB" w:rsidRDefault="008D2EAD">
            <w:pPr>
              <w:rPr>
                <w:rFonts w:ascii="Open Sans" w:hAnsi="Open Sans" w:cs="Open Sans"/>
                <w:lang w:val="de-DE"/>
              </w:rPr>
            </w:pPr>
            <w:r w:rsidRPr="002367AB">
              <w:rPr>
                <w:rFonts w:ascii="Open Sans" w:hAnsi="Open Sans" w:cs="Open Sans"/>
                <w:lang w:val="de-DE"/>
              </w:rPr>
              <w:t>SAP-Zertifizierungen einschließlich Level und Anlagenverweis.</w:t>
            </w:r>
          </w:p>
        </w:tc>
        <w:tc>
          <w:tcPr>
            <w:tcW w:w="3969" w:type="dxa"/>
          </w:tcPr>
          <w:p w14:paraId="5096E6C6" w14:textId="77777777" w:rsidR="009507BC" w:rsidRPr="002367AB" w:rsidRDefault="009507BC">
            <w:pPr>
              <w:rPr>
                <w:rFonts w:ascii="Open Sans" w:hAnsi="Open Sans" w:cs="Open Sans"/>
                <w:lang w:val="de-DE"/>
              </w:rPr>
            </w:pPr>
          </w:p>
        </w:tc>
        <w:tc>
          <w:tcPr>
            <w:tcW w:w="2268" w:type="dxa"/>
          </w:tcPr>
          <w:p w14:paraId="48201664" w14:textId="77777777" w:rsidR="009507BC" w:rsidRPr="002367AB" w:rsidRDefault="009507BC">
            <w:pPr>
              <w:rPr>
                <w:rFonts w:ascii="Open Sans" w:hAnsi="Open Sans" w:cs="Open Sans"/>
                <w:lang w:val="de-DE"/>
              </w:rPr>
            </w:pPr>
          </w:p>
        </w:tc>
      </w:tr>
    </w:tbl>
    <w:p w14:paraId="5237FDB9" w14:textId="77777777" w:rsidR="009507BC" w:rsidRPr="002367AB" w:rsidRDefault="009507BC">
      <w:pPr>
        <w:rPr>
          <w:rFonts w:ascii="Open Sans" w:hAnsi="Open Sans" w:cs="Open Sans"/>
          <w:lang w:val="de-DE"/>
        </w:rPr>
      </w:pPr>
    </w:p>
    <w:p w14:paraId="490D7D8B" w14:textId="77777777" w:rsidR="009507BC" w:rsidRPr="008D2EAD" w:rsidRDefault="008D2EAD">
      <w:pPr>
        <w:pStyle w:val="berschrift2"/>
        <w:rPr>
          <w:rFonts w:ascii="Open Sans" w:hAnsi="Open Sans" w:cs="Open Sans"/>
        </w:rPr>
      </w:pPr>
      <w:r w:rsidRPr="008D2EAD">
        <w:rPr>
          <w:rFonts w:ascii="Open Sans" w:hAnsi="Open Sans" w:cs="Open Sans"/>
        </w:rPr>
        <w:t>D. Persönliche Referenzen / Projektnachweise</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496"/>
        <w:gridCol w:w="1701"/>
        <w:gridCol w:w="1134"/>
        <w:gridCol w:w="1701"/>
        <w:gridCol w:w="1134"/>
        <w:gridCol w:w="850"/>
        <w:gridCol w:w="1417"/>
        <w:gridCol w:w="1417"/>
        <w:gridCol w:w="1417"/>
        <w:gridCol w:w="2268"/>
        <w:gridCol w:w="1619"/>
      </w:tblGrid>
      <w:tr w:rsidR="009507BC" w:rsidRPr="008D2EAD" w14:paraId="2C533FFF" w14:textId="77777777">
        <w:trPr>
          <w:tblHeader/>
          <w:jc w:val="center"/>
        </w:trPr>
        <w:tc>
          <w:tcPr>
            <w:tcW w:w="454" w:type="dxa"/>
            <w:shd w:val="clear" w:color="auto" w:fill="D9EAF7"/>
          </w:tcPr>
          <w:p w14:paraId="25962772" w14:textId="77777777" w:rsidR="009507BC" w:rsidRPr="008D2EAD" w:rsidRDefault="008D2EAD">
            <w:pPr>
              <w:rPr>
                <w:rFonts w:ascii="Open Sans" w:hAnsi="Open Sans" w:cs="Open Sans"/>
              </w:rPr>
            </w:pPr>
            <w:r w:rsidRPr="008D2EAD">
              <w:rPr>
                <w:rFonts w:ascii="Open Sans" w:hAnsi="Open Sans" w:cs="Open Sans"/>
                <w:b/>
              </w:rPr>
              <w:t>Nr.</w:t>
            </w:r>
          </w:p>
        </w:tc>
        <w:tc>
          <w:tcPr>
            <w:tcW w:w="1701" w:type="dxa"/>
            <w:shd w:val="clear" w:color="auto" w:fill="D9EAF7"/>
          </w:tcPr>
          <w:p w14:paraId="0C74141D" w14:textId="77777777" w:rsidR="009507BC" w:rsidRPr="008D2EAD" w:rsidRDefault="008D2EAD">
            <w:pPr>
              <w:rPr>
                <w:rFonts w:ascii="Open Sans" w:hAnsi="Open Sans" w:cs="Open Sans"/>
              </w:rPr>
            </w:pPr>
            <w:r w:rsidRPr="008D2EAD">
              <w:rPr>
                <w:rFonts w:ascii="Open Sans" w:hAnsi="Open Sans" w:cs="Open Sans"/>
                <w:b/>
              </w:rPr>
              <w:t>Auftraggeber / Branche</w:t>
            </w:r>
          </w:p>
        </w:tc>
        <w:tc>
          <w:tcPr>
            <w:tcW w:w="1134" w:type="dxa"/>
            <w:shd w:val="clear" w:color="auto" w:fill="D9EAF7"/>
          </w:tcPr>
          <w:p w14:paraId="5C344BE3" w14:textId="77777777" w:rsidR="009507BC" w:rsidRPr="008D2EAD" w:rsidRDefault="008D2EAD">
            <w:pPr>
              <w:rPr>
                <w:rFonts w:ascii="Open Sans" w:hAnsi="Open Sans" w:cs="Open Sans"/>
              </w:rPr>
            </w:pPr>
            <w:r w:rsidRPr="008D2EAD">
              <w:rPr>
                <w:rFonts w:ascii="Open Sans" w:hAnsi="Open Sans" w:cs="Open Sans"/>
                <w:b/>
              </w:rPr>
              <w:t>Öffentl. Dienst? Ja/Nein</w:t>
            </w:r>
          </w:p>
        </w:tc>
        <w:tc>
          <w:tcPr>
            <w:tcW w:w="1701" w:type="dxa"/>
            <w:shd w:val="clear" w:color="auto" w:fill="D9EAF7"/>
          </w:tcPr>
          <w:p w14:paraId="5D503BE0" w14:textId="77777777" w:rsidR="009507BC" w:rsidRPr="008D2EAD" w:rsidRDefault="008D2EAD">
            <w:pPr>
              <w:rPr>
                <w:rFonts w:ascii="Open Sans" w:hAnsi="Open Sans" w:cs="Open Sans"/>
              </w:rPr>
            </w:pPr>
            <w:r w:rsidRPr="008D2EAD">
              <w:rPr>
                <w:rFonts w:ascii="Open Sans" w:hAnsi="Open Sans" w:cs="Open Sans"/>
                <w:b/>
              </w:rPr>
              <w:t>Projekt / Aufgabe</w:t>
            </w:r>
          </w:p>
        </w:tc>
        <w:tc>
          <w:tcPr>
            <w:tcW w:w="1134" w:type="dxa"/>
            <w:shd w:val="clear" w:color="auto" w:fill="D9EAF7"/>
          </w:tcPr>
          <w:p w14:paraId="6A15D63E" w14:textId="77777777" w:rsidR="009507BC" w:rsidRPr="008D2EAD" w:rsidRDefault="008D2EAD">
            <w:pPr>
              <w:rPr>
                <w:rFonts w:ascii="Open Sans" w:hAnsi="Open Sans" w:cs="Open Sans"/>
              </w:rPr>
            </w:pPr>
            <w:r w:rsidRPr="008D2EAD">
              <w:rPr>
                <w:rFonts w:ascii="Open Sans" w:hAnsi="Open Sans" w:cs="Open Sans"/>
                <w:b/>
              </w:rPr>
              <w:t>Zeitraum von-bis</w:t>
            </w:r>
          </w:p>
        </w:tc>
        <w:tc>
          <w:tcPr>
            <w:tcW w:w="850" w:type="dxa"/>
            <w:shd w:val="clear" w:color="auto" w:fill="D9EAF7"/>
          </w:tcPr>
          <w:p w14:paraId="62C8E881" w14:textId="77777777" w:rsidR="009507BC" w:rsidRPr="008D2EAD" w:rsidRDefault="008D2EAD">
            <w:pPr>
              <w:rPr>
                <w:rFonts w:ascii="Open Sans" w:hAnsi="Open Sans" w:cs="Open Sans"/>
              </w:rPr>
            </w:pPr>
            <w:r w:rsidRPr="008D2EAD">
              <w:rPr>
                <w:rFonts w:ascii="Open Sans" w:hAnsi="Open Sans" w:cs="Open Sans"/>
                <w:b/>
              </w:rPr>
              <w:t>Dauer</w:t>
            </w:r>
          </w:p>
        </w:tc>
        <w:tc>
          <w:tcPr>
            <w:tcW w:w="1417" w:type="dxa"/>
            <w:shd w:val="clear" w:color="auto" w:fill="D9EAF7"/>
          </w:tcPr>
          <w:p w14:paraId="508C90DA" w14:textId="77777777" w:rsidR="009507BC" w:rsidRPr="008D2EAD" w:rsidRDefault="008D2EAD">
            <w:pPr>
              <w:rPr>
                <w:rFonts w:ascii="Open Sans" w:hAnsi="Open Sans" w:cs="Open Sans"/>
              </w:rPr>
            </w:pPr>
            <w:r w:rsidRPr="008D2EAD">
              <w:rPr>
                <w:rFonts w:ascii="Open Sans" w:hAnsi="Open Sans" w:cs="Open Sans"/>
                <w:b/>
              </w:rPr>
              <w:t>SAP-System / Release</w:t>
            </w:r>
          </w:p>
        </w:tc>
        <w:tc>
          <w:tcPr>
            <w:tcW w:w="1417" w:type="dxa"/>
            <w:shd w:val="clear" w:color="auto" w:fill="D9EAF7"/>
          </w:tcPr>
          <w:p w14:paraId="3B9DDBEE" w14:textId="77777777" w:rsidR="009507BC" w:rsidRPr="008D2EAD" w:rsidRDefault="008D2EAD">
            <w:pPr>
              <w:rPr>
                <w:rFonts w:ascii="Open Sans" w:hAnsi="Open Sans" w:cs="Open Sans"/>
              </w:rPr>
            </w:pPr>
            <w:r w:rsidRPr="008D2EAD">
              <w:rPr>
                <w:rFonts w:ascii="Open Sans" w:hAnsi="Open Sans" w:cs="Open Sans"/>
                <w:b/>
              </w:rPr>
              <w:t>Modul / Komponente</w:t>
            </w:r>
          </w:p>
        </w:tc>
        <w:tc>
          <w:tcPr>
            <w:tcW w:w="1417" w:type="dxa"/>
            <w:shd w:val="clear" w:color="auto" w:fill="D9EAF7"/>
          </w:tcPr>
          <w:p w14:paraId="320B000B" w14:textId="77777777" w:rsidR="009507BC" w:rsidRPr="008D2EAD" w:rsidRDefault="008D2EAD">
            <w:pPr>
              <w:rPr>
                <w:rFonts w:ascii="Open Sans" w:hAnsi="Open Sans" w:cs="Open Sans"/>
              </w:rPr>
            </w:pPr>
            <w:r w:rsidRPr="008D2EAD">
              <w:rPr>
                <w:rFonts w:ascii="Open Sans" w:hAnsi="Open Sans" w:cs="Open Sans"/>
                <w:b/>
              </w:rPr>
              <w:t>Rolle der Person</w:t>
            </w:r>
          </w:p>
        </w:tc>
        <w:tc>
          <w:tcPr>
            <w:tcW w:w="2268" w:type="dxa"/>
            <w:shd w:val="clear" w:color="auto" w:fill="D9EAF7"/>
          </w:tcPr>
          <w:p w14:paraId="6B0D83E1" w14:textId="77777777" w:rsidR="009507BC" w:rsidRPr="008D2EAD" w:rsidRDefault="008D2EAD">
            <w:pPr>
              <w:rPr>
                <w:rFonts w:ascii="Open Sans" w:hAnsi="Open Sans" w:cs="Open Sans"/>
              </w:rPr>
            </w:pPr>
            <w:r w:rsidRPr="008D2EAD">
              <w:rPr>
                <w:rFonts w:ascii="Open Sans" w:hAnsi="Open Sans" w:cs="Open Sans"/>
                <w:b/>
              </w:rPr>
              <w:t>Konkrete Tätigkeiten</w:t>
            </w:r>
          </w:p>
        </w:tc>
        <w:tc>
          <w:tcPr>
            <w:tcW w:w="1134" w:type="dxa"/>
            <w:shd w:val="clear" w:color="auto" w:fill="D9EAF7"/>
          </w:tcPr>
          <w:p w14:paraId="00893F6F" w14:textId="77777777" w:rsidR="009507BC" w:rsidRPr="008D2EAD" w:rsidRDefault="008D2EAD">
            <w:pPr>
              <w:rPr>
                <w:rFonts w:ascii="Open Sans" w:hAnsi="Open Sans" w:cs="Open Sans"/>
              </w:rPr>
            </w:pPr>
            <w:r w:rsidRPr="008D2EAD">
              <w:rPr>
                <w:rFonts w:ascii="Open Sans" w:hAnsi="Open Sans" w:cs="Open Sans"/>
                <w:b/>
              </w:rPr>
              <w:t>Abgeschlossen? / Anlage</w:t>
            </w:r>
          </w:p>
        </w:tc>
      </w:tr>
      <w:tr w:rsidR="009507BC" w:rsidRPr="008D2EAD" w14:paraId="26054251" w14:textId="77777777">
        <w:trPr>
          <w:jc w:val="center"/>
        </w:trPr>
        <w:tc>
          <w:tcPr>
            <w:tcW w:w="454" w:type="dxa"/>
          </w:tcPr>
          <w:p w14:paraId="10CAD5BC" w14:textId="77777777" w:rsidR="009507BC" w:rsidRPr="008D2EAD" w:rsidRDefault="008D2EAD">
            <w:pPr>
              <w:rPr>
                <w:rFonts w:ascii="Open Sans" w:hAnsi="Open Sans" w:cs="Open Sans"/>
              </w:rPr>
            </w:pPr>
            <w:r w:rsidRPr="008D2EAD">
              <w:rPr>
                <w:rFonts w:ascii="Open Sans" w:hAnsi="Open Sans" w:cs="Open Sans"/>
              </w:rPr>
              <w:t>1</w:t>
            </w:r>
          </w:p>
        </w:tc>
        <w:tc>
          <w:tcPr>
            <w:tcW w:w="1701" w:type="dxa"/>
          </w:tcPr>
          <w:p w14:paraId="50763FD6" w14:textId="77777777" w:rsidR="009507BC" w:rsidRPr="008D2EAD" w:rsidRDefault="009507BC">
            <w:pPr>
              <w:rPr>
                <w:rFonts w:ascii="Open Sans" w:hAnsi="Open Sans" w:cs="Open Sans"/>
              </w:rPr>
            </w:pPr>
          </w:p>
        </w:tc>
        <w:tc>
          <w:tcPr>
            <w:tcW w:w="1134" w:type="dxa"/>
          </w:tcPr>
          <w:p w14:paraId="637BCF37" w14:textId="77777777" w:rsidR="009507BC" w:rsidRPr="008D2EAD" w:rsidRDefault="009507BC">
            <w:pPr>
              <w:rPr>
                <w:rFonts w:ascii="Open Sans" w:hAnsi="Open Sans" w:cs="Open Sans"/>
              </w:rPr>
            </w:pPr>
          </w:p>
        </w:tc>
        <w:tc>
          <w:tcPr>
            <w:tcW w:w="1701" w:type="dxa"/>
          </w:tcPr>
          <w:p w14:paraId="1FC96AAB" w14:textId="77777777" w:rsidR="009507BC" w:rsidRPr="008D2EAD" w:rsidRDefault="009507BC">
            <w:pPr>
              <w:rPr>
                <w:rFonts w:ascii="Open Sans" w:hAnsi="Open Sans" w:cs="Open Sans"/>
              </w:rPr>
            </w:pPr>
          </w:p>
        </w:tc>
        <w:tc>
          <w:tcPr>
            <w:tcW w:w="1134" w:type="dxa"/>
          </w:tcPr>
          <w:p w14:paraId="0D0DD500" w14:textId="77777777" w:rsidR="009507BC" w:rsidRPr="008D2EAD" w:rsidRDefault="009507BC">
            <w:pPr>
              <w:rPr>
                <w:rFonts w:ascii="Open Sans" w:hAnsi="Open Sans" w:cs="Open Sans"/>
              </w:rPr>
            </w:pPr>
          </w:p>
        </w:tc>
        <w:tc>
          <w:tcPr>
            <w:tcW w:w="850" w:type="dxa"/>
          </w:tcPr>
          <w:p w14:paraId="66B12149" w14:textId="77777777" w:rsidR="009507BC" w:rsidRPr="008D2EAD" w:rsidRDefault="009507BC">
            <w:pPr>
              <w:rPr>
                <w:rFonts w:ascii="Open Sans" w:hAnsi="Open Sans" w:cs="Open Sans"/>
              </w:rPr>
            </w:pPr>
          </w:p>
        </w:tc>
        <w:tc>
          <w:tcPr>
            <w:tcW w:w="1417" w:type="dxa"/>
          </w:tcPr>
          <w:p w14:paraId="3456E7E1" w14:textId="77777777" w:rsidR="009507BC" w:rsidRPr="008D2EAD" w:rsidRDefault="009507BC">
            <w:pPr>
              <w:rPr>
                <w:rFonts w:ascii="Open Sans" w:hAnsi="Open Sans" w:cs="Open Sans"/>
              </w:rPr>
            </w:pPr>
          </w:p>
        </w:tc>
        <w:tc>
          <w:tcPr>
            <w:tcW w:w="1417" w:type="dxa"/>
          </w:tcPr>
          <w:p w14:paraId="050A6DF8" w14:textId="77777777" w:rsidR="009507BC" w:rsidRPr="008D2EAD" w:rsidRDefault="009507BC">
            <w:pPr>
              <w:rPr>
                <w:rFonts w:ascii="Open Sans" w:hAnsi="Open Sans" w:cs="Open Sans"/>
              </w:rPr>
            </w:pPr>
          </w:p>
        </w:tc>
        <w:tc>
          <w:tcPr>
            <w:tcW w:w="1417" w:type="dxa"/>
          </w:tcPr>
          <w:p w14:paraId="7C2984A7" w14:textId="77777777" w:rsidR="009507BC" w:rsidRPr="008D2EAD" w:rsidRDefault="009507BC">
            <w:pPr>
              <w:rPr>
                <w:rFonts w:ascii="Open Sans" w:hAnsi="Open Sans" w:cs="Open Sans"/>
              </w:rPr>
            </w:pPr>
          </w:p>
        </w:tc>
        <w:tc>
          <w:tcPr>
            <w:tcW w:w="2268" w:type="dxa"/>
          </w:tcPr>
          <w:p w14:paraId="5FD2F865" w14:textId="77777777" w:rsidR="009507BC" w:rsidRPr="008D2EAD" w:rsidRDefault="009507BC">
            <w:pPr>
              <w:rPr>
                <w:rFonts w:ascii="Open Sans" w:hAnsi="Open Sans" w:cs="Open Sans"/>
              </w:rPr>
            </w:pPr>
          </w:p>
        </w:tc>
        <w:tc>
          <w:tcPr>
            <w:tcW w:w="1134" w:type="dxa"/>
          </w:tcPr>
          <w:p w14:paraId="3B90331A" w14:textId="77777777" w:rsidR="009507BC" w:rsidRPr="008D2EAD" w:rsidRDefault="009507BC">
            <w:pPr>
              <w:rPr>
                <w:rFonts w:ascii="Open Sans" w:hAnsi="Open Sans" w:cs="Open Sans"/>
              </w:rPr>
            </w:pPr>
          </w:p>
        </w:tc>
      </w:tr>
      <w:tr w:rsidR="009507BC" w:rsidRPr="008D2EAD" w14:paraId="4A4345C1" w14:textId="77777777">
        <w:trPr>
          <w:jc w:val="center"/>
        </w:trPr>
        <w:tc>
          <w:tcPr>
            <w:tcW w:w="454" w:type="dxa"/>
          </w:tcPr>
          <w:p w14:paraId="32CDD70C" w14:textId="77777777" w:rsidR="009507BC" w:rsidRPr="008D2EAD" w:rsidRDefault="008D2EAD">
            <w:pPr>
              <w:rPr>
                <w:rFonts w:ascii="Open Sans" w:hAnsi="Open Sans" w:cs="Open Sans"/>
              </w:rPr>
            </w:pPr>
            <w:r w:rsidRPr="008D2EAD">
              <w:rPr>
                <w:rFonts w:ascii="Open Sans" w:hAnsi="Open Sans" w:cs="Open Sans"/>
              </w:rPr>
              <w:t>2</w:t>
            </w:r>
          </w:p>
        </w:tc>
        <w:tc>
          <w:tcPr>
            <w:tcW w:w="1701" w:type="dxa"/>
          </w:tcPr>
          <w:p w14:paraId="1DBFB4FD" w14:textId="77777777" w:rsidR="009507BC" w:rsidRPr="008D2EAD" w:rsidRDefault="009507BC">
            <w:pPr>
              <w:rPr>
                <w:rFonts w:ascii="Open Sans" w:hAnsi="Open Sans" w:cs="Open Sans"/>
              </w:rPr>
            </w:pPr>
          </w:p>
        </w:tc>
        <w:tc>
          <w:tcPr>
            <w:tcW w:w="1134" w:type="dxa"/>
          </w:tcPr>
          <w:p w14:paraId="5E8F0847" w14:textId="77777777" w:rsidR="009507BC" w:rsidRPr="008D2EAD" w:rsidRDefault="009507BC">
            <w:pPr>
              <w:rPr>
                <w:rFonts w:ascii="Open Sans" w:hAnsi="Open Sans" w:cs="Open Sans"/>
              </w:rPr>
            </w:pPr>
          </w:p>
        </w:tc>
        <w:tc>
          <w:tcPr>
            <w:tcW w:w="1701" w:type="dxa"/>
          </w:tcPr>
          <w:p w14:paraId="303D78BD" w14:textId="77777777" w:rsidR="009507BC" w:rsidRPr="008D2EAD" w:rsidRDefault="009507BC">
            <w:pPr>
              <w:rPr>
                <w:rFonts w:ascii="Open Sans" w:hAnsi="Open Sans" w:cs="Open Sans"/>
              </w:rPr>
            </w:pPr>
          </w:p>
        </w:tc>
        <w:tc>
          <w:tcPr>
            <w:tcW w:w="1134" w:type="dxa"/>
          </w:tcPr>
          <w:p w14:paraId="414DC88C" w14:textId="77777777" w:rsidR="009507BC" w:rsidRPr="008D2EAD" w:rsidRDefault="009507BC">
            <w:pPr>
              <w:rPr>
                <w:rFonts w:ascii="Open Sans" w:hAnsi="Open Sans" w:cs="Open Sans"/>
              </w:rPr>
            </w:pPr>
          </w:p>
        </w:tc>
        <w:tc>
          <w:tcPr>
            <w:tcW w:w="850" w:type="dxa"/>
          </w:tcPr>
          <w:p w14:paraId="60136D30" w14:textId="77777777" w:rsidR="009507BC" w:rsidRPr="008D2EAD" w:rsidRDefault="009507BC">
            <w:pPr>
              <w:rPr>
                <w:rFonts w:ascii="Open Sans" w:hAnsi="Open Sans" w:cs="Open Sans"/>
              </w:rPr>
            </w:pPr>
          </w:p>
        </w:tc>
        <w:tc>
          <w:tcPr>
            <w:tcW w:w="1417" w:type="dxa"/>
          </w:tcPr>
          <w:p w14:paraId="6450AB78" w14:textId="77777777" w:rsidR="009507BC" w:rsidRPr="008D2EAD" w:rsidRDefault="009507BC">
            <w:pPr>
              <w:rPr>
                <w:rFonts w:ascii="Open Sans" w:hAnsi="Open Sans" w:cs="Open Sans"/>
              </w:rPr>
            </w:pPr>
          </w:p>
        </w:tc>
        <w:tc>
          <w:tcPr>
            <w:tcW w:w="1417" w:type="dxa"/>
          </w:tcPr>
          <w:p w14:paraId="05CEFD0E" w14:textId="77777777" w:rsidR="009507BC" w:rsidRPr="008D2EAD" w:rsidRDefault="009507BC">
            <w:pPr>
              <w:rPr>
                <w:rFonts w:ascii="Open Sans" w:hAnsi="Open Sans" w:cs="Open Sans"/>
              </w:rPr>
            </w:pPr>
          </w:p>
        </w:tc>
        <w:tc>
          <w:tcPr>
            <w:tcW w:w="1417" w:type="dxa"/>
          </w:tcPr>
          <w:p w14:paraId="70CEA91F" w14:textId="77777777" w:rsidR="009507BC" w:rsidRPr="008D2EAD" w:rsidRDefault="009507BC">
            <w:pPr>
              <w:rPr>
                <w:rFonts w:ascii="Open Sans" w:hAnsi="Open Sans" w:cs="Open Sans"/>
              </w:rPr>
            </w:pPr>
          </w:p>
        </w:tc>
        <w:tc>
          <w:tcPr>
            <w:tcW w:w="2268" w:type="dxa"/>
          </w:tcPr>
          <w:p w14:paraId="433AFC74" w14:textId="77777777" w:rsidR="009507BC" w:rsidRPr="008D2EAD" w:rsidRDefault="009507BC">
            <w:pPr>
              <w:rPr>
                <w:rFonts w:ascii="Open Sans" w:hAnsi="Open Sans" w:cs="Open Sans"/>
              </w:rPr>
            </w:pPr>
          </w:p>
        </w:tc>
        <w:tc>
          <w:tcPr>
            <w:tcW w:w="1134" w:type="dxa"/>
          </w:tcPr>
          <w:p w14:paraId="48F3C116" w14:textId="77777777" w:rsidR="009507BC" w:rsidRPr="008D2EAD" w:rsidRDefault="009507BC">
            <w:pPr>
              <w:rPr>
                <w:rFonts w:ascii="Open Sans" w:hAnsi="Open Sans" w:cs="Open Sans"/>
              </w:rPr>
            </w:pPr>
          </w:p>
        </w:tc>
      </w:tr>
      <w:tr w:rsidR="009507BC" w:rsidRPr="008D2EAD" w14:paraId="57BA49AD" w14:textId="77777777">
        <w:trPr>
          <w:jc w:val="center"/>
        </w:trPr>
        <w:tc>
          <w:tcPr>
            <w:tcW w:w="454" w:type="dxa"/>
          </w:tcPr>
          <w:p w14:paraId="11D7D203" w14:textId="77777777" w:rsidR="009507BC" w:rsidRPr="008D2EAD" w:rsidRDefault="008D2EAD">
            <w:pPr>
              <w:rPr>
                <w:rFonts w:ascii="Open Sans" w:hAnsi="Open Sans" w:cs="Open Sans"/>
              </w:rPr>
            </w:pPr>
            <w:r w:rsidRPr="008D2EAD">
              <w:rPr>
                <w:rFonts w:ascii="Open Sans" w:hAnsi="Open Sans" w:cs="Open Sans"/>
              </w:rPr>
              <w:t>3</w:t>
            </w:r>
          </w:p>
        </w:tc>
        <w:tc>
          <w:tcPr>
            <w:tcW w:w="1701" w:type="dxa"/>
          </w:tcPr>
          <w:p w14:paraId="1FA068DA" w14:textId="77777777" w:rsidR="009507BC" w:rsidRPr="008D2EAD" w:rsidRDefault="009507BC">
            <w:pPr>
              <w:rPr>
                <w:rFonts w:ascii="Open Sans" w:hAnsi="Open Sans" w:cs="Open Sans"/>
              </w:rPr>
            </w:pPr>
          </w:p>
        </w:tc>
        <w:tc>
          <w:tcPr>
            <w:tcW w:w="1134" w:type="dxa"/>
          </w:tcPr>
          <w:p w14:paraId="67E329AB" w14:textId="77777777" w:rsidR="009507BC" w:rsidRPr="008D2EAD" w:rsidRDefault="009507BC">
            <w:pPr>
              <w:rPr>
                <w:rFonts w:ascii="Open Sans" w:hAnsi="Open Sans" w:cs="Open Sans"/>
              </w:rPr>
            </w:pPr>
          </w:p>
        </w:tc>
        <w:tc>
          <w:tcPr>
            <w:tcW w:w="1701" w:type="dxa"/>
          </w:tcPr>
          <w:p w14:paraId="10C260FD" w14:textId="77777777" w:rsidR="009507BC" w:rsidRPr="008D2EAD" w:rsidRDefault="009507BC">
            <w:pPr>
              <w:rPr>
                <w:rFonts w:ascii="Open Sans" w:hAnsi="Open Sans" w:cs="Open Sans"/>
              </w:rPr>
            </w:pPr>
          </w:p>
        </w:tc>
        <w:tc>
          <w:tcPr>
            <w:tcW w:w="1134" w:type="dxa"/>
          </w:tcPr>
          <w:p w14:paraId="0C0F718D" w14:textId="77777777" w:rsidR="009507BC" w:rsidRPr="008D2EAD" w:rsidRDefault="009507BC">
            <w:pPr>
              <w:rPr>
                <w:rFonts w:ascii="Open Sans" w:hAnsi="Open Sans" w:cs="Open Sans"/>
              </w:rPr>
            </w:pPr>
          </w:p>
        </w:tc>
        <w:tc>
          <w:tcPr>
            <w:tcW w:w="850" w:type="dxa"/>
          </w:tcPr>
          <w:p w14:paraId="4783E512" w14:textId="77777777" w:rsidR="009507BC" w:rsidRPr="008D2EAD" w:rsidRDefault="009507BC">
            <w:pPr>
              <w:rPr>
                <w:rFonts w:ascii="Open Sans" w:hAnsi="Open Sans" w:cs="Open Sans"/>
              </w:rPr>
            </w:pPr>
          </w:p>
        </w:tc>
        <w:tc>
          <w:tcPr>
            <w:tcW w:w="1417" w:type="dxa"/>
          </w:tcPr>
          <w:p w14:paraId="29F7BBE2" w14:textId="77777777" w:rsidR="009507BC" w:rsidRPr="008D2EAD" w:rsidRDefault="009507BC">
            <w:pPr>
              <w:rPr>
                <w:rFonts w:ascii="Open Sans" w:hAnsi="Open Sans" w:cs="Open Sans"/>
              </w:rPr>
            </w:pPr>
          </w:p>
        </w:tc>
        <w:tc>
          <w:tcPr>
            <w:tcW w:w="1417" w:type="dxa"/>
          </w:tcPr>
          <w:p w14:paraId="1FEF8680" w14:textId="77777777" w:rsidR="009507BC" w:rsidRPr="008D2EAD" w:rsidRDefault="009507BC">
            <w:pPr>
              <w:rPr>
                <w:rFonts w:ascii="Open Sans" w:hAnsi="Open Sans" w:cs="Open Sans"/>
              </w:rPr>
            </w:pPr>
          </w:p>
        </w:tc>
        <w:tc>
          <w:tcPr>
            <w:tcW w:w="1417" w:type="dxa"/>
          </w:tcPr>
          <w:p w14:paraId="43079539" w14:textId="77777777" w:rsidR="009507BC" w:rsidRPr="008D2EAD" w:rsidRDefault="009507BC">
            <w:pPr>
              <w:rPr>
                <w:rFonts w:ascii="Open Sans" w:hAnsi="Open Sans" w:cs="Open Sans"/>
              </w:rPr>
            </w:pPr>
          </w:p>
        </w:tc>
        <w:tc>
          <w:tcPr>
            <w:tcW w:w="2268" w:type="dxa"/>
          </w:tcPr>
          <w:p w14:paraId="14F47271" w14:textId="77777777" w:rsidR="009507BC" w:rsidRPr="008D2EAD" w:rsidRDefault="009507BC">
            <w:pPr>
              <w:rPr>
                <w:rFonts w:ascii="Open Sans" w:hAnsi="Open Sans" w:cs="Open Sans"/>
              </w:rPr>
            </w:pPr>
          </w:p>
        </w:tc>
        <w:tc>
          <w:tcPr>
            <w:tcW w:w="1134" w:type="dxa"/>
          </w:tcPr>
          <w:p w14:paraId="00D71E83" w14:textId="77777777" w:rsidR="009507BC" w:rsidRPr="008D2EAD" w:rsidRDefault="009507BC">
            <w:pPr>
              <w:rPr>
                <w:rFonts w:ascii="Open Sans" w:hAnsi="Open Sans" w:cs="Open Sans"/>
              </w:rPr>
            </w:pPr>
          </w:p>
        </w:tc>
      </w:tr>
      <w:tr w:rsidR="009507BC" w:rsidRPr="008D2EAD" w14:paraId="24AB4BA3" w14:textId="77777777">
        <w:trPr>
          <w:jc w:val="center"/>
        </w:trPr>
        <w:tc>
          <w:tcPr>
            <w:tcW w:w="454" w:type="dxa"/>
          </w:tcPr>
          <w:p w14:paraId="20A953A2" w14:textId="77777777" w:rsidR="009507BC" w:rsidRPr="008D2EAD" w:rsidRDefault="008D2EAD">
            <w:pPr>
              <w:rPr>
                <w:rFonts w:ascii="Open Sans" w:hAnsi="Open Sans" w:cs="Open Sans"/>
              </w:rPr>
            </w:pPr>
            <w:r w:rsidRPr="008D2EAD">
              <w:rPr>
                <w:rFonts w:ascii="Open Sans" w:hAnsi="Open Sans" w:cs="Open Sans"/>
              </w:rPr>
              <w:t>4</w:t>
            </w:r>
          </w:p>
        </w:tc>
        <w:tc>
          <w:tcPr>
            <w:tcW w:w="1701" w:type="dxa"/>
          </w:tcPr>
          <w:p w14:paraId="1AFA2E5E" w14:textId="77777777" w:rsidR="009507BC" w:rsidRPr="008D2EAD" w:rsidRDefault="009507BC">
            <w:pPr>
              <w:rPr>
                <w:rFonts w:ascii="Open Sans" w:hAnsi="Open Sans" w:cs="Open Sans"/>
              </w:rPr>
            </w:pPr>
          </w:p>
        </w:tc>
        <w:tc>
          <w:tcPr>
            <w:tcW w:w="1134" w:type="dxa"/>
          </w:tcPr>
          <w:p w14:paraId="0AD18EB0" w14:textId="77777777" w:rsidR="009507BC" w:rsidRPr="008D2EAD" w:rsidRDefault="009507BC">
            <w:pPr>
              <w:rPr>
                <w:rFonts w:ascii="Open Sans" w:hAnsi="Open Sans" w:cs="Open Sans"/>
              </w:rPr>
            </w:pPr>
          </w:p>
        </w:tc>
        <w:tc>
          <w:tcPr>
            <w:tcW w:w="1701" w:type="dxa"/>
          </w:tcPr>
          <w:p w14:paraId="245BB4CE" w14:textId="77777777" w:rsidR="009507BC" w:rsidRPr="008D2EAD" w:rsidRDefault="009507BC">
            <w:pPr>
              <w:rPr>
                <w:rFonts w:ascii="Open Sans" w:hAnsi="Open Sans" w:cs="Open Sans"/>
              </w:rPr>
            </w:pPr>
          </w:p>
        </w:tc>
        <w:tc>
          <w:tcPr>
            <w:tcW w:w="1134" w:type="dxa"/>
          </w:tcPr>
          <w:p w14:paraId="6D340585" w14:textId="77777777" w:rsidR="009507BC" w:rsidRPr="008D2EAD" w:rsidRDefault="009507BC">
            <w:pPr>
              <w:rPr>
                <w:rFonts w:ascii="Open Sans" w:hAnsi="Open Sans" w:cs="Open Sans"/>
              </w:rPr>
            </w:pPr>
          </w:p>
        </w:tc>
        <w:tc>
          <w:tcPr>
            <w:tcW w:w="850" w:type="dxa"/>
          </w:tcPr>
          <w:p w14:paraId="7FC4B27A" w14:textId="77777777" w:rsidR="009507BC" w:rsidRPr="008D2EAD" w:rsidRDefault="009507BC">
            <w:pPr>
              <w:rPr>
                <w:rFonts w:ascii="Open Sans" w:hAnsi="Open Sans" w:cs="Open Sans"/>
              </w:rPr>
            </w:pPr>
          </w:p>
        </w:tc>
        <w:tc>
          <w:tcPr>
            <w:tcW w:w="1417" w:type="dxa"/>
          </w:tcPr>
          <w:p w14:paraId="37FFF991" w14:textId="77777777" w:rsidR="009507BC" w:rsidRPr="008D2EAD" w:rsidRDefault="009507BC">
            <w:pPr>
              <w:rPr>
                <w:rFonts w:ascii="Open Sans" w:hAnsi="Open Sans" w:cs="Open Sans"/>
              </w:rPr>
            </w:pPr>
          </w:p>
        </w:tc>
        <w:tc>
          <w:tcPr>
            <w:tcW w:w="1417" w:type="dxa"/>
          </w:tcPr>
          <w:p w14:paraId="72160444" w14:textId="77777777" w:rsidR="009507BC" w:rsidRPr="008D2EAD" w:rsidRDefault="009507BC">
            <w:pPr>
              <w:rPr>
                <w:rFonts w:ascii="Open Sans" w:hAnsi="Open Sans" w:cs="Open Sans"/>
              </w:rPr>
            </w:pPr>
          </w:p>
        </w:tc>
        <w:tc>
          <w:tcPr>
            <w:tcW w:w="1417" w:type="dxa"/>
          </w:tcPr>
          <w:p w14:paraId="51AEA7AD" w14:textId="77777777" w:rsidR="009507BC" w:rsidRPr="008D2EAD" w:rsidRDefault="009507BC">
            <w:pPr>
              <w:rPr>
                <w:rFonts w:ascii="Open Sans" w:hAnsi="Open Sans" w:cs="Open Sans"/>
              </w:rPr>
            </w:pPr>
          </w:p>
        </w:tc>
        <w:tc>
          <w:tcPr>
            <w:tcW w:w="2268" w:type="dxa"/>
          </w:tcPr>
          <w:p w14:paraId="3463852B" w14:textId="77777777" w:rsidR="009507BC" w:rsidRPr="008D2EAD" w:rsidRDefault="009507BC">
            <w:pPr>
              <w:rPr>
                <w:rFonts w:ascii="Open Sans" w:hAnsi="Open Sans" w:cs="Open Sans"/>
              </w:rPr>
            </w:pPr>
          </w:p>
        </w:tc>
        <w:tc>
          <w:tcPr>
            <w:tcW w:w="1134" w:type="dxa"/>
          </w:tcPr>
          <w:p w14:paraId="68F89CFC" w14:textId="77777777" w:rsidR="009507BC" w:rsidRPr="008D2EAD" w:rsidRDefault="009507BC">
            <w:pPr>
              <w:rPr>
                <w:rFonts w:ascii="Open Sans" w:hAnsi="Open Sans" w:cs="Open Sans"/>
              </w:rPr>
            </w:pPr>
          </w:p>
        </w:tc>
      </w:tr>
      <w:tr w:rsidR="009507BC" w:rsidRPr="008D2EAD" w14:paraId="0C186A7A" w14:textId="77777777">
        <w:trPr>
          <w:jc w:val="center"/>
        </w:trPr>
        <w:tc>
          <w:tcPr>
            <w:tcW w:w="454" w:type="dxa"/>
          </w:tcPr>
          <w:p w14:paraId="5A8168C1" w14:textId="77777777" w:rsidR="009507BC" w:rsidRPr="008D2EAD" w:rsidRDefault="008D2EAD">
            <w:pPr>
              <w:rPr>
                <w:rFonts w:ascii="Open Sans" w:hAnsi="Open Sans" w:cs="Open Sans"/>
              </w:rPr>
            </w:pPr>
            <w:r w:rsidRPr="008D2EAD">
              <w:rPr>
                <w:rFonts w:ascii="Open Sans" w:hAnsi="Open Sans" w:cs="Open Sans"/>
              </w:rPr>
              <w:t>5</w:t>
            </w:r>
          </w:p>
        </w:tc>
        <w:tc>
          <w:tcPr>
            <w:tcW w:w="1701" w:type="dxa"/>
          </w:tcPr>
          <w:p w14:paraId="319CAB53" w14:textId="77777777" w:rsidR="009507BC" w:rsidRPr="008D2EAD" w:rsidRDefault="009507BC">
            <w:pPr>
              <w:rPr>
                <w:rFonts w:ascii="Open Sans" w:hAnsi="Open Sans" w:cs="Open Sans"/>
              </w:rPr>
            </w:pPr>
          </w:p>
        </w:tc>
        <w:tc>
          <w:tcPr>
            <w:tcW w:w="1134" w:type="dxa"/>
          </w:tcPr>
          <w:p w14:paraId="6265689D" w14:textId="77777777" w:rsidR="009507BC" w:rsidRPr="008D2EAD" w:rsidRDefault="009507BC">
            <w:pPr>
              <w:rPr>
                <w:rFonts w:ascii="Open Sans" w:hAnsi="Open Sans" w:cs="Open Sans"/>
              </w:rPr>
            </w:pPr>
          </w:p>
        </w:tc>
        <w:tc>
          <w:tcPr>
            <w:tcW w:w="1701" w:type="dxa"/>
          </w:tcPr>
          <w:p w14:paraId="676B4A97" w14:textId="77777777" w:rsidR="009507BC" w:rsidRPr="008D2EAD" w:rsidRDefault="009507BC">
            <w:pPr>
              <w:rPr>
                <w:rFonts w:ascii="Open Sans" w:hAnsi="Open Sans" w:cs="Open Sans"/>
              </w:rPr>
            </w:pPr>
          </w:p>
        </w:tc>
        <w:tc>
          <w:tcPr>
            <w:tcW w:w="1134" w:type="dxa"/>
          </w:tcPr>
          <w:p w14:paraId="1A1970DA" w14:textId="77777777" w:rsidR="009507BC" w:rsidRPr="008D2EAD" w:rsidRDefault="009507BC">
            <w:pPr>
              <w:rPr>
                <w:rFonts w:ascii="Open Sans" w:hAnsi="Open Sans" w:cs="Open Sans"/>
              </w:rPr>
            </w:pPr>
          </w:p>
        </w:tc>
        <w:tc>
          <w:tcPr>
            <w:tcW w:w="850" w:type="dxa"/>
          </w:tcPr>
          <w:p w14:paraId="5D0B278C" w14:textId="77777777" w:rsidR="009507BC" w:rsidRPr="008D2EAD" w:rsidRDefault="009507BC">
            <w:pPr>
              <w:rPr>
                <w:rFonts w:ascii="Open Sans" w:hAnsi="Open Sans" w:cs="Open Sans"/>
              </w:rPr>
            </w:pPr>
          </w:p>
        </w:tc>
        <w:tc>
          <w:tcPr>
            <w:tcW w:w="1417" w:type="dxa"/>
          </w:tcPr>
          <w:p w14:paraId="0FF90339" w14:textId="77777777" w:rsidR="009507BC" w:rsidRPr="008D2EAD" w:rsidRDefault="009507BC">
            <w:pPr>
              <w:rPr>
                <w:rFonts w:ascii="Open Sans" w:hAnsi="Open Sans" w:cs="Open Sans"/>
              </w:rPr>
            </w:pPr>
          </w:p>
        </w:tc>
        <w:tc>
          <w:tcPr>
            <w:tcW w:w="1417" w:type="dxa"/>
          </w:tcPr>
          <w:p w14:paraId="5EFD619F" w14:textId="77777777" w:rsidR="009507BC" w:rsidRPr="008D2EAD" w:rsidRDefault="009507BC">
            <w:pPr>
              <w:rPr>
                <w:rFonts w:ascii="Open Sans" w:hAnsi="Open Sans" w:cs="Open Sans"/>
              </w:rPr>
            </w:pPr>
          </w:p>
        </w:tc>
        <w:tc>
          <w:tcPr>
            <w:tcW w:w="1417" w:type="dxa"/>
          </w:tcPr>
          <w:p w14:paraId="3996E847" w14:textId="77777777" w:rsidR="009507BC" w:rsidRPr="008D2EAD" w:rsidRDefault="009507BC">
            <w:pPr>
              <w:rPr>
                <w:rFonts w:ascii="Open Sans" w:hAnsi="Open Sans" w:cs="Open Sans"/>
              </w:rPr>
            </w:pPr>
          </w:p>
        </w:tc>
        <w:tc>
          <w:tcPr>
            <w:tcW w:w="2268" w:type="dxa"/>
          </w:tcPr>
          <w:p w14:paraId="6D59CBA0" w14:textId="77777777" w:rsidR="009507BC" w:rsidRPr="008D2EAD" w:rsidRDefault="009507BC">
            <w:pPr>
              <w:rPr>
                <w:rFonts w:ascii="Open Sans" w:hAnsi="Open Sans" w:cs="Open Sans"/>
              </w:rPr>
            </w:pPr>
          </w:p>
        </w:tc>
        <w:tc>
          <w:tcPr>
            <w:tcW w:w="1134" w:type="dxa"/>
          </w:tcPr>
          <w:p w14:paraId="28E59F2E" w14:textId="77777777" w:rsidR="009507BC" w:rsidRPr="008D2EAD" w:rsidRDefault="009507BC">
            <w:pPr>
              <w:rPr>
                <w:rFonts w:ascii="Open Sans" w:hAnsi="Open Sans" w:cs="Open Sans"/>
              </w:rPr>
            </w:pPr>
          </w:p>
        </w:tc>
      </w:tr>
      <w:tr w:rsidR="009507BC" w:rsidRPr="008D2EAD" w14:paraId="22CCBB57" w14:textId="77777777">
        <w:trPr>
          <w:jc w:val="center"/>
        </w:trPr>
        <w:tc>
          <w:tcPr>
            <w:tcW w:w="454" w:type="dxa"/>
          </w:tcPr>
          <w:p w14:paraId="1FB977BB" w14:textId="77777777" w:rsidR="009507BC" w:rsidRPr="008D2EAD" w:rsidRDefault="008D2EAD">
            <w:pPr>
              <w:rPr>
                <w:rFonts w:ascii="Open Sans" w:hAnsi="Open Sans" w:cs="Open Sans"/>
              </w:rPr>
            </w:pPr>
            <w:r w:rsidRPr="008D2EAD">
              <w:rPr>
                <w:rFonts w:ascii="Open Sans" w:hAnsi="Open Sans" w:cs="Open Sans"/>
              </w:rPr>
              <w:t>6</w:t>
            </w:r>
          </w:p>
        </w:tc>
        <w:tc>
          <w:tcPr>
            <w:tcW w:w="1701" w:type="dxa"/>
          </w:tcPr>
          <w:p w14:paraId="2932F742" w14:textId="77777777" w:rsidR="009507BC" w:rsidRPr="008D2EAD" w:rsidRDefault="009507BC">
            <w:pPr>
              <w:rPr>
                <w:rFonts w:ascii="Open Sans" w:hAnsi="Open Sans" w:cs="Open Sans"/>
              </w:rPr>
            </w:pPr>
          </w:p>
        </w:tc>
        <w:tc>
          <w:tcPr>
            <w:tcW w:w="1134" w:type="dxa"/>
          </w:tcPr>
          <w:p w14:paraId="23446CE7" w14:textId="77777777" w:rsidR="009507BC" w:rsidRPr="008D2EAD" w:rsidRDefault="009507BC">
            <w:pPr>
              <w:rPr>
                <w:rFonts w:ascii="Open Sans" w:hAnsi="Open Sans" w:cs="Open Sans"/>
              </w:rPr>
            </w:pPr>
          </w:p>
        </w:tc>
        <w:tc>
          <w:tcPr>
            <w:tcW w:w="1701" w:type="dxa"/>
          </w:tcPr>
          <w:p w14:paraId="1312B02A" w14:textId="77777777" w:rsidR="009507BC" w:rsidRPr="008D2EAD" w:rsidRDefault="009507BC">
            <w:pPr>
              <w:rPr>
                <w:rFonts w:ascii="Open Sans" w:hAnsi="Open Sans" w:cs="Open Sans"/>
              </w:rPr>
            </w:pPr>
          </w:p>
        </w:tc>
        <w:tc>
          <w:tcPr>
            <w:tcW w:w="1134" w:type="dxa"/>
          </w:tcPr>
          <w:p w14:paraId="4EFCF15B" w14:textId="77777777" w:rsidR="009507BC" w:rsidRPr="008D2EAD" w:rsidRDefault="009507BC">
            <w:pPr>
              <w:rPr>
                <w:rFonts w:ascii="Open Sans" w:hAnsi="Open Sans" w:cs="Open Sans"/>
              </w:rPr>
            </w:pPr>
          </w:p>
        </w:tc>
        <w:tc>
          <w:tcPr>
            <w:tcW w:w="850" w:type="dxa"/>
          </w:tcPr>
          <w:p w14:paraId="58C40F71" w14:textId="77777777" w:rsidR="009507BC" w:rsidRPr="008D2EAD" w:rsidRDefault="009507BC">
            <w:pPr>
              <w:rPr>
                <w:rFonts w:ascii="Open Sans" w:hAnsi="Open Sans" w:cs="Open Sans"/>
              </w:rPr>
            </w:pPr>
          </w:p>
        </w:tc>
        <w:tc>
          <w:tcPr>
            <w:tcW w:w="1417" w:type="dxa"/>
          </w:tcPr>
          <w:p w14:paraId="749144A7" w14:textId="77777777" w:rsidR="009507BC" w:rsidRPr="008D2EAD" w:rsidRDefault="009507BC">
            <w:pPr>
              <w:rPr>
                <w:rFonts w:ascii="Open Sans" w:hAnsi="Open Sans" w:cs="Open Sans"/>
              </w:rPr>
            </w:pPr>
          </w:p>
        </w:tc>
        <w:tc>
          <w:tcPr>
            <w:tcW w:w="1417" w:type="dxa"/>
          </w:tcPr>
          <w:p w14:paraId="0403BC5F" w14:textId="77777777" w:rsidR="009507BC" w:rsidRPr="008D2EAD" w:rsidRDefault="009507BC">
            <w:pPr>
              <w:rPr>
                <w:rFonts w:ascii="Open Sans" w:hAnsi="Open Sans" w:cs="Open Sans"/>
              </w:rPr>
            </w:pPr>
          </w:p>
        </w:tc>
        <w:tc>
          <w:tcPr>
            <w:tcW w:w="1417" w:type="dxa"/>
          </w:tcPr>
          <w:p w14:paraId="1E5E4C2D" w14:textId="77777777" w:rsidR="009507BC" w:rsidRPr="008D2EAD" w:rsidRDefault="009507BC">
            <w:pPr>
              <w:rPr>
                <w:rFonts w:ascii="Open Sans" w:hAnsi="Open Sans" w:cs="Open Sans"/>
              </w:rPr>
            </w:pPr>
          </w:p>
        </w:tc>
        <w:tc>
          <w:tcPr>
            <w:tcW w:w="2268" w:type="dxa"/>
          </w:tcPr>
          <w:p w14:paraId="229D0EA6" w14:textId="77777777" w:rsidR="009507BC" w:rsidRPr="008D2EAD" w:rsidRDefault="009507BC">
            <w:pPr>
              <w:rPr>
                <w:rFonts w:ascii="Open Sans" w:hAnsi="Open Sans" w:cs="Open Sans"/>
              </w:rPr>
            </w:pPr>
          </w:p>
        </w:tc>
        <w:tc>
          <w:tcPr>
            <w:tcW w:w="1134" w:type="dxa"/>
          </w:tcPr>
          <w:p w14:paraId="7E47C7E6" w14:textId="77777777" w:rsidR="009507BC" w:rsidRPr="008D2EAD" w:rsidRDefault="009507BC">
            <w:pPr>
              <w:rPr>
                <w:rFonts w:ascii="Open Sans" w:hAnsi="Open Sans" w:cs="Open Sans"/>
              </w:rPr>
            </w:pPr>
          </w:p>
        </w:tc>
      </w:tr>
    </w:tbl>
    <w:p w14:paraId="233BCAF4" w14:textId="77777777" w:rsidR="009507BC" w:rsidRPr="008D2EAD" w:rsidRDefault="009507BC">
      <w:pPr>
        <w:rPr>
          <w:rFonts w:ascii="Open Sans" w:hAnsi="Open Sans" w:cs="Open Sans"/>
        </w:rPr>
      </w:pPr>
    </w:p>
    <w:p w14:paraId="47E5BE05" w14:textId="77777777" w:rsidR="009507BC" w:rsidRPr="008D2EAD" w:rsidRDefault="008D2EAD">
      <w:pPr>
        <w:pStyle w:val="berschrift2"/>
        <w:rPr>
          <w:rFonts w:ascii="Open Sans" w:hAnsi="Open Sans" w:cs="Open Sans"/>
        </w:rPr>
      </w:pPr>
      <w:r w:rsidRPr="008D2EAD">
        <w:rPr>
          <w:rFonts w:ascii="Open Sans" w:hAnsi="Open Sans" w:cs="Open Sans"/>
        </w:rPr>
        <w:t>E. Zertifizierungen und Qualifikationen</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567"/>
        <w:gridCol w:w="3402"/>
        <w:gridCol w:w="2268"/>
        <w:gridCol w:w="3402"/>
        <w:gridCol w:w="1701"/>
        <w:gridCol w:w="2835"/>
      </w:tblGrid>
      <w:tr w:rsidR="009507BC" w:rsidRPr="008D2EAD" w14:paraId="03928A57" w14:textId="77777777">
        <w:trPr>
          <w:tblHeader/>
          <w:jc w:val="center"/>
        </w:trPr>
        <w:tc>
          <w:tcPr>
            <w:tcW w:w="567" w:type="dxa"/>
            <w:shd w:val="clear" w:color="auto" w:fill="D9EAF7"/>
          </w:tcPr>
          <w:p w14:paraId="53B79550" w14:textId="77777777" w:rsidR="009507BC" w:rsidRPr="008D2EAD" w:rsidRDefault="008D2EAD">
            <w:pPr>
              <w:rPr>
                <w:rFonts w:ascii="Open Sans" w:hAnsi="Open Sans" w:cs="Open Sans"/>
              </w:rPr>
            </w:pPr>
            <w:r w:rsidRPr="008D2EAD">
              <w:rPr>
                <w:rFonts w:ascii="Open Sans" w:hAnsi="Open Sans" w:cs="Open Sans"/>
                <w:b/>
              </w:rPr>
              <w:t>Nr.</w:t>
            </w:r>
          </w:p>
        </w:tc>
        <w:tc>
          <w:tcPr>
            <w:tcW w:w="3402" w:type="dxa"/>
            <w:shd w:val="clear" w:color="auto" w:fill="D9EAF7"/>
          </w:tcPr>
          <w:p w14:paraId="44E8138D" w14:textId="77777777" w:rsidR="009507BC" w:rsidRPr="008D2EAD" w:rsidRDefault="008D2EAD">
            <w:pPr>
              <w:rPr>
                <w:rFonts w:ascii="Open Sans" w:hAnsi="Open Sans" w:cs="Open Sans"/>
              </w:rPr>
            </w:pPr>
            <w:r w:rsidRPr="008D2EAD">
              <w:rPr>
                <w:rFonts w:ascii="Open Sans" w:hAnsi="Open Sans" w:cs="Open Sans"/>
                <w:b/>
              </w:rPr>
              <w:t>Zertifikat / Qualifikation</w:t>
            </w:r>
          </w:p>
        </w:tc>
        <w:tc>
          <w:tcPr>
            <w:tcW w:w="2268" w:type="dxa"/>
            <w:shd w:val="clear" w:color="auto" w:fill="D9EAF7"/>
          </w:tcPr>
          <w:p w14:paraId="1642DADF" w14:textId="77777777" w:rsidR="009507BC" w:rsidRPr="008D2EAD" w:rsidRDefault="008D2EAD">
            <w:pPr>
              <w:rPr>
                <w:rFonts w:ascii="Open Sans" w:hAnsi="Open Sans" w:cs="Open Sans"/>
              </w:rPr>
            </w:pPr>
            <w:r w:rsidRPr="008D2EAD">
              <w:rPr>
                <w:rFonts w:ascii="Open Sans" w:hAnsi="Open Sans" w:cs="Open Sans"/>
                <w:b/>
              </w:rPr>
              <w:t>Aussteller</w:t>
            </w:r>
          </w:p>
        </w:tc>
        <w:tc>
          <w:tcPr>
            <w:tcW w:w="3402" w:type="dxa"/>
            <w:shd w:val="clear" w:color="auto" w:fill="D9EAF7"/>
          </w:tcPr>
          <w:p w14:paraId="1DD35DE7" w14:textId="77777777" w:rsidR="009507BC" w:rsidRPr="008D2EAD" w:rsidRDefault="008D2EAD">
            <w:pPr>
              <w:rPr>
                <w:rFonts w:ascii="Open Sans" w:hAnsi="Open Sans" w:cs="Open Sans"/>
              </w:rPr>
            </w:pPr>
            <w:r w:rsidRPr="008D2EAD">
              <w:rPr>
                <w:rFonts w:ascii="Open Sans" w:hAnsi="Open Sans" w:cs="Open Sans"/>
                <w:b/>
              </w:rPr>
              <w:t>Level (Associate / Specialist / Professional / sonstiges)</w:t>
            </w:r>
          </w:p>
        </w:tc>
        <w:tc>
          <w:tcPr>
            <w:tcW w:w="1701" w:type="dxa"/>
            <w:shd w:val="clear" w:color="auto" w:fill="D9EAF7"/>
          </w:tcPr>
          <w:p w14:paraId="50C625EF" w14:textId="77777777" w:rsidR="009507BC" w:rsidRPr="008D2EAD" w:rsidRDefault="008D2EAD">
            <w:pPr>
              <w:rPr>
                <w:rFonts w:ascii="Open Sans" w:hAnsi="Open Sans" w:cs="Open Sans"/>
              </w:rPr>
            </w:pPr>
            <w:r w:rsidRPr="008D2EAD">
              <w:rPr>
                <w:rFonts w:ascii="Open Sans" w:hAnsi="Open Sans" w:cs="Open Sans"/>
                <w:b/>
              </w:rPr>
              <w:t>Gültig seit / bis</w:t>
            </w:r>
          </w:p>
        </w:tc>
        <w:tc>
          <w:tcPr>
            <w:tcW w:w="2835" w:type="dxa"/>
            <w:shd w:val="clear" w:color="auto" w:fill="D9EAF7"/>
          </w:tcPr>
          <w:p w14:paraId="5CAA1272" w14:textId="77777777" w:rsidR="009507BC" w:rsidRPr="008D2EAD" w:rsidRDefault="008D2EAD">
            <w:pPr>
              <w:rPr>
                <w:rFonts w:ascii="Open Sans" w:hAnsi="Open Sans" w:cs="Open Sans"/>
              </w:rPr>
            </w:pPr>
            <w:r w:rsidRPr="008D2EAD">
              <w:rPr>
                <w:rFonts w:ascii="Open Sans" w:hAnsi="Open Sans" w:cs="Open Sans"/>
                <w:b/>
              </w:rPr>
              <w:t>Anlage</w:t>
            </w:r>
          </w:p>
        </w:tc>
      </w:tr>
      <w:tr w:rsidR="009507BC" w:rsidRPr="008D2EAD" w14:paraId="3BD53135" w14:textId="77777777">
        <w:trPr>
          <w:jc w:val="center"/>
        </w:trPr>
        <w:tc>
          <w:tcPr>
            <w:tcW w:w="567" w:type="dxa"/>
          </w:tcPr>
          <w:p w14:paraId="27D1E6CD" w14:textId="77777777" w:rsidR="009507BC" w:rsidRPr="008D2EAD" w:rsidRDefault="008D2EAD">
            <w:pPr>
              <w:rPr>
                <w:rFonts w:ascii="Open Sans" w:hAnsi="Open Sans" w:cs="Open Sans"/>
              </w:rPr>
            </w:pPr>
            <w:r w:rsidRPr="008D2EAD">
              <w:rPr>
                <w:rFonts w:ascii="Open Sans" w:hAnsi="Open Sans" w:cs="Open Sans"/>
              </w:rPr>
              <w:t>1</w:t>
            </w:r>
          </w:p>
        </w:tc>
        <w:tc>
          <w:tcPr>
            <w:tcW w:w="3402" w:type="dxa"/>
          </w:tcPr>
          <w:p w14:paraId="3A900CFB" w14:textId="77777777" w:rsidR="009507BC" w:rsidRPr="008D2EAD" w:rsidRDefault="009507BC">
            <w:pPr>
              <w:rPr>
                <w:rFonts w:ascii="Open Sans" w:hAnsi="Open Sans" w:cs="Open Sans"/>
              </w:rPr>
            </w:pPr>
          </w:p>
        </w:tc>
        <w:tc>
          <w:tcPr>
            <w:tcW w:w="2268" w:type="dxa"/>
          </w:tcPr>
          <w:p w14:paraId="434ED01A" w14:textId="77777777" w:rsidR="009507BC" w:rsidRPr="008D2EAD" w:rsidRDefault="009507BC">
            <w:pPr>
              <w:rPr>
                <w:rFonts w:ascii="Open Sans" w:hAnsi="Open Sans" w:cs="Open Sans"/>
              </w:rPr>
            </w:pPr>
          </w:p>
        </w:tc>
        <w:tc>
          <w:tcPr>
            <w:tcW w:w="3402" w:type="dxa"/>
          </w:tcPr>
          <w:p w14:paraId="419243E5" w14:textId="77777777" w:rsidR="009507BC" w:rsidRPr="008D2EAD" w:rsidRDefault="009507BC">
            <w:pPr>
              <w:rPr>
                <w:rFonts w:ascii="Open Sans" w:hAnsi="Open Sans" w:cs="Open Sans"/>
              </w:rPr>
            </w:pPr>
          </w:p>
        </w:tc>
        <w:tc>
          <w:tcPr>
            <w:tcW w:w="1701" w:type="dxa"/>
          </w:tcPr>
          <w:p w14:paraId="234388DA" w14:textId="77777777" w:rsidR="009507BC" w:rsidRPr="008D2EAD" w:rsidRDefault="009507BC">
            <w:pPr>
              <w:rPr>
                <w:rFonts w:ascii="Open Sans" w:hAnsi="Open Sans" w:cs="Open Sans"/>
              </w:rPr>
            </w:pPr>
          </w:p>
        </w:tc>
        <w:tc>
          <w:tcPr>
            <w:tcW w:w="2835" w:type="dxa"/>
          </w:tcPr>
          <w:p w14:paraId="70E5D2CF" w14:textId="77777777" w:rsidR="009507BC" w:rsidRPr="008D2EAD" w:rsidRDefault="009507BC">
            <w:pPr>
              <w:rPr>
                <w:rFonts w:ascii="Open Sans" w:hAnsi="Open Sans" w:cs="Open Sans"/>
              </w:rPr>
            </w:pPr>
          </w:p>
        </w:tc>
      </w:tr>
      <w:tr w:rsidR="009507BC" w:rsidRPr="008D2EAD" w14:paraId="2F5140C9" w14:textId="77777777">
        <w:trPr>
          <w:jc w:val="center"/>
        </w:trPr>
        <w:tc>
          <w:tcPr>
            <w:tcW w:w="567" w:type="dxa"/>
          </w:tcPr>
          <w:p w14:paraId="7CCD8834" w14:textId="77777777" w:rsidR="009507BC" w:rsidRPr="008D2EAD" w:rsidRDefault="008D2EAD">
            <w:pPr>
              <w:rPr>
                <w:rFonts w:ascii="Open Sans" w:hAnsi="Open Sans" w:cs="Open Sans"/>
              </w:rPr>
            </w:pPr>
            <w:r w:rsidRPr="008D2EAD">
              <w:rPr>
                <w:rFonts w:ascii="Open Sans" w:hAnsi="Open Sans" w:cs="Open Sans"/>
              </w:rPr>
              <w:t>2</w:t>
            </w:r>
          </w:p>
        </w:tc>
        <w:tc>
          <w:tcPr>
            <w:tcW w:w="3402" w:type="dxa"/>
          </w:tcPr>
          <w:p w14:paraId="73EF3DCE" w14:textId="77777777" w:rsidR="009507BC" w:rsidRPr="008D2EAD" w:rsidRDefault="009507BC">
            <w:pPr>
              <w:rPr>
                <w:rFonts w:ascii="Open Sans" w:hAnsi="Open Sans" w:cs="Open Sans"/>
              </w:rPr>
            </w:pPr>
          </w:p>
        </w:tc>
        <w:tc>
          <w:tcPr>
            <w:tcW w:w="2268" w:type="dxa"/>
          </w:tcPr>
          <w:p w14:paraId="3C22FF0C" w14:textId="77777777" w:rsidR="009507BC" w:rsidRPr="008D2EAD" w:rsidRDefault="009507BC">
            <w:pPr>
              <w:rPr>
                <w:rFonts w:ascii="Open Sans" w:hAnsi="Open Sans" w:cs="Open Sans"/>
              </w:rPr>
            </w:pPr>
          </w:p>
        </w:tc>
        <w:tc>
          <w:tcPr>
            <w:tcW w:w="3402" w:type="dxa"/>
          </w:tcPr>
          <w:p w14:paraId="259F48E7" w14:textId="77777777" w:rsidR="009507BC" w:rsidRPr="008D2EAD" w:rsidRDefault="009507BC">
            <w:pPr>
              <w:rPr>
                <w:rFonts w:ascii="Open Sans" w:hAnsi="Open Sans" w:cs="Open Sans"/>
              </w:rPr>
            </w:pPr>
          </w:p>
        </w:tc>
        <w:tc>
          <w:tcPr>
            <w:tcW w:w="1701" w:type="dxa"/>
          </w:tcPr>
          <w:p w14:paraId="6ABC7BB7" w14:textId="77777777" w:rsidR="009507BC" w:rsidRPr="008D2EAD" w:rsidRDefault="009507BC">
            <w:pPr>
              <w:rPr>
                <w:rFonts w:ascii="Open Sans" w:hAnsi="Open Sans" w:cs="Open Sans"/>
              </w:rPr>
            </w:pPr>
          </w:p>
        </w:tc>
        <w:tc>
          <w:tcPr>
            <w:tcW w:w="2835" w:type="dxa"/>
          </w:tcPr>
          <w:p w14:paraId="5BE3055A" w14:textId="77777777" w:rsidR="009507BC" w:rsidRPr="008D2EAD" w:rsidRDefault="009507BC">
            <w:pPr>
              <w:rPr>
                <w:rFonts w:ascii="Open Sans" w:hAnsi="Open Sans" w:cs="Open Sans"/>
              </w:rPr>
            </w:pPr>
          </w:p>
        </w:tc>
      </w:tr>
      <w:tr w:rsidR="009507BC" w:rsidRPr="008D2EAD" w14:paraId="4F60CE07" w14:textId="77777777">
        <w:trPr>
          <w:jc w:val="center"/>
        </w:trPr>
        <w:tc>
          <w:tcPr>
            <w:tcW w:w="567" w:type="dxa"/>
          </w:tcPr>
          <w:p w14:paraId="5B2F38DB" w14:textId="77777777" w:rsidR="009507BC" w:rsidRPr="008D2EAD" w:rsidRDefault="008D2EAD">
            <w:pPr>
              <w:rPr>
                <w:rFonts w:ascii="Open Sans" w:hAnsi="Open Sans" w:cs="Open Sans"/>
              </w:rPr>
            </w:pPr>
            <w:r w:rsidRPr="008D2EAD">
              <w:rPr>
                <w:rFonts w:ascii="Open Sans" w:hAnsi="Open Sans" w:cs="Open Sans"/>
              </w:rPr>
              <w:t>3</w:t>
            </w:r>
          </w:p>
        </w:tc>
        <w:tc>
          <w:tcPr>
            <w:tcW w:w="3402" w:type="dxa"/>
          </w:tcPr>
          <w:p w14:paraId="3DA52198" w14:textId="77777777" w:rsidR="009507BC" w:rsidRPr="008D2EAD" w:rsidRDefault="009507BC">
            <w:pPr>
              <w:rPr>
                <w:rFonts w:ascii="Open Sans" w:hAnsi="Open Sans" w:cs="Open Sans"/>
              </w:rPr>
            </w:pPr>
          </w:p>
        </w:tc>
        <w:tc>
          <w:tcPr>
            <w:tcW w:w="2268" w:type="dxa"/>
          </w:tcPr>
          <w:p w14:paraId="03069D9D" w14:textId="77777777" w:rsidR="009507BC" w:rsidRPr="008D2EAD" w:rsidRDefault="009507BC">
            <w:pPr>
              <w:rPr>
                <w:rFonts w:ascii="Open Sans" w:hAnsi="Open Sans" w:cs="Open Sans"/>
              </w:rPr>
            </w:pPr>
          </w:p>
        </w:tc>
        <w:tc>
          <w:tcPr>
            <w:tcW w:w="3402" w:type="dxa"/>
          </w:tcPr>
          <w:p w14:paraId="2FD937E6" w14:textId="77777777" w:rsidR="009507BC" w:rsidRPr="008D2EAD" w:rsidRDefault="009507BC">
            <w:pPr>
              <w:rPr>
                <w:rFonts w:ascii="Open Sans" w:hAnsi="Open Sans" w:cs="Open Sans"/>
              </w:rPr>
            </w:pPr>
          </w:p>
        </w:tc>
        <w:tc>
          <w:tcPr>
            <w:tcW w:w="1701" w:type="dxa"/>
          </w:tcPr>
          <w:p w14:paraId="3B423E4F" w14:textId="77777777" w:rsidR="009507BC" w:rsidRPr="008D2EAD" w:rsidRDefault="009507BC">
            <w:pPr>
              <w:rPr>
                <w:rFonts w:ascii="Open Sans" w:hAnsi="Open Sans" w:cs="Open Sans"/>
              </w:rPr>
            </w:pPr>
          </w:p>
        </w:tc>
        <w:tc>
          <w:tcPr>
            <w:tcW w:w="2835" w:type="dxa"/>
          </w:tcPr>
          <w:p w14:paraId="775D3FAD" w14:textId="77777777" w:rsidR="009507BC" w:rsidRPr="008D2EAD" w:rsidRDefault="009507BC">
            <w:pPr>
              <w:rPr>
                <w:rFonts w:ascii="Open Sans" w:hAnsi="Open Sans" w:cs="Open Sans"/>
              </w:rPr>
            </w:pPr>
          </w:p>
        </w:tc>
      </w:tr>
    </w:tbl>
    <w:p w14:paraId="4FCCB7E3" w14:textId="77777777" w:rsidR="009507BC" w:rsidRPr="008D2EAD" w:rsidRDefault="009507BC">
      <w:pPr>
        <w:rPr>
          <w:rFonts w:ascii="Open Sans" w:hAnsi="Open Sans" w:cs="Open Sans"/>
        </w:rPr>
      </w:pPr>
    </w:p>
    <w:p w14:paraId="7BB75508" w14:textId="77777777" w:rsidR="009507BC" w:rsidRPr="008D2EAD" w:rsidRDefault="008D2EAD">
      <w:pPr>
        <w:pStyle w:val="berschrift2"/>
        <w:rPr>
          <w:rFonts w:ascii="Open Sans" w:hAnsi="Open Sans" w:cs="Open Sans"/>
        </w:rPr>
      </w:pPr>
      <w:r w:rsidRPr="008D2EAD">
        <w:rPr>
          <w:rFonts w:ascii="Open Sans" w:hAnsi="Open Sans" w:cs="Open Sans"/>
        </w:rPr>
        <w:lastRenderedPageBreak/>
        <w:t>F. Zusätzliche bieterbezogene Konzepte / Darstellungen</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567"/>
        <w:gridCol w:w="6236"/>
        <w:gridCol w:w="7370"/>
      </w:tblGrid>
      <w:tr w:rsidR="009507BC" w:rsidRPr="008D2EAD" w14:paraId="7B290F3B" w14:textId="77777777">
        <w:trPr>
          <w:tblHeader/>
          <w:jc w:val="center"/>
        </w:trPr>
        <w:tc>
          <w:tcPr>
            <w:tcW w:w="567" w:type="dxa"/>
            <w:shd w:val="clear" w:color="auto" w:fill="D9EAF7"/>
          </w:tcPr>
          <w:p w14:paraId="4345FE61" w14:textId="77777777" w:rsidR="009507BC" w:rsidRPr="008D2EAD" w:rsidRDefault="008D2EAD">
            <w:pPr>
              <w:rPr>
                <w:rFonts w:ascii="Open Sans" w:hAnsi="Open Sans" w:cs="Open Sans"/>
              </w:rPr>
            </w:pPr>
            <w:r w:rsidRPr="008D2EAD">
              <w:rPr>
                <w:rFonts w:ascii="Open Sans" w:hAnsi="Open Sans" w:cs="Open Sans"/>
                <w:b/>
              </w:rPr>
              <w:t>Nr.</w:t>
            </w:r>
          </w:p>
        </w:tc>
        <w:tc>
          <w:tcPr>
            <w:tcW w:w="6236" w:type="dxa"/>
            <w:shd w:val="clear" w:color="auto" w:fill="D9EAF7"/>
          </w:tcPr>
          <w:p w14:paraId="6F3CAD6C" w14:textId="77777777" w:rsidR="009507BC" w:rsidRPr="008D2EAD" w:rsidRDefault="008D2EAD">
            <w:pPr>
              <w:rPr>
                <w:rFonts w:ascii="Open Sans" w:hAnsi="Open Sans" w:cs="Open Sans"/>
              </w:rPr>
            </w:pPr>
            <w:r w:rsidRPr="008D2EAD">
              <w:rPr>
                <w:rFonts w:ascii="Open Sans" w:hAnsi="Open Sans" w:cs="Open Sans"/>
                <w:b/>
              </w:rPr>
              <w:t>Darstellung / Konzept</w:t>
            </w:r>
          </w:p>
        </w:tc>
        <w:tc>
          <w:tcPr>
            <w:tcW w:w="7370" w:type="dxa"/>
            <w:shd w:val="clear" w:color="auto" w:fill="D9EAF7"/>
          </w:tcPr>
          <w:p w14:paraId="05D5EE71" w14:textId="77777777" w:rsidR="009507BC" w:rsidRPr="008D2EAD" w:rsidRDefault="008D2EAD">
            <w:pPr>
              <w:rPr>
                <w:rFonts w:ascii="Open Sans" w:hAnsi="Open Sans" w:cs="Open Sans"/>
              </w:rPr>
            </w:pPr>
            <w:r w:rsidRPr="008D2EAD">
              <w:rPr>
                <w:rFonts w:ascii="Open Sans" w:hAnsi="Open Sans" w:cs="Open Sans"/>
                <w:b/>
              </w:rPr>
              <w:t>Kurzbeschreibung / Anlagenverweis</w:t>
            </w:r>
          </w:p>
        </w:tc>
      </w:tr>
      <w:tr w:rsidR="009507BC" w:rsidRPr="002367AB" w14:paraId="58C707CF" w14:textId="77777777">
        <w:trPr>
          <w:jc w:val="center"/>
        </w:trPr>
        <w:tc>
          <w:tcPr>
            <w:tcW w:w="567" w:type="dxa"/>
          </w:tcPr>
          <w:p w14:paraId="713A54C0" w14:textId="77777777" w:rsidR="009507BC" w:rsidRPr="008D2EAD" w:rsidRDefault="008D2EAD">
            <w:pPr>
              <w:rPr>
                <w:rFonts w:ascii="Open Sans" w:hAnsi="Open Sans" w:cs="Open Sans"/>
              </w:rPr>
            </w:pPr>
            <w:r w:rsidRPr="008D2EAD">
              <w:rPr>
                <w:rFonts w:ascii="Open Sans" w:hAnsi="Open Sans" w:cs="Open Sans"/>
              </w:rPr>
              <w:t>1</w:t>
            </w:r>
          </w:p>
        </w:tc>
        <w:tc>
          <w:tcPr>
            <w:tcW w:w="6236" w:type="dxa"/>
          </w:tcPr>
          <w:p w14:paraId="65D22F93" w14:textId="77777777" w:rsidR="009507BC" w:rsidRPr="002367AB" w:rsidRDefault="008D2EAD">
            <w:pPr>
              <w:rPr>
                <w:rFonts w:ascii="Open Sans" w:hAnsi="Open Sans" w:cs="Open Sans"/>
                <w:lang w:val="de-DE"/>
              </w:rPr>
            </w:pPr>
            <w:r w:rsidRPr="002367AB">
              <w:rPr>
                <w:rFonts w:ascii="Open Sans" w:hAnsi="Open Sans" w:cs="Open Sans"/>
                <w:lang w:val="de-DE"/>
              </w:rPr>
              <w:t>Vorgehen zur Analyse des Schulungsbedarfs und zur Ableitung geeigneter Schulungsmaßnahmen.</w:t>
            </w:r>
          </w:p>
        </w:tc>
        <w:tc>
          <w:tcPr>
            <w:tcW w:w="7370" w:type="dxa"/>
          </w:tcPr>
          <w:p w14:paraId="4B7814E9" w14:textId="77777777" w:rsidR="009507BC" w:rsidRPr="002367AB" w:rsidRDefault="009507BC">
            <w:pPr>
              <w:rPr>
                <w:rFonts w:ascii="Open Sans" w:hAnsi="Open Sans" w:cs="Open Sans"/>
                <w:lang w:val="de-DE"/>
              </w:rPr>
            </w:pPr>
          </w:p>
        </w:tc>
      </w:tr>
      <w:tr w:rsidR="009507BC" w:rsidRPr="002367AB" w14:paraId="61148D9C" w14:textId="77777777">
        <w:trPr>
          <w:jc w:val="center"/>
        </w:trPr>
        <w:tc>
          <w:tcPr>
            <w:tcW w:w="567" w:type="dxa"/>
          </w:tcPr>
          <w:p w14:paraId="66836FE1" w14:textId="77777777" w:rsidR="009507BC" w:rsidRPr="008D2EAD" w:rsidRDefault="008D2EAD">
            <w:pPr>
              <w:rPr>
                <w:rFonts w:ascii="Open Sans" w:hAnsi="Open Sans" w:cs="Open Sans"/>
              </w:rPr>
            </w:pPr>
            <w:r w:rsidRPr="008D2EAD">
              <w:rPr>
                <w:rFonts w:ascii="Open Sans" w:hAnsi="Open Sans" w:cs="Open Sans"/>
              </w:rPr>
              <w:t>2</w:t>
            </w:r>
          </w:p>
        </w:tc>
        <w:tc>
          <w:tcPr>
            <w:tcW w:w="6236" w:type="dxa"/>
          </w:tcPr>
          <w:p w14:paraId="5B680937" w14:textId="77777777" w:rsidR="009507BC" w:rsidRPr="002367AB" w:rsidRDefault="008D2EAD">
            <w:pPr>
              <w:rPr>
                <w:rFonts w:ascii="Open Sans" w:hAnsi="Open Sans" w:cs="Open Sans"/>
                <w:lang w:val="de-DE"/>
              </w:rPr>
            </w:pPr>
            <w:r w:rsidRPr="002367AB">
              <w:rPr>
                <w:rFonts w:ascii="Open Sans" w:hAnsi="Open Sans" w:cs="Open Sans"/>
                <w:lang w:val="de-DE"/>
              </w:rPr>
              <w:t>Didaktisches Konzept für zielgruppengerechte, verständliche und praxisnahe Schulungen.</w:t>
            </w:r>
          </w:p>
        </w:tc>
        <w:tc>
          <w:tcPr>
            <w:tcW w:w="7370" w:type="dxa"/>
          </w:tcPr>
          <w:p w14:paraId="41367433" w14:textId="77777777" w:rsidR="009507BC" w:rsidRPr="002367AB" w:rsidRDefault="009507BC">
            <w:pPr>
              <w:rPr>
                <w:rFonts w:ascii="Open Sans" w:hAnsi="Open Sans" w:cs="Open Sans"/>
                <w:lang w:val="de-DE"/>
              </w:rPr>
            </w:pPr>
          </w:p>
        </w:tc>
      </w:tr>
      <w:tr w:rsidR="009507BC" w:rsidRPr="002367AB" w14:paraId="4E37A64D" w14:textId="77777777">
        <w:trPr>
          <w:jc w:val="center"/>
        </w:trPr>
        <w:tc>
          <w:tcPr>
            <w:tcW w:w="567" w:type="dxa"/>
          </w:tcPr>
          <w:p w14:paraId="6C8985A4" w14:textId="77777777" w:rsidR="009507BC" w:rsidRPr="008D2EAD" w:rsidRDefault="008D2EAD">
            <w:pPr>
              <w:rPr>
                <w:rFonts w:ascii="Open Sans" w:hAnsi="Open Sans" w:cs="Open Sans"/>
              </w:rPr>
            </w:pPr>
            <w:r w:rsidRPr="008D2EAD">
              <w:rPr>
                <w:rFonts w:ascii="Open Sans" w:hAnsi="Open Sans" w:cs="Open Sans"/>
              </w:rPr>
              <w:t>3</w:t>
            </w:r>
          </w:p>
        </w:tc>
        <w:tc>
          <w:tcPr>
            <w:tcW w:w="6236" w:type="dxa"/>
          </w:tcPr>
          <w:p w14:paraId="72D8DAF6" w14:textId="77777777" w:rsidR="009507BC" w:rsidRPr="002367AB" w:rsidRDefault="008D2EAD">
            <w:pPr>
              <w:rPr>
                <w:rFonts w:ascii="Open Sans" w:hAnsi="Open Sans" w:cs="Open Sans"/>
                <w:lang w:val="de-DE"/>
              </w:rPr>
            </w:pPr>
            <w:r w:rsidRPr="002367AB">
              <w:rPr>
                <w:rFonts w:ascii="Open Sans" w:hAnsi="Open Sans" w:cs="Open Sans"/>
                <w:lang w:val="de-DE"/>
              </w:rPr>
              <w:t>Konzept für digitale Lerninhalte einschließlich Interaktivität, Lernkontrollen und Qualitätssicherung.</w:t>
            </w:r>
          </w:p>
        </w:tc>
        <w:tc>
          <w:tcPr>
            <w:tcW w:w="7370" w:type="dxa"/>
          </w:tcPr>
          <w:p w14:paraId="04550F46" w14:textId="77777777" w:rsidR="009507BC" w:rsidRPr="002367AB" w:rsidRDefault="009507BC">
            <w:pPr>
              <w:rPr>
                <w:rFonts w:ascii="Open Sans" w:hAnsi="Open Sans" w:cs="Open Sans"/>
                <w:lang w:val="de-DE"/>
              </w:rPr>
            </w:pPr>
          </w:p>
        </w:tc>
      </w:tr>
      <w:tr w:rsidR="009507BC" w:rsidRPr="002367AB" w14:paraId="63CE62E9" w14:textId="77777777">
        <w:trPr>
          <w:jc w:val="center"/>
        </w:trPr>
        <w:tc>
          <w:tcPr>
            <w:tcW w:w="567" w:type="dxa"/>
          </w:tcPr>
          <w:p w14:paraId="47F3C8D1" w14:textId="77777777" w:rsidR="009507BC" w:rsidRPr="008D2EAD" w:rsidRDefault="008D2EAD">
            <w:pPr>
              <w:rPr>
                <w:rFonts w:ascii="Open Sans" w:hAnsi="Open Sans" w:cs="Open Sans"/>
              </w:rPr>
            </w:pPr>
            <w:r w:rsidRPr="008D2EAD">
              <w:rPr>
                <w:rFonts w:ascii="Open Sans" w:hAnsi="Open Sans" w:cs="Open Sans"/>
              </w:rPr>
              <w:t>4</w:t>
            </w:r>
          </w:p>
        </w:tc>
        <w:tc>
          <w:tcPr>
            <w:tcW w:w="6236" w:type="dxa"/>
          </w:tcPr>
          <w:p w14:paraId="6E6BC287" w14:textId="77777777" w:rsidR="009507BC" w:rsidRPr="002367AB" w:rsidRDefault="008D2EAD">
            <w:pPr>
              <w:rPr>
                <w:rFonts w:ascii="Open Sans" w:hAnsi="Open Sans" w:cs="Open Sans"/>
                <w:lang w:val="de-DE"/>
              </w:rPr>
            </w:pPr>
            <w:r w:rsidRPr="002367AB">
              <w:rPr>
                <w:rFonts w:ascii="Open Sans" w:hAnsi="Open Sans" w:cs="Open Sans"/>
                <w:lang w:val="de-DE"/>
              </w:rPr>
              <w:t>Technisches Konzept zur Moodle-Kompatibilität einschließlich Format, Testintegration und Übergabestruktur.</w:t>
            </w:r>
          </w:p>
        </w:tc>
        <w:tc>
          <w:tcPr>
            <w:tcW w:w="7370" w:type="dxa"/>
          </w:tcPr>
          <w:p w14:paraId="3712B59F" w14:textId="77777777" w:rsidR="009507BC" w:rsidRPr="002367AB" w:rsidRDefault="009507BC">
            <w:pPr>
              <w:rPr>
                <w:rFonts w:ascii="Open Sans" w:hAnsi="Open Sans" w:cs="Open Sans"/>
                <w:lang w:val="de-DE"/>
              </w:rPr>
            </w:pPr>
          </w:p>
        </w:tc>
      </w:tr>
      <w:tr w:rsidR="009507BC" w:rsidRPr="002367AB" w14:paraId="309C32CF" w14:textId="77777777">
        <w:trPr>
          <w:jc w:val="center"/>
        </w:trPr>
        <w:tc>
          <w:tcPr>
            <w:tcW w:w="567" w:type="dxa"/>
          </w:tcPr>
          <w:p w14:paraId="7FB56FCA" w14:textId="77777777" w:rsidR="009507BC" w:rsidRPr="008D2EAD" w:rsidRDefault="008D2EAD">
            <w:pPr>
              <w:rPr>
                <w:rFonts w:ascii="Open Sans" w:hAnsi="Open Sans" w:cs="Open Sans"/>
              </w:rPr>
            </w:pPr>
            <w:r w:rsidRPr="008D2EAD">
              <w:rPr>
                <w:rFonts w:ascii="Open Sans" w:hAnsi="Open Sans" w:cs="Open Sans"/>
              </w:rPr>
              <w:t>5</w:t>
            </w:r>
          </w:p>
        </w:tc>
        <w:tc>
          <w:tcPr>
            <w:tcW w:w="6236" w:type="dxa"/>
          </w:tcPr>
          <w:p w14:paraId="6E8E8ED8" w14:textId="77777777" w:rsidR="009507BC" w:rsidRPr="002367AB" w:rsidRDefault="008D2EAD">
            <w:pPr>
              <w:rPr>
                <w:rFonts w:ascii="Open Sans" w:hAnsi="Open Sans" w:cs="Open Sans"/>
                <w:lang w:val="de-DE"/>
              </w:rPr>
            </w:pPr>
            <w:r w:rsidRPr="002367AB">
              <w:rPr>
                <w:rFonts w:ascii="Open Sans" w:hAnsi="Open Sans" w:cs="Open Sans"/>
                <w:lang w:val="de-DE"/>
              </w:rPr>
              <w:t>Durchführungskonzept für Präsenz-, Online- und Blended-Learning-Schulungen.</w:t>
            </w:r>
          </w:p>
        </w:tc>
        <w:tc>
          <w:tcPr>
            <w:tcW w:w="7370" w:type="dxa"/>
          </w:tcPr>
          <w:p w14:paraId="6E0AD50D" w14:textId="77777777" w:rsidR="009507BC" w:rsidRPr="002367AB" w:rsidRDefault="009507BC">
            <w:pPr>
              <w:rPr>
                <w:rFonts w:ascii="Open Sans" w:hAnsi="Open Sans" w:cs="Open Sans"/>
                <w:lang w:val="de-DE"/>
              </w:rPr>
            </w:pPr>
          </w:p>
        </w:tc>
      </w:tr>
      <w:tr w:rsidR="009507BC" w:rsidRPr="002367AB" w14:paraId="7371A54A" w14:textId="77777777">
        <w:trPr>
          <w:jc w:val="center"/>
        </w:trPr>
        <w:tc>
          <w:tcPr>
            <w:tcW w:w="567" w:type="dxa"/>
          </w:tcPr>
          <w:p w14:paraId="7355F601" w14:textId="77777777" w:rsidR="009507BC" w:rsidRPr="008D2EAD" w:rsidRDefault="008D2EAD">
            <w:pPr>
              <w:rPr>
                <w:rFonts w:ascii="Open Sans" w:hAnsi="Open Sans" w:cs="Open Sans"/>
              </w:rPr>
            </w:pPr>
            <w:r w:rsidRPr="008D2EAD">
              <w:rPr>
                <w:rFonts w:ascii="Open Sans" w:hAnsi="Open Sans" w:cs="Open Sans"/>
              </w:rPr>
              <w:t>6</w:t>
            </w:r>
          </w:p>
        </w:tc>
        <w:tc>
          <w:tcPr>
            <w:tcW w:w="6236" w:type="dxa"/>
          </w:tcPr>
          <w:p w14:paraId="43CB7727" w14:textId="77777777" w:rsidR="009507BC" w:rsidRPr="002367AB" w:rsidRDefault="008D2EAD">
            <w:pPr>
              <w:rPr>
                <w:rFonts w:ascii="Open Sans" w:hAnsi="Open Sans" w:cs="Open Sans"/>
                <w:lang w:val="de-DE"/>
              </w:rPr>
            </w:pPr>
            <w:r w:rsidRPr="002367AB">
              <w:rPr>
                <w:rFonts w:ascii="Open Sans" w:hAnsi="Open Sans" w:cs="Open Sans"/>
                <w:lang w:val="de-DE"/>
              </w:rPr>
              <w:t>Kommunikations- und Abstimmungsmodell mit dem Auftraggeber sowie Vorgehen zur Dokumentation und Übergabe.</w:t>
            </w:r>
          </w:p>
        </w:tc>
        <w:tc>
          <w:tcPr>
            <w:tcW w:w="7370" w:type="dxa"/>
          </w:tcPr>
          <w:p w14:paraId="6FA6F77F" w14:textId="77777777" w:rsidR="009507BC" w:rsidRPr="002367AB" w:rsidRDefault="009507BC">
            <w:pPr>
              <w:rPr>
                <w:rFonts w:ascii="Open Sans" w:hAnsi="Open Sans" w:cs="Open Sans"/>
                <w:lang w:val="de-DE"/>
              </w:rPr>
            </w:pPr>
          </w:p>
        </w:tc>
      </w:tr>
    </w:tbl>
    <w:p w14:paraId="69DF0649" w14:textId="77777777" w:rsidR="009507BC" w:rsidRPr="002367AB" w:rsidRDefault="009507BC">
      <w:pPr>
        <w:rPr>
          <w:rFonts w:ascii="Open Sans" w:hAnsi="Open Sans" w:cs="Open Sans"/>
          <w:lang w:val="de-DE"/>
        </w:rPr>
      </w:pPr>
    </w:p>
    <w:p w14:paraId="2C0108D8" w14:textId="77777777" w:rsidR="009507BC" w:rsidRPr="002367AB" w:rsidRDefault="008D2EAD">
      <w:pPr>
        <w:pStyle w:val="berschrift1"/>
        <w:rPr>
          <w:rFonts w:ascii="Open Sans" w:hAnsi="Open Sans" w:cs="Open Sans"/>
          <w:lang w:val="de-DE"/>
        </w:rPr>
      </w:pPr>
      <w:r w:rsidRPr="002367AB">
        <w:rPr>
          <w:rFonts w:ascii="Open Sans" w:hAnsi="Open Sans" w:cs="Open Sans"/>
          <w:lang w:val="de-DE"/>
        </w:rPr>
        <w:t>Abschlusserklärung des Bieters</w:t>
      </w:r>
    </w:p>
    <w:p w14:paraId="3EBD16A4" w14:textId="77777777" w:rsidR="009507BC" w:rsidRPr="002367AB" w:rsidRDefault="008D2EAD">
      <w:pPr>
        <w:spacing w:after="60"/>
        <w:rPr>
          <w:rFonts w:ascii="Open Sans" w:hAnsi="Open Sans" w:cs="Open Sans"/>
          <w:lang w:val="de-DE"/>
        </w:rPr>
      </w:pPr>
      <w:r w:rsidRPr="002367AB">
        <w:rPr>
          <w:rFonts w:ascii="Open Sans" w:hAnsi="Open Sans" w:cs="Open Sans"/>
          <w:lang w:val="de-DE"/>
        </w:rPr>
        <w:t>Der Bieter bestätigt, dass die Angaben vollständig und wahrheitsgemäß sind. Dem Bieter ist bekannt, dass unzutreffende oder nicht nachvollziehbare Angaben zum Ausschluss des Angebotes oder zu einer niedrigeren Bewertung führen können.</w:t>
      </w:r>
    </w:p>
    <w:tbl>
      <w:tblPr>
        <w:tblStyle w:val="Tabellenraste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4535"/>
        <w:gridCol w:w="4535"/>
        <w:gridCol w:w="5102"/>
      </w:tblGrid>
      <w:tr w:rsidR="009507BC" w:rsidRPr="008D2EAD" w14:paraId="330EF198" w14:textId="77777777">
        <w:trPr>
          <w:tblHeader/>
          <w:jc w:val="center"/>
        </w:trPr>
        <w:tc>
          <w:tcPr>
            <w:tcW w:w="4535" w:type="dxa"/>
            <w:shd w:val="clear" w:color="auto" w:fill="D9EAF7"/>
          </w:tcPr>
          <w:p w14:paraId="771A790D" w14:textId="77777777" w:rsidR="009507BC" w:rsidRPr="008D2EAD" w:rsidRDefault="008D2EAD">
            <w:pPr>
              <w:rPr>
                <w:rFonts w:ascii="Open Sans" w:hAnsi="Open Sans" w:cs="Open Sans"/>
              </w:rPr>
            </w:pPr>
            <w:r w:rsidRPr="008D2EAD">
              <w:rPr>
                <w:rFonts w:ascii="Open Sans" w:hAnsi="Open Sans" w:cs="Open Sans"/>
                <w:b/>
              </w:rPr>
              <w:t>Ort, Datum</w:t>
            </w:r>
          </w:p>
        </w:tc>
        <w:tc>
          <w:tcPr>
            <w:tcW w:w="4535" w:type="dxa"/>
            <w:shd w:val="clear" w:color="auto" w:fill="D9EAF7"/>
          </w:tcPr>
          <w:p w14:paraId="4DA2E201" w14:textId="77777777" w:rsidR="009507BC" w:rsidRPr="008D2EAD" w:rsidRDefault="008D2EAD">
            <w:pPr>
              <w:rPr>
                <w:rFonts w:ascii="Open Sans" w:hAnsi="Open Sans" w:cs="Open Sans"/>
              </w:rPr>
            </w:pPr>
            <w:r w:rsidRPr="008D2EAD">
              <w:rPr>
                <w:rFonts w:ascii="Open Sans" w:hAnsi="Open Sans" w:cs="Open Sans"/>
                <w:b/>
              </w:rPr>
              <w:t>Name / Funktion</w:t>
            </w:r>
          </w:p>
        </w:tc>
        <w:tc>
          <w:tcPr>
            <w:tcW w:w="5102" w:type="dxa"/>
            <w:shd w:val="clear" w:color="auto" w:fill="D9EAF7"/>
          </w:tcPr>
          <w:p w14:paraId="7CC52AFC" w14:textId="77777777" w:rsidR="009507BC" w:rsidRPr="008D2EAD" w:rsidRDefault="008D2EAD">
            <w:pPr>
              <w:rPr>
                <w:rFonts w:ascii="Open Sans" w:hAnsi="Open Sans" w:cs="Open Sans"/>
              </w:rPr>
            </w:pPr>
            <w:r w:rsidRPr="008D2EAD">
              <w:rPr>
                <w:rFonts w:ascii="Open Sans" w:hAnsi="Open Sans" w:cs="Open Sans"/>
                <w:b/>
              </w:rPr>
              <w:t>Unterschrift / Textform</w:t>
            </w:r>
          </w:p>
        </w:tc>
      </w:tr>
      <w:tr w:rsidR="009507BC" w:rsidRPr="008D2EAD" w14:paraId="027E9299" w14:textId="77777777">
        <w:trPr>
          <w:jc w:val="center"/>
        </w:trPr>
        <w:tc>
          <w:tcPr>
            <w:tcW w:w="4535" w:type="dxa"/>
          </w:tcPr>
          <w:p w14:paraId="5F572B5C" w14:textId="77777777" w:rsidR="009507BC" w:rsidRPr="008D2EAD" w:rsidRDefault="009507BC">
            <w:pPr>
              <w:rPr>
                <w:rFonts w:ascii="Open Sans" w:hAnsi="Open Sans" w:cs="Open Sans"/>
              </w:rPr>
            </w:pPr>
          </w:p>
        </w:tc>
        <w:tc>
          <w:tcPr>
            <w:tcW w:w="4535" w:type="dxa"/>
          </w:tcPr>
          <w:p w14:paraId="2E274BC7" w14:textId="77777777" w:rsidR="009507BC" w:rsidRPr="008D2EAD" w:rsidRDefault="009507BC">
            <w:pPr>
              <w:rPr>
                <w:rFonts w:ascii="Open Sans" w:hAnsi="Open Sans" w:cs="Open Sans"/>
              </w:rPr>
            </w:pPr>
          </w:p>
        </w:tc>
        <w:tc>
          <w:tcPr>
            <w:tcW w:w="5102" w:type="dxa"/>
          </w:tcPr>
          <w:p w14:paraId="3492E597" w14:textId="77777777" w:rsidR="009507BC" w:rsidRPr="008D2EAD" w:rsidRDefault="009507BC">
            <w:pPr>
              <w:rPr>
                <w:rFonts w:ascii="Open Sans" w:hAnsi="Open Sans" w:cs="Open Sans"/>
              </w:rPr>
            </w:pPr>
          </w:p>
        </w:tc>
      </w:tr>
    </w:tbl>
    <w:p w14:paraId="4CCAA8A9" w14:textId="77777777" w:rsidR="009507BC" w:rsidRPr="008D2EAD" w:rsidRDefault="009507BC">
      <w:pPr>
        <w:rPr>
          <w:rFonts w:ascii="Open Sans" w:hAnsi="Open Sans" w:cs="Open Sans"/>
        </w:rPr>
      </w:pPr>
    </w:p>
    <w:sectPr w:rsidR="009507BC" w:rsidRPr="008D2EAD">
      <w:pgSz w:w="16838" w:h="11906" w:orient="landscape"/>
      <w:pgMar w:top="680" w:right="794" w:bottom="680"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114132781">
    <w:abstractNumId w:val="8"/>
  </w:num>
  <w:num w:numId="2" w16cid:durableId="1401059383">
    <w:abstractNumId w:val="6"/>
  </w:num>
  <w:num w:numId="3" w16cid:durableId="239365931">
    <w:abstractNumId w:val="5"/>
  </w:num>
  <w:num w:numId="4" w16cid:durableId="156071663">
    <w:abstractNumId w:val="4"/>
  </w:num>
  <w:num w:numId="5" w16cid:durableId="222522125">
    <w:abstractNumId w:val="7"/>
  </w:num>
  <w:num w:numId="6" w16cid:durableId="1279873233">
    <w:abstractNumId w:val="3"/>
  </w:num>
  <w:num w:numId="7" w16cid:durableId="1336835103">
    <w:abstractNumId w:val="2"/>
  </w:num>
  <w:num w:numId="8" w16cid:durableId="1922593614">
    <w:abstractNumId w:val="1"/>
  </w:num>
  <w:num w:numId="9" w16cid:durableId="1464081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1F4C"/>
    <w:rsid w:val="0006063C"/>
    <w:rsid w:val="0015074B"/>
    <w:rsid w:val="002367AB"/>
    <w:rsid w:val="0029639D"/>
    <w:rsid w:val="00326F90"/>
    <w:rsid w:val="00361D43"/>
    <w:rsid w:val="008D2EAD"/>
    <w:rsid w:val="009507B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0BBCB3"/>
  <w14:defaultImageDpi w14:val="300"/>
  <w15:docId w15:val="{1D1D7C62-E8A7-42FD-B52E-A837D1E89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Arial" w:hAnsi="Arial"/>
      <w:sz w:val="18"/>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801</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ZDPol Springer, Nicola Elke</cp:lastModifiedBy>
  <cp:revision>3</cp:revision>
  <dcterms:created xsi:type="dcterms:W3CDTF">2013-12-23T23:15:00Z</dcterms:created>
  <dcterms:modified xsi:type="dcterms:W3CDTF">2026-07-09T13:26:00Z</dcterms:modified>
  <cp:category/>
</cp:coreProperties>
</file>