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A6088" w14:textId="77777777" w:rsidR="008069B2" w:rsidRPr="008069B2" w:rsidRDefault="008069B2" w:rsidP="008069B2">
      <w:pPr>
        <w:pStyle w:val="Kopfzeile"/>
        <w:rPr>
          <w:rFonts w:ascii="Open Sans" w:hAnsi="Open Sans" w:cs="Open Sans"/>
          <w:sz w:val="28"/>
          <w:szCs w:val="28"/>
          <w:lang w:val="de-DE"/>
        </w:rPr>
      </w:pPr>
      <w:r w:rsidRPr="008069B2">
        <w:rPr>
          <w:rFonts w:ascii="Open Sans" w:hAnsi="Open Sans" w:cs="Open Sans"/>
          <w:noProof/>
          <w:sz w:val="28"/>
          <w:szCs w:val="28"/>
          <w:lang w:val="de-DE"/>
        </w:rPr>
        <w:drawing>
          <wp:anchor distT="0" distB="0" distL="114300" distR="114300" simplePos="0" relativeHeight="251658240" behindDoc="0" locked="0" layoutInCell="1" allowOverlap="1" wp14:anchorId="1FDF9E9A" wp14:editId="60D42B79">
            <wp:simplePos x="0" y="0"/>
            <wp:positionH relativeFrom="column">
              <wp:posOffset>7588250</wp:posOffset>
            </wp:positionH>
            <wp:positionV relativeFrom="paragraph">
              <wp:posOffset>-5080</wp:posOffset>
            </wp:positionV>
            <wp:extent cx="1957070" cy="524510"/>
            <wp:effectExtent l="0" t="0" r="5080" b="8890"/>
            <wp:wrapNone/>
            <wp:docPr id="18128614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7070" cy="524510"/>
                    </a:xfrm>
                    <a:prstGeom prst="rect">
                      <a:avLst/>
                    </a:prstGeom>
                    <a:noFill/>
                  </pic:spPr>
                </pic:pic>
              </a:graphicData>
            </a:graphic>
          </wp:anchor>
        </w:drawing>
      </w:r>
      <w:r w:rsidRPr="008069B2">
        <w:rPr>
          <w:rFonts w:ascii="Open Sans" w:hAnsi="Open Sans" w:cs="Open Sans"/>
          <w:sz w:val="28"/>
          <w:szCs w:val="28"/>
          <w:lang w:val="de-DE"/>
        </w:rPr>
        <w:t>E. Eigenerklärung zu Personal</w:t>
      </w:r>
      <w:r w:rsidRPr="008069B2">
        <w:rPr>
          <w:rFonts w:ascii="Open Sans" w:hAnsi="Open Sans" w:cs="Open Sans"/>
          <w:sz w:val="28"/>
          <w:szCs w:val="28"/>
          <w:lang w:val="de-DE"/>
        </w:rPr>
        <w:tab/>
      </w:r>
      <w:r w:rsidRPr="008069B2">
        <w:rPr>
          <w:rFonts w:ascii="Open Sans" w:hAnsi="Open Sans" w:cs="Open Sans"/>
          <w:sz w:val="28"/>
          <w:szCs w:val="28"/>
          <w:lang w:val="de-DE"/>
        </w:rPr>
        <w:tab/>
      </w:r>
      <w:r w:rsidRPr="008069B2">
        <w:rPr>
          <w:rFonts w:ascii="Open Sans" w:hAnsi="Open Sans" w:cs="Open Sans"/>
          <w:noProof/>
          <w:sz w:val="28"/>
          <w:szCs w:val="28"/>
          <w:lang w:val="de-DE"/>
        </w:rPr>
        <w:t xml:space="preserve"> </w:t>
      </w:r>
    </w:p>
    <w:p w14:paraId="19863506" w14:textId="77777777" w:rsidR="008069B2" w:rsidRPr="008069B2" w:rsidRDefault="008069B2" w:rsidP="008069B2">
      <w:pPr>
        <w:pStyle w:val="Kopfzeile"/>
        <w:rPr>
          <w:rFonts w:ascii="Open Sans" w:hAnsi="Open Sans" w:cs="Open Sans"/>
          <w:sz w:val="28"/>
          <w:szCs w:val="28"/>
          <w:lang w:val="de-DE"/>
        </w:rPr>
      </w:pPr>
      <w:r w:rsidRPr="008069B2">
        <w:rPr>
          <w:rFonts w:ascii="Open Sans" w:hAnsi="Open Sans" w:cs="Open Sans"/>
          <w:sz w:val="28"/>
          <w:szCs w:val="28"/>
          <w:lang w:val="de-DE"/>
        </w:rPr>
        <w:t>Anlage E 19</w:t>
      </w:r>
      <w:r w:rsidRPr="008069B2">
        <w:rPr>
          <w:rFonts w:ascii="Open Sans" w:hAnsi="Open Sans" w:cs="Open Sans"/>
          <w:sz w:val="28"/>
          <w:szCs w:val="28"/>
          <w:lang w:val="de-DE"/>
        </w:rPr>
        <w:tab/>
      </w:r>
    </w:p>
    <w:p w14:paraId="4CACE525" w14:textId="77777777" w:rsidR="008069B2" w:rsidRPr="008069B2" w:rsidRDefault="008069B2" w:rsidP="008069B2">
      <w:pPr>
        <w:pStyle w:val="Kopfzeile"/>
        <w:pBdr>
          <w:bottom w:val="single" w:sz="12" w:space="1" w:color="auto"/>
        </w:pBdr>
        <w:rPr>
          <w:rFonts w:ascii="Open Sans" w:hAnsi="Open Sans" w:cs="Open Sans"/>
          <w:sz w:val="28"/>
          <w:szCs w:val="28"/>
          <w:lang w:val="de-DE"/>
        </w:rPr>
      </w:pPr>
      <w:r w:rsidRPr="008069B2">
        <w:rPr>
          <w:rFonts w:ascii="Open Sans" w:hAnsi="Open Sans" w:cs="Open Sans"/>
          <w:sz w:val="28"/>
          <w:szCs w:val="28"/>
          <w:lang w:val="de-DE"/>
        </w:rPr>
        <w:t xml:space="preserve">V-26/0170 </w:t>
      </w:r>
    </w:p>
    <w:p w14:paraId="01BA3880" w14:textId="77777777" w:rsidR="00101DEC" w:rsidRPr="008069B2" w:rsidRDefault="001D461A">
      <w:pPr>
        <w:spacing w:after="60"/>
        <w:rPr>
          <w:rFonts w:ascii="Open Sans" w:hAnsi="Open Sans" w:cs="Open Sans"/>
          <w:lang w:val="de-DE"/>
        </w:rPr>
      </w:pPr>
      <w:r w:rsidRPr="008069B2">
        <w:rPr>
          <w:rFonts w:ascii="Open Sans" w:hAnsi="Open Sans" w:cs="Open Sans"/>
          <w:b/>
          <w:sz w:val="20"/>
          <w:lang w:val="de-DE"/>
        </w:rPr>
        <w:t>Los 2 - Support Entwicklung SAP-System</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4173"/>
      </w:tblGrid>
      <w:tr w:rsidR="00101DEC" w:rsidRPr="008069B2" w14:paraId="4F1A04BC" w14:textId="77777777">
        <w:trPr>
          <w:tblHeader/>
          <w:jc w:val="center"/>
        </w:trPr>
        <w:tc>
          <w:tcPr>
            <w:tcW w:w="14173" w:type="dxa"/>
            <w:shd w:val="clear" w:color="auto" w:fill="D9EAF7"/>
          </w:tcPr>
          <w:p w14:paraId="601635C7" w14:textId="77777777" w:rsidR="00101DEC" w:rsidRPr="008069B2" w:rsidRDefault="001D461A">
            <w:pPr>
              <w:rPr>
                <w:rFonts w:ascii="Open Sans" w:hAnsi="Open Sans" w:cs="Open Sans"/>
              </w:rPr>
            </w:pPr>
            <w:proofErr w:type="spellStart"/>
            <w:r w:rsidRPr="008069B2">
              <w:rPr>
                <w:rFonts w:ascii="Open Sans" w:hAnsi="Open Sans" w:cs="Open Sans"/>
                <w:b/>
              </w:rPr>
              <w:t>Ausfüllhinweise</w:t>
            </w:r>
            <w:proofErr w:type="spellEnd"/>
            <w:r w:rsidRPr="008069B2">
              <w:rPr>
                <w:rFonts w:ascii="Open Sans" w:hAnsi="Open Sans" w:cs="Open Sans"/>
                <w:b/>
              </w:rPr>
              <w:t xml:space="preserve"> für den Bieter</w:t>
            </w:r>
          </w:p>
        </w:tc>
      </w:tr>
      <w:tr w:rsidR="00101DEC" w:rsidRPr="008069B2" w14:paraId="5FB69A6C" w14:textId="77777777">
        <w:trPr>
          <w:jc w:val="center"/>
        </w:trPr>
        <w:tc>
          <w:tcPr>
            <w:tcW w:w="14173" w:type="dxa"/>
          </w:tcPr>
          <w:p w14:paraId="3434914A" w14:textId="77777777" w:rsidR="00101DEC" w:rsidRPr="008069B2" w:rsidRDefault="001D461A">
            <w:pPr>
              <w:rPr>
                <w:rFonts w:ascii="Open Sans" w:hAnsi="Open Sans" w:cs="Open Sans"/>
                <w:lang w:val="de-DE"/>
              </w:rPr>
            </w:pPr>
            <w:r w:rsidRPr="008069B2">
              <w:rPr>
                <w:rFonts w:ascii="Open Sans" w:hAnsi="Open Sans" w:cs="Open Sans"/>
                <w:lang w:val="de-DE"/>
              </w:rPr>
              <w:t>Für jede vorgesehene Person ist ein Profilblatt vollständig auszufüllen. Bewertungsrelevante Angaben sind durch konkrete Zeiträume, Rollen, Aufgaben, SAP-Systeme/Module, Projektbezug und Anlagenverweise nachvollziehbar zu belegen. Reine Schlagworte oder Sammelangaben ohne Bezug zu einer Person oder Referenz reichen für eine belastbare Bewertung nicht aus.</w:t>
            </w:r>
          </w:p>
        </w:tc>
      </w:tr>
    </w:tbl>
    <w:p w14:paraId="7B4F1991" w14:textId="77777777" w:rsidR="00101DEC" w:rsidRPr="008069B2" w:rsidRDefault="00101DEC">
      <w:pPr>
        <w:rPr>
          <w:rFonts w:ascii="Open Sans" w:hAnsi="Open Sans" w:cs="Open Sans"/>
          <w:lang w:val="de-DE"/>
        </w:rPr>
      </w:pPr>
    </w:p>
    <w:p w14:paraId="2494C4F1" w14:textId="77777777" w:rsidR="00101DEC" w:rsidRPr="008069B2" w:rsidRDefault="001D461A">
      <w:pPr>
        <w:pStyle w:val="berschrift1"/>
        <w:rPr>
          <w:rFonts w:ascii="Open Sans" w:hAnsi="Open Sans" w:cs="Open Sans"/>
        </w:rPr>
      </w:pPr>
      <w:r w:rsidRPr="008069B2">
        <w:rPr>
          <w:rFonts w:ascii="Open Sans" w:hAnsi="Open Sans" w:cs="Open Sans"/>
        </w:rPr>
        <w:t xml:space="preserve">1. </w:t>
      </w:r>
      <w:proofErr w:type="spellStart"/>
      <w:r w:rsidRPr="008069B2">
        <w:rPr>
          <w:rFonts w:ascii="Open Sans" w:hAnsi="Open Sans" w:cs="Open Sans"/>
        </w:rPr>
        <w:t>Übersicht</w:t>
      </w:r>
      <w:proofErr w:type="spellEnd"/>
      <w:r w:rsidRPr="008069B2">
        <w:rPr>
          <w:rFonts w:ascii="Open Sans" w:hAnsi="Open Sans" w:cs="Open Sans"/>
        </w:rPr>
        <w:t xml:space="preserve"> der </w:t>
      </w:r>
      <w:proofErr w:type="spellStart"/>
      <w:r w:rsidRPr="008069B2">
        <w:rPr>
          <w:rFonts w:ascii="Open Sans" w:hAnsi="Open Sans" w:cs="Open Sans"/>
        </w:rPr>
        <w:t>vorgesehenen</w:t>
      </w:r>
      <w:proofErr w:type="spellEnd"/>
      <w:r w:rsidRPr="008069B2">
        <w:rPr>
          <w:rFonts w:ascii="Open Sans" w:hAnsi="Open Sans" w:cs="Open Sans"/>
        </w:rPr>
        <w:t xml:space="preserve"> Rollen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5102"/>
        <w:gridCol w:w="2835"/>
        <w:gridCol w:w="2835"/>
        <w:gridCol w:w="2835"/>
      </w:tblGrid>
      <w:tr w:rsidR="00101DEC" w:rsidRPr="008069B2" w14:paraId="09B7D194" w14:textId="77777777">
        <w:trPr>
          <w:tblHeader/>
          <w:jc w:val="center"/>
        </w:trPr>
        <w:tc>
          <w:tcPr>
            <w:tcW w:w="567" w:type="dxa"/>
            <w:shd w:val="clear" w:color="auto" w:fill="D9EAF7"/>
          </w:tcPr>
          <w:p w14:paraId="7A540F5D" w14:textId="77777777" w:rsidR="00101DEC" w:rsidRPr="008069B2" w:rsidRDefault="001D461A">
            <w:pPr>
              <w:rPr>
                <w:rFonts w:ascii="Open Sans" w:hAnsi="Open Sans" w:cs="Open Sans"/>
              </w:rPr>
            </w:pPr>
            <w:r w:rsidRPr="008069B2">
              <w:rPr>
                <w:rFonts w:ascii="Open Sans" w:hAnsi="Open Sans" w:cs="Open Sans"/>
                <w:b/>
              </w:rPr>
              <w:t>Nr.</w:t>
            </w:r>
          </w:p>
        </w:tc>
        <w:tc>
          <w:tcPr>
            <w:tcW w:w="5102" w:type="dxa"/>
            <w:shd w:val="clear" w:color="auto" w:fill="D9EAF7"/>
          </w:tcPr>
          <w:p w14:paraId="05DE5D5F" w14:textId="77777777" w:rsidR="00101DEC" w:rsidRPr="008069B2" w:rsidRDefault="001D461A">
            <w:pPr>
              <w:rPr>
                <w:rFonts w:ascii="Open Sans" w:hAnsi="Open Sans" w:cs="Open Sans"/>
              </w:rPr>
            </w:pPr>
            <w:r w:rsidRPr="008069B2">
              <w:rPr>
                <w:rFonts w:ascii="Open Sans" w:hAnsi="Open Sans" w:cs="Open Sans"/>
                <w:b/>
              </w:rPr>
              <w:t>Los / Rolle</w:t>
            </w:r>
          </w:p>
        </w:tc>
        <w:tc>
          <w:tcPr>
            <w:tcW w:w="2835" w:type="dxa"/>
            <w:shd w:val="clear" w:color="auto" w:fill="D9EAF7"/>
          </w:tcPr>
          <w:p w14:paraId="3EB0BF48" w14:textId="77777777" w:rsidR="00101DEC" w:rsidRPr="008069B2" w:rsidRDefault="001D461A">
            <w:pPr>
              <w:rPr>
                <w:rFonts w:ascii="Open Sans" w:hAnsi="Open Sans" w:cs="Open Sans"/>
              </w:rPr>
            </w:pPr>
            <w:proofErr w:type="spellStart"/>
            <w:r w:rsidRPr="008069B2">
              <w:rPr>
                <w:rFonts w:ascii="Open Sans" w:hAnsi="Open Sans" w:cs="Open Sans"/>
                <w:b/>
              </w:rPr>
              <w:t>Benannte</w:t>
            </w:r>
            <w:proofErr w:type="spellEnd"/>
            <w:r w:rsidRPr="008069B2">
              <w:rPr>
                <w:rFonts w:ascii="Open Sans" w:hAnsi="Open Sans" w:cs="Open Sans"/>
                <w:b/>
              </w:rPr>
              <w:t xml:space="preserve"> Person</w:t>
            </w:r>
          </w:p>
        </w:tc>
        <w:tc>
          <w:tcPr>
            <w:tcW w:w="2835" w:type="dxa"/>
            <w:shd w:val="clear" w:color="auto" w:fill="D9EAF7"/>
          </w:tcPr>
          <w:p w14:paraId="1DA708B9" w14:textId="77777777" w:rsidR="00101DEC" w:rsidRPr="008069B2" w:rsidRDefault="001D461A">
            <w:pPr>
              <w:rPr>
                <w:rFonts w:ascii="Open Sans" w:hAnsi="Open Sans" w:cs="Open Sans"/>
              </w:rPr>
            </w:pPr>
            <w:proofErr w:type="spellStart"/>
            <w:r w:rsidRPr="008069B2">
              <w:rPr>
                <w:rFonts w:ascii="Open Sans" w:hAnsi="Open Sans" w:cs="Open Sans"/>
                <w:b/>
              </w:rPr>
              <w:t>Arbeitgeber</w:t>
            </w:r>
            <w:proofErr w:type="spellEnd"/>
            <w:r w:rsidRPr="008069B2">
              <w:rPr>
                <w:rFonts w:ascii="Open Sans" w:hAnsi="Open Sans" w:cs="Open Sans"/>
                <w:b/>
              </w:rPr>
              <w:t xml:space="preserve"> / </w:t>
            </w:r>
            <w:proofErr w:type="spellStart"/>
            <w:r w:rsidRPr="008069B2">
              <w:rPr>
                <w:rFonts w:ascii="Open Sans" w:hAnsi="Open Sans" w:cs="Open Sans"/>
                <w:b/>
              </w:rPr>
              <w:t>Unternehmen</w:t>
            </w:r>
            <w:proofErr w:type="spellEnd"/>
          </w:p>
        </w:tc>
        <w:tc>
          <w:tcPr>
            <w:tcW w:w="2835" w:type="dxa"/>
            <w:shd w:val="clear" w:color="auto" w:fill="D9EAF7"/>
          </w:tcPr>
          <w:p w14:paraId="2C065356" w14:textId="77777777" w:rsidR="00101DEC" w:rsidRPr="008069B2" w:rsidRDefault="001D461A">
            <w:pPr>
              <w:rPr>
                <w:rFonts w:ascii="Open Sans" w:hAnsi="Open Sans" w:cs="Open Sans"/>
              </w:rPr>
            </w:pPr>
            <w:r w:rsidRPr="008069B2">
              <w:rPr>
                <w:rFonts w:ascii="Open Sans" w:hAnsi="Open Sans" w:cs="Open Sans"/>
                <w:b/>
              </w:rPr>
              <w:t xml:space="preserve">Anlage </w:t>
            </w:r>
            <w:proofErr w:type="spellStart"/>
            <w:r w:rsidRPr="008069B2">
              <w:rPr>
                <w:rFonts w:ascii="Open Sans" w:hAnsi="Open Sans" w:cs="Open Sans"/>
                <w:b/>
              </w:rPr>
              <w:t>Profil</w:t>
            </w:r>
            <w:proofErr w:type="spellEnd"/>
            <w:r w:rsidRPr="008069B2">
              <w:rPr>
                <w:rFonts w:ascii="Open Sans" w:hAnsi="Open Sans" w:cs="Open Sans"/>
                <w:b/>
              </w:rPr>
              <w:t xml:space="preserve"> / </w:t>
            </w:r>
            <w:proofErr w:type="spellStart"/>
            <w:r w:rsidRPr="008069B2">
              <w:rPr>
                <w:rFonts w:ascii="Open Sans" w:hAnsi="Open Sans" w:cs="Open Sans"/>
                <w:b/>
              </w:rPr>
              <w:t>Lebenslauf</w:t>
            </w:r>
            <w:proofErr w:type="spellEnd"/>
          </w:p>
        </w:tc>
      </w:tr>
      <w:tr w:rsidR="00101DEC" w:rsidRPr="008069B2" w14:paraId="089B584C" w14:textId="77777777">
        <w:trPr>
          <w:jc w:val="center"/>
        </w:trPr>
        <w:tc>
          <w:tcPr>
            <w:tcW w:w="567" w:type="dxa"/>
          </w:tcPr>
          <w:p w14:paraId="6BEFCB3E" w14:textId="77777777" w:rsidR="00101DEC" w:rsidRPr="008069B2" w:rsidRDefault="001D461A">
            <w:pPr>
              <w:rPr>
                <w:rFonts w:ascii="Open Sans" w:hAnsi="Open Sans" w:cs="Open Sans"/>
              </w:rPr>
            </w:pPr>
            <w:r w:rsidRPr="008069B2">
              <w:rPr>
                <w:rFonts w:ascii="Open Sans" w:hAnsi="Open Sans" w:cs="Open Sans"/>
              </w:rPr>
              <w:t>1</w:t>
            </w:r>
          </w:p>
        </w:tc>
        <w:tc>
          <w:tcPr>
            <w:tcW w:w="5102" w:type="dxa"/>
          </w:tcPr>
          <w:p w14:paraId="6954F75E" w14:textId="77777777" w:rsidR="00101DEC" w:rsidRPr="008069B2" w:rsidRDefault="001D461A">
            <w:pPr>
              <w:rPr>
                <w:rFonts w:ascii="Open Sans" w:hAnsi="Open Sans" w:cs="Open Sans"/>
                <w:lang w:val="de-DE"/>
              </w:rPr>
            </w:pPr>
            <w:r w:rsidRPr="008069B2">
              <w:rPr>
                <w:rFonts w:ascii="Open Sans" w:hAnsi="Open Sans" w:cs="Open Sans"/>
                <w:lang w:val="de-DE"/>
              </w:rPr>
              <w:t xml:space="preserve">SAP Solution </w:t>
            </w:r>
            <w:proofErr w:type="spellStart"/>
            <w:r w:rsidRPr="008069B2">
              <w:rPr>
                <w:rFonts w:ascii="Open Sans" w:hAnsi="Open Sans" w:cs="Open Sans"/>
                <w:lang w:val="de-DE"/>
              </w:rPr>
              <w:t>Architect</w:t>
            </w:r>
            <w:proofErr w:type="spellEnd"/>
            <w:r w:rsidRPr="008069B2">
              <w:rPr>
                <w:rFonts w:ascii="Open Sans" w:hAnsi="Open Sans" w:cs="Open Sans"/>
                <w:lang w:val="de-DE"/>
              </w:rPr>
              <w:t xml:space="preserve"> mit Schwerpunkt Logistikprozesse SAP und SAP-Schnittstellen</w:t>
            </w:r>
          </w:p>
        </w:tc>
        <w:tc>
          <w:tcPr>
            <w:tcW w:w="2835" w:type="dxa"/>
          </w:tcPr>
          <w:p w14:paraId="7BA2B613" w14:textId="77777777" w:rsidR="00101DEC" w:rsidRPr="008069B2" w:rsidRDefault="00101DEC">
            <w:pPr>
              <w:rPr>
                <w:rFonts w:ascii="Open Sans" w:hAnsi="Open Sans" w:cs="Open Sans"/>
                <w:lang w:val="de-DE"/>
              </w:rPr>
            </w:pPr>
          </w:p>
        </w:tc>
        <w:tc>
          <w:tcPr>
            <w:tcW w:w="2835" w:type="dxa"/>
          </w:tcPr>
          <w:p w14:paraId="2C2FEA71" w14:textId="77777777" w:rsidR="00101DEC" w:rsidRPr="008069B2" w:rsidRDefault="00101DEC">
            <w:pPr>
              <w:rPr>
                <w:rFonts w:ascii="Open Sans" w:hAnsi="Open Sans" w:cs="Open Sans"/>
                <w:lang w:val="de-DE"/>
              </w:rPr>
            </w:pPr>
          </w:p>
        </w:tc>
        <w:tc>
          <w:tcPr>
            <w:tcW w:w="2835" w:type="dxa"/>
          </w:tcPr>
          <w:p w14:paraId="4541CE7D" w14:textId="77777777" w:rsidR="00101DEC" w:rsidRPr="008069B2" w:rsidRDefault="00101DEC">
            <w:pPr>
              <w:rPr>
                <w:rFonts w:ascii="Open Sans" w:hAnsi="Open Sans" w:cs="Open Sans"/>
                <w:lang w:val="de-DE"/>
              </w:rPr>
            </w:pPr>
          </w:p>
        </w:tc>
      </w:tr>
    </w:tbl>
    <w:p w14:paraId="4A9708A4" w14:textId="77777777" w:rsidR="00101DEC" w:rsidRPr="008069B2" w:rsidRDefault="00101DEC">
      <w:pPr>
        <w:rPr>
          <w:rFonts w:ascii="Open Sans" w:hAnsi="Open Sans" w:cs="Open Sans"/>
          <w:lang w:val="de-DE"/>
        </w:rPr>
      </w:pPr>
    </w:p>
    <w:p w14:paraId="1F335BCA" w14:textId="77777777" w:rsidR="00101DEC" w:rsidRPr="008069B2" w:rsidRDefault="001D461A">
      <w:pPr>
        <w:pStyle w:val="berschrift1"/>
        <w:rPr>
          <w:rFonts w:ascii="Open Sans" w:hAnsi="Open Sans" w:cs="Open Sans"/>
        </w:rPr>
      </w:pPr>
      <w:r w:rsidRPr="008069B2">
        <w:rPr>
          <w:rFonts w:ascii="Open Sans" w:hAnsi="Open Sans" w:cs="Open Sans"/>
        </w:rPr>
        <w:t xml:space="preserve">2. Allgemeine </w:t>
      </w:r>
      <w:proofErr w:type="spellStart"/>
      <w:r w:rsidRPr="008069B2">
        <w:rPr>
          <w:rFonts w:ascii="Open Sans" w:hAnsi="Open Sans" w:cs="Open Sans"/>
        </w:rPr>
        <w:t>Erklärung</w:t>
      </w:r>
      <w:proofErr w:type="spellEnd"/>
      <w:r w:rsidRPr="008069B2">
        <w:rPr>
          <w:rFonts w:ascii="Open Sans" w:hAnsi="Open Sans" w:cs="Open Sans"/>
        </w:rPr>
        <w:t xml:space="preserve"> </w:t>
      </w:r>
      <w:proofErr w:type="spellStart"/>
      <w:r w:rsidRPr="008069B2">
        <w:rPr>
          <w:rFonts w:ascii="Open Sans" w:hAnsi="Open Sans" w:cs="Open Sans"/>
        </w:rPr>
        <w:t>zum</w:t>
      </w:r>
      <w:proofErr w:type="spellEnd"/>
      <w:r w:rsidRPr="008069B2">
        <w:rPr>
          <w:rFonts w:ascii="Open Sans" w:hAnsi="Open Sans" w:cs="Open Sans"/>
        </w:rPr>
        <w:t xml:space="preserve"> </w:t>
      </w:r>
      <w:proofErr w:type="spellStart"/>
      <w:r w:rsidRPr="008069B2">
        <w:rPr>
          <w:rFonts w:ascii="Open Sans" w:hAnsi="Open Sans" w:cs="Open Sans"/>
        </w:rPr>
        <w:t>Personaleinsatz</w:t>
      </w:r>
      <w:proofErr w:type="spellEnd"/>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9638"/>
        <w:gridCol w:w="4535"/>
      </w:tblGrid>
      <w:tr w:rsidR="00101DEC" w:rsidRPr="008069B2" w14:paraId="10711FEE" w14:textId="77777777">
        <w:trPr>
          <w:tblHeader/>
          <w:jc w:val="center"/>
        </w:trPr>
        <w:tc>
          <w:tcPr>
            <w:tcW w:w="9638" w:type="dxa"/>
            <w:shd w:val="clear" w:color="auto" w:fill="D9EAF7"/>
          </w:tcPr>
          <w:p w14:paraId="1055108E" w14:textId="77777777" w:rsidR="00101DEC" w:rsidRPr="008069B2" w:rsidRDefault="001D461A">
            <w:pPr>
              <w:rPr>
                <w:rFonts w:ascii="Open Sans" w:hAnsi="Open Sans" w:cs="Open Sans"/>
              </w:rPr>
            </w:pPr>
            <w:proofErr w:type="spellStart"/>
            <w:r w:rsidRPr="008069B2">
              <w:rPr>
                <w:rFonts w:ascii="Open Sans" w:hAnsi="Open Sans" w:cs="Open Sans"/>
                <w:b/>
              </w:rPr>
              <w:t>Erklärung</w:t>
            </w:r>
            <w:proofErr w:type="spellEnd"/>
          </w:p>
        </w:tc>
        <w:tc>
          <w:tcPr>
            <w:tcW w:w="4535" w:type="dxa"/>
            <w:shd w:val="clear" w:color="auto" w:fill="D9EAF7"/>
          </w:tcPr>
          <w:p w14:paraId="2A68C598" w14:textId="77777777" w:rsidR="00101DEC" w:rsidRPr="008069B2" w:rsidRDefault="001D461A">
            <w:pPr>
              <w:rPr>
                <w:rFonts w:ascii="Open Sans" w:hAnsi="Open Sans" w:cs="Open Sans"/>
              </w:rPr>
            </w:pPr>
            <w:proofErr w:type="spellStart"/>
            <w:r w:rsidRPr="008069B2">
              <w:rPr>
                <w:rFonts w:ascii="Open Sans" w:hAnsi="Open Sans" w:cs="Open Sans"/>
                <w:b/>
              </w:rPr>
              <w:t>Antwort</w:t>
            </w:r>
            <w:proofErr w:type="spellEnd"/>
            <w:r w:rsidRPr="008069B2">
              <w:rPr>
                <w:rFonts w:ascii="Open Sans" w:hAnsi="Open Sans" w:cs="Open Sans"/>
                <w:b/>
              </w:rPr>
              <w:t xml:space="preserve"> / </w:t>
            </w:r>
            <w:proofErr w:type="spellStart"/>
            <w:r w:rsidRPr="008069B2">
              <w:rPr>
                <w:rFonts w:ascii="Open Sans" w:hAnsi="Open Sans" w:cs="Open Sans"/>
                <w:b/>
              </w:rPr>
              <w:t>Bestätigung</w:t>
            </w:r>
            <w:proofErr w:type="spellEnd"/>
            <w:r w:rsidRPr="008069B2">
              <w:rPr>
                <w:rFonts w:ascii="Open Sans" w:hAnsi="Open Sans" w:cs="Open Sans"/>
                <w:b/>
              </w:rPr>
              <w:t xml:space="preserve"> des </w:t>
            </w:r>
            <w:proofErr w:type="spellStart"/>
            <w:r w:rsidRPr="008069B2">
              <w:rPr>
                <w:rFonts w:ascii="Open Sans" w:hAnsi="Open Sans" w:cs="Open Sans"/>
                <w:b/>
              </w:rPr>
              <w:t>Bieters</w:t>
            </w:r>
            <w:proofErr w:type="spellEnd"/>
          </w:p>
        </w:tc>
      </w:tr>
      <w:tr w:rsidR="00101DEC" w:rsidRPr="008069B2" w14:paraId="6FB81CD2" w14:textId="77777777">
        <w:trPr>
          <w:jc w:val="center"/>
        </w:trPr>
        <w:tc>
          <w:tcPr>
            <w:tcW w:w="9638" w:type="dxa"/>
          </w:tcPr>
          <w:p w14:paraId="5EE29A6B" w14:textId="77777777" w:rsidR="00101DEC" w:rsidRPr="008069B2" w:rsidRDefault="001D461A">
            <w:pPr>
              <w:rPr>
                <w:rFonts w:ascii="Open Sans" w:hAnsi="Open Sans" w:cs="Open Sans"/>
                <w:lang w:val="de-DE"/>
              </w:rPr>
            </w:pPr>
            <w:r w:rsidRPr="008069B2">
              <w:rPr>
                <w:rFonts w:ascii="Open Sans" w:hAnsi="Open Sans" w:cs="Open Sans"/>
                <w:lang w:val="de-DE"/>
              </w:rPr>
              <w:t>Der Bieter erklärt, dass die im Angebot benannten Personen für die jeweilige Rolle vorgesehen sind und grundsätzlich für die Leistungserbringung zur Verfügung stehen.</w:t>
            </w:r>
          </w:p>
        </w:tc>
        <w:tc>
          <w:tcPr>
            <w:tcW w:w="4535" w:type="dxa"/>
          </w:tcPr>
          <w:p w14:paraId="364AD41D" w14:textId="77777777" w:rsidR="00101DEC" w:rsidRPr="008069B2" w:rsidRDefault="00101DEC">
            <w:pPr>
              <w:rPr>
                <w:rFonts w:ascii="Open Sans" w:hAnsi="Open Sans" w:cs="Open Sans"/>
                <w:lang w:val="de-DE"/>
              </w:rPr>
            </w:pPr>
          </w:p>
        </w:tc>
      </w:tr>
      <w:tr w:rsidR="00101DEC" w:rsidRPr="008069B2" w14:paraId="5BBD5633" w14:textId="77777777">
        <w:trPr>
          <w:jc w:val="center"/>
        </w:trPr>
        <w:tc>
          <w:tcPr>
            <w:tcW w:w="9638" w:type="dxa"/>
          </w:tcPr>
          <w:p w14:paraId="05369EA7" w14:textId="77777777" w:rsidR="00101DEC" w:rsidRPr="008069B2" w:rsidRDefault="001D461A">
            <w:pPr>
              <w:rPr>
                <w:rFonts w:ascii="Open Sans" w:hAnsi="Open Sans" w:cs="Open Sans"/>
              </w:rPr>
            </w:pPr>
            <w:r w:rsidRPr="008069B2">
              <w:rPr>
                <w:rFonts w:ascii="Open Sans" w:hAnsi="Open Sans" w:cs="Open Sans"/>
                <w:lang w:val="de-DE"/>
              </w:rPr>
              <w:t xml:space="preserve">Ein Austausch benannter Personen erfolgt nur aus wichtigem Grund und nur mit vorheriger Zustimmung des Auftraggebers. </w:t>
            </w:r>
            <w:proofErr w:type="spellStart"/>
            <w:r w:rsidRPr="008069B2">
              <w:rPr>
                <w:rFonts w:ascii="Open Sans" w:hAnsi="Open Sans" w:cs="Open Sans"/>
              </w:rPr>
              <w:t>Ersatzpersonen</w:t>
            </w:r>
            <w:proofErr w:type="spellEnd"/>
            <w:r w:rsidRPr="008069B2">
              <w:rPr>
                <w:rFonts w:ascii="Open Sans" w:hAnsi="Open Sans" w:cs="Open Sans"/>
              </w:rPr>
              <w:t xml:space="preserve"> </w:t>
            </w:r>
            <w:proofErr w:type="spellStart"/>
            <w:r w:rsidRPr="008069B2">
              <w:rPr>
                <w:rFonts w:ascii="Open Sans" w:hAnsi="Open Sans" w:cs="Open Sans"/>
              </w:rPr>
              <w:t>müssen</w:t>
            </w:r>
            <w:proofErr w:type="spellEnd"/>
            <w:r w:rsidRPr="008069B2">
              <w:rPr>
                <w:rFonts w:ascii="Open Sans" w:hAnsi="Open Sans" w:cs="Open Sans"/>
              </w:rPr>
              <w:t xml:space="preserve"> </w:t>
            </w:r>
            <w:proofErr w:type="spellStart"/>
            <w:r w:rsidRPr="008069B2">
              <w:rPr>
                <w:rFonts w:ascii="Open Sans" w:hAnsi="Open Sans" w:cs="Open Sans"/>
              </w:rPr>
              <w:t>mindestens</w:t>
            </w:r>
            <w:proofErr w:type="spellEnd"/>
            <w:r w:rsidRPr="008069B2">
              <w:rPr>
                <w:rFonts w:ascii="Open Sans" w:hAnsi="Open Sans" w:cs="Open Sans"/>
              </w:rPr>
              <w:t xml:space="preserve"> </w:t>
            </w:r>
            <w:proofErr w:type="spellStart"/>
            <w:r w:rsidRPr="008069B2">
              <w:rPr>
                <w:rFonts w:ascii="Open Sans" w:hAnsi="Open Sans" w:cs="Open Sans"/>
              </w:rPr>
              <w:t>gleichwertig</w:t>
            </w:r>
            <w:proofErr w:type="spellEnd"/>
            <w:r w:rsidRPr="008069B2">
              <w:rPr>
                <w:rFonts w:ascii="Open Sans" w:hAnsi="Open Sans" w:cs="Open Sans"/>
              </w:rPr>
              <w:t xml:space="preserve"> </w:t>
            </w:r>
            <w:proofErr w:type="spellStart"/>
            <w:r w:rsidRPr="008069B2">
              <w:rPr>
                <w:rFonts w:ascii="Open Sans" w:hAnsi="Open Sans" w:cs="Open Sans"/>
              </w:rPr>
              <w:t>qualifiziert</w:t>
            </w:r>
            <w:proofErr w:type="spellEnd"/>
            <w:r w:rsidRPr="008069B2">
              <w:rPr>
                <w:rFonts w:ascii="Open Sans" w:hAnsi="Open Sans" w:cs="Open Sans"/>
              </w:rPr>
              <w:t xml:space="preserve"> sein.</w:t>
            </w:r>
          </w:p>
        </w:tc>
        <w:tc>
          <w:tcPr>
            <w:tcW w:w="4535" w:type="dxa"/>
          </w:tcPr>
          <w:p w14:paraId="1B71119C" w14:textId="77777777" w:rsidR="00101DEC" w:rsidRPr="008069B2" w:rsidRDefault="00101DEC">
            <w:pPr>
              <w:rPr>
                <w:rFonts w:ascii="Open Sans" w:hAnsi="Open Sans" w:cs="Open Sans"/>
              </w:rPr>
            </w:pPr>
          </w:p>
        </w:tc>
      </w:tr>
      <w:tr w:rsidR="00101DEC" w:rsidRPr="008069B2" w14:paraId="14DB3A53" w14:textId="77777777">
        <w:trPr>
          <w:jc w:val="center"/>
        </w:trPr>
        <w:tc>
          <w:tcPr>
            <w:tcW w:w="9638" w:type="dxa"/>
          </w:tcPr>
          <w:p w14:paraId="09A0DC24" w14:textId="77777777" w:rsidR="00101DEC" w:rsidRPr="008069B2" w:rsidRDefault="001D461A">
            <w:pPr>
              <w:rPr>
                <w:rFonts w:ascii="Open Sans" w:hAnsi="Open Sans" w:cs="Open Sans"/>
                <w:lang w:val="de-DE"/>
              </w:rPr>
            </w:pPr>
            <w:r w:rsidRPr="008069B2">
              <w:rPr>
                <w:rFonts w:ascii="Open Sans" w:hAnsi="Open Sans" w:cs="Open Sans"/>
                <w:lang w:val="de-DE"/>
              </w:rPr>
              <w:t>Für alle Personen, die Zugang zu nicht allgemein zugänglichen Informationen oder Systemen erhalten sollen, wird die Bereitschaft zur Sicherheitsüberprüfung nach E8 erklärt.</w:t>
            </w:r>
          </w:p>
        </w:tc>
        <w:tc>
          <w:tcPr>
            <w:tcW w:w="4535" w:type="dxa"/>
          </w:tcPr>
          <w:p w14:paraId="7B29FCFC" w14:textId="77777777" w:rsidR="00101DEC" w:rsidRPr="008069B2" w:rsidRDefault="00101DEC">
            <w:pPr>
              <w:rPr>
                <w:rFonts w:ascii="Open Sans" w:hAnsi="Open Sans" w:cs="Open Sans"/>
                <w:lang w:val="de-DE"/>
              </w:rPr>
            </w:pPr>
          </w:p>
        </w:tc>
      </w:tr>
    </w:tbl>
    <w:p w14:paraId="39592F7C" w14:textId="77777777" w:rsidR="00101DEC" w:rsidRPr="008069B2" w:rsidRDefault="00101DEC">
      <w:pPr>
        <w:rPr>
          <w:rFonts w:ascii="Open Sans" w:hAnsi="Open Sans" w:cs="Open Sans"/>
          <w:lang w:val="de-DE"/>
        </w:rPr>
      </w:pPr>
    </w:p>
    <w:p w14:paraId="2D7F7DC4" w14:textId="77777777" w:rsidR="00101DEC" w:rsidRPr="008069B2" w:rsidRDefault="001D461A">
      <w:pPr>
        <w:rPr>
          <w:rFonts w:ascii="Open Sans" w:hAnsi="Open Sans" w:cs="Open Sans"/>
          <w:lang w:val="de-DE"/>
        </w:rPr>
      </w:pPr>
      <w:r w:rsidRPr="008069B2">
        <w:rPr>
          <w:rFonts w:ascii="Open Sans" w:hAnsi="Open Sans" w:cs="Open Sans"/>
          <w:lang w:val="de-DE"/>
        </w:rPr>
        <w:br w:type="page"/>
      </w:r>
    </w:p>
    <w:p w14:paraId="0F089A41" w14:textId="77777777" w:rsidR="00101DEC" w:rsidRPr="008069B2" w:rsidRDefault="001D461A">
      <w:pPr>
        <w:pStyle w:val="berschrift1"/>
        <w:rPr>
          <w:rFonts w:ascii="Open Sans" w:hAnsi="Open Sans" w:cs="Open Sans"/>
          <w:lang w:val="de-DE"/>
        </w:rPr>
      </w:pPr>
      <w:r w:rsidRPr="008069B2">
        <w:rPr>
          <w:rFonts w:ascii="Open Sans" w:hAnsi="Open Sans" w:cs="Open Sans"/>
          <w:lang w:val="de-DE"/>
        </w:rPr>
        <w:lastRenderedPageBreak/>
        <w:t xml:space="preserve">Profilblatt - Los 2: SAP Solution </w:t>
      </w:r>
      <w:proofErr w:type="spellStart"/>
      <w:r w:rsidRPr="008069B2">
        <w:rPr>
          <w:rFonts w:ascii="Open Sans" w:hAnsi="Open Sans" w:cs="Open Sans"/>
          <w:lang w:val="de-DE"/>
        </w:rPr>
        <w:t>Architect</w:t>
      </w:r>
      <w:proofErr w:type="spellEnd"/>
      <w:r w:rsidRPr="008069B2">
        <w:rPr>
          <w:rFonts w:ascii="Open Sans" w:hAnsi="Open Sans" w:cs="Open Sans"/>
          <w:lang w:val="de-DE"/>
        </w:rPr>
        <w:t xml:space="preserve"> mit Schwerpunkt Logistikprozesse SAP und SAP-Schnittstellen</w:t>
      </w:r>
    </w:p>
    <w:p w14:paraId="58125F1E" w14:textId="77777777" w:rsidR="00101DEC" w:rsidRPr="008069B2" w:rsidRDefault="001D461A">
      <w:pPr>
        <w:pStyle w:val="berschrift2"/>
        <w:rPr>
          <w:rFonts w:ascii="Open Sans" w:hAnsi="Open Sans" w:cs="Open Sans"/>
        </w:rPr>
      </w:pPr>
      <w:r w:rsidRPr="008069B2">
        <w:rPr>
          <w:rFonts w:ascii="Open Sans" w:hAnsi="Open Sans" w:cs="Open Sans"/>
        </w:rPr>
        <w:t xml:space="preserve">A. </w:t>
      </w:r>
      <w:proofErr w:type="spellStart"/>
      <w:r w:rsidRPr="008069B2">
        <w:rPr>
          <w:rFonts w:ascii="Open Sans" w:hAnsi="Open Sans" w:cs="Open Sans"/>
        </w:rPr>
        <w:t>Persönliche</w:t>
      </w:r>
      <w:proofErr w:type="spellEnd"/>
      <w:r w:rsidRPr="008069B2">
        <w:rPr>
          <w:rFonts w:ascii="Open Sans" w:hAnsi="Open Sans" w:cs="Open Sans"/>
        </w:rPr>
        <w:t xml:space="preserve"> </w:t>
      </w:r>
      <w:proofErr w:type="spellStart"/>
      <w:r w:rsidRPr="008069B2">
        <w:rPr>
          <w:rFonts w:ascii="Open Sans" w:hAnsi="Open Sans" w:cs="Open Sans"/>
        </w:rPr>
        <w:t>Angaben</w:t>
      </w:r>
      <w:proofErr w:type="spellEnd"/>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969"/>
        <w:gridCol w:w="10205"/>
      </w:tblGrid>
      <w:tr w:rsidR="00101DEC" w:rsidRPr="008069B2" w14:paraId="7D1B884D" w14:textId="77777777">
        <w:trPr>
          <w:tblHeader/>
          <w:jc w:val="center"/>
        </w:trPr>
        <w:tc>
          <w:tcPr>
            <w:tcW w:w="3969" w:type="dxa"/>
            <w:shd w:val="clear" w:color="auto" w:fill="D9EAF7"/>
          </w:tcPr>
          <w:p w14:paraId="53D7E1E1" w14:textId="77777777" w:rsidR="00101DEC" w:rsidRPr="008069B2" w:rsidRDefault="001D461A">
            <w:pPr>
              <w:rPr>
                <w:rFonts w:ascii="Open Sans" w:hAnsi="Open Sans" w:cs="Open Sans"/>
              </w:rPr>
            </w:pPr>
            <w:r w:rsidRPr="008069B2">
              <w:rPr>
                <w:rFonts w:ascii="Open Sans" w:hAnsi="Open Sans" w:cs="Open Sans"/>
                <w:b/>
              </w:rPr>
              <w:t>Feld</w:t>
            </w:r>
          </w:p>
        </w:tc>
        <w:tc>
          <w:tcPr>
            <w:tcW w:w="10205" w:type="dxa"/>
            <w:shd w:val="clear" w:color="auto" w:fill="D9EAF7"/>
          </w:tcPr>
          <w:p w14:paraId="1C0168BB" w14:textId="77777777" w:rsidR="00101DEC" w:rsidRPr="008069B2" w:rsidRDefault="001D461A">
            <w:pPr>
              <w:rPr>
                <w:rFonts w:ascii="Open Sans" w:hAnsi="Open Sans" w:cs="Open Sans"/>
              </w:rPr>
            </w:pPr>
            <w:proofErr w:type="spellStart"/>
            <w:r w:rsidRPr="008069B2">
              <w:rPr>
                <w:rFonts w:ascii="Open Sans" w:hAnsi="Open Sans" w:cs="Open Sans"/>
                <w:b/>
              </w:rPr>
              <w:t>Angabe</w:t>
            </w:r>
            <w:proofErr w:type="spellEnd"/>
            <w:r w:rsidRPr="008069B2">
              <w:rPr>
                <w:rFonts w:ascii="Open Sans" w:hAnsi="Open Sans" w:cs="Open Sans"/>
                <w:b/>
              </w:rPr>
              <w:t xml:space="preserve"> des </w:t>
            </w:r>
            <w:proofErr w:type="spellStart"/>
            <w:r w:rsidRPr="008069B2">
              <w:rPr>
                <w:rFonts w:ascii="Open Sans" w:hAnsi="Open Sans" w:cs="Open Sans"/>
                <w:b/>
              </w:rPr>
              <w:t>Bieters</w:t>
            </w:r>
            <w:proofErr w:type="spellEnd"/>
          </w:p>
        </w:tc>
      </w:tr>
      <w:tr w:rsidR="00101DEC" w:rsidRPr="008069B2" w14:paraId="09CE5D0D" w14:textId="77777777">
        <w:trPr>
          <w:jc w:val="center"/>
        </w:trPr>
        <w:tc>
          <w:tcPr>
            <w:tcW w:w="3969" w:type="dxa"/>
          </w:tcPr>
          <w:p w14:paraId="2448DEEC" w14:textId="77777777" w:rsidR="00101DEC" w:rsidRPr="008069B2" w:rsidRDefault="001D461A">
            <w:pPr>
              <w:rPr>
                <w:rFonts w:ascii="Open Sans" w:hAnsi="Open Sans" w:cs="Open Sans"/>
              </w:rPr>
            </w:pPr>
            <w:r w:rsidRPr="008069B2">
              <w:rPr>
                <w:rFonts w:ascii="Open Sans" w:hAnsi="Open Sans" w:cs="Open Sans"/>
              </w:rPr>
              <w:t xml:space="preserve">Name der </w:t>
            </w:r>
            <w:proofErr w:type="spellStart"/>
            <w:r w:rsidRPr="008069B2">
              <w:rPr>
                <w:rFonts w:ascii="Open Sans" w:hAnsi="Open Sans" w:cs="Open Sans"/>
              </w:rPr>
              <w:t>vorgesehenen</w:t>
            </w:r>
            <w:proofErr w:type="spellEnd"/>
            <w:r w:rsidRPr="008069B2">
              <w:rPr>
                <w:rFonts w:ascii="Open Sans" w:hAnsi="Open Sans" w:cs="Open Sans"/>
              </w:rPr>
              <w:t xml:space="preserve"> Person</w:t>
            </w:r>
          </w:p>
        </w:tc>
        <w:tc>
          <w:tcPr>
            <w:tcW w:w="10205" w:type="dxa"/>
          </w:tcPr>
          <w:p w14:paraId="1A9CBB69" w14:textId="77777777" w:rsidR="00101DEC" w:rsidRPr="008069B2" w:rsidRDefault="00101DEC">
            <w:pPr>
              <w:rPr>
                <w:rFonts w:ascii="Open Sans" w:hAnsi="Open Sans" w:cs="Open Sans"/>
              </w:rPr>
            </w:pPr>
          </w:p>
        </w:tc>
      </w:tr>
      <w:tr w:rsidR="00101DEC" w:rsidRPr="008069B2" w14:paraId="6CEBB872" w14:textId="77777777">
        <w:trPr>
          <w:jc w:val="center"/>
        </w:trPr>
        <w:tc>
          <w:tcPr>
            <w:tcW w:w="3969" w:type="dxa"/>
          </w:tcPr>
          <w:p w14:paraId="4CD46E26" w14:textId="77777777" w:rsidR="00101DEC" w:rsidRPr="008069B2" w:rsidRDefault="001D461A">
            <w:pPr>
              <w:rPr>
                <w:rFonts w:ascii="Open Sans" w:hAnsi="Open Sans" w:cs="Open Sans"/>
              </w:rPr>
            </w:pPr>
            <w:r w:rsidRPr="008069B2">
              <w:rPr>
                <w:rFonts w:ascii="Open Sans" w:hAnsi="Open Sans" w:cs="Open Sans"/>
              </w:rPr>
              <w:t xml:space="preserve">Rolle </w:t>
            </w:r>
            <w:proofErr w:type="spellStart"/>
            <w:r w:rsidRPr="008069B2">
              <w:rPr>
                <w:rFonts w:ascii="Open Sans" w:hAnsi="Open Sans" w:cs="Open Sans"/>
              </w:rPr>
              <w:t>im</w:t>
            </w:r>
            <w:proofErr w:type="spellEnd"/>
            <w:r w:rsidRPr="008069B2">
              <w:rPr>
                <w:rFonts w:ascii="Open Sans" w:hAnsi="Open Sans" w:cs="Open Sans"/>
              </w:rPr>
              <w:t xml:space="preserve"> </w:t>
            </w:r>
            <w:proofErr w:type="spellStart"/>
            <w:r w:rsidRPr="008069B2">
              <w:rPr>
                <w:rFonts w:ascii="Open Sans" w:hAnsi="Open Sans" w:cs="Open Sans"/>
              </w:rPr>
              <w:t>Angebot</w:t>
            </w:r>
            <w:proofErr w:type="spellEnd"/>
          </w:p>
        </w:tc>
        <w:tc>
          <w:tcPr>
            <w:tcW w:w="10205" w:type="dxa"/>
          </w:tcPr>
          <w:p w14:paraId="0C928B03" w14:textId="77777777" w:rsidR="00101DEC" w:rsidRPr="008069B2" w:rsidRDefault="001D461A">
            <w:pPr>
              <w:rPr>
                <w:rFonts w:ascii="Open Sans" w:hAnsi="Open Sans" w:cs="Open Sans"/>
                <w:lang w:val="de-DE"/>
              </w:rPr>
            </w:pPr>
            <w:r w:rsidRPr="008069B2">
              <w:rPr>
                <w:rFonts w:ascii="Open Sans" w:hAnsi="Open Sans" w:cs="Open Sans"/>
                <w:lang w:val="de-DE"/>
              </w:rPr>
              <w:t xml:space="preserve">SAP Solution </w:t>
            </w:r>
            <w:proofErr w:type="spellStart"/>
            <w:r w:rsidRPr="008069B2">
              <w:rPr>
                <w:rFonts w:ascii="Open Sans" w:hAnsi="Open Sans" w:cs="Open Sans"/>
                <w:lang w:val="de-DE"/>
              </w:rPr>
              <w:t>Architect</w:t>
            </w:r>
            <w:proofErr w:type="spellEnd"/>
            <w:r w:rsidRPr="008069B2">
              <w:rPr>
                <w:rFonts w:ascii="Open Sans" w:hAnsi="Open Sans" w:cs="Open Sans"/>
                <w:lang w:val="de-DE"/>
              </w:rPr>
              <w:t xml:space="preserve"> mit Schwerpunkt Logistikprozesse SAP und SAP-Schnittstellen</w:t>
            </w:r>
          </w:p>
        </w:tc>
      </w:tr>
      <w:tr w:rsidR="00101DEC" w:rsidRPr="008069B2" w14:paraId="11C87246" w14:textId="77777777">
        <w:trPr>
          <w:jc w:val="center"/>
        </w:trPr>
        <w:tc>
          <w:tcPr>
            <w:tcW w:w="3969" w:type="dxa"/>
          </w:tcPr>
          <w:p w14:paraId="2A0FDCC2" w14:textId="77777777" w:rsidR="00101DEC" w:rsidRPr="008069B2" w:rsidRDefault="001D461A">
            <w:pPr>
              <w:rPr>
                <w:rFonts w:ascii="Open Sans" w:hAnsi="Open Sans" w:cs="Open Sans"/>
              </w:rPr>
            </w:pPr>
            <w:proofErr w:type="spellStart"/>
            <w:r w:rsidRPr="008069B2">
              <w:rPr>
                <w:rFonts w:ascii="Open Sans" w:hAnsi="Open Sans" w:cs="Open Sans"/>
              </w:rPr>
              <w:t>Beschäftigt</w:t>
            </w:r>
            <w:proofErr w:type="spellEnd"/>
            <w:r w:rsidRPr="008069B2">
              <w:rPr>
                <w:rFonts w:ascii="Open Sans" w:hAnsi="Open Sans" w:cs="Open Sans"/>
              </w:rPr>
              <w:t xml:space="preserve"> </w:t>
            </w:r>
            <w:proofErr w:type="spellStart"/>
            <w:r w:rsidRPr="008069B2">
              <w:rPr>
                <w:rFonts w:ascii="Open Sans" w:hAnsi="Open Sans" w:cs="Open Sans"/>
              </w:rPr>
              <w:t>bei</w:t>
            </w:r>
            <w:proofErr w:type="spellEnd"/>
            <w:r w:rsidRPr="008069B2">
              <w:rPr>
                <w:rFonts w:ascii="Open Sans" w:hAnsi="Open Sans" w:cs="Open Sans"/>
              </w:rPr>
              <w:t xml:space="preserve"> / </w:t>
            </w:r>
            <w:proofErr w:type="spellStart"/>
            <w:r w:rsidRPr="008069B2">
              <w:rPr>
                <w:rFonts w:ascii="Open Sans" w:hAnsi="Open Sans" w:cs="Open Sans"/>
              </w:rPr>
              <w:t>Unternehmen</w:t>
            </w:r>
            <w:proofErr w:type="spellEnd"/>
          </w:p>
        </w:tc>
        <w:tc>
          <w:tcPr>
            <w:tcW w:w="10205" w:type="dxa"/>
          </w:tcPr>
          <w:p w14:paraId="3D94D552" w14:textId="77777777" w:rsidR="00101DEC" w:rsidRPr="008069B2" w:rsidRDefault="00101DEC">
            <w:pPr>
              <w:rPr>
                <w:rFonts w:ascii="Open Sans" w:hAnsi="Open Sans" w:cs="Open Sans"/>
              </w:rPr>
            </w:pPr>
          </w:p>
        </w:tc>
      </w:tr>
      <w:tr w:rsidR="00101DEC" w:rsidRPr="008069B2" w14:paraId="0B5FD912" w14:textId="77777777">
        <w:trPr>
          <w:jc w:val="center"/>
        </w:trPr>
        <w:tc>
          <w:tcPr>
            <w:tcW w:w="3969" w:type="dxa"/>
          </w:tcPr>
          <w:p w14:paraId="51D4A5D8" w14:textId="77777777" w:rsidR="00101DEC" w:rsidRPr="008069B2" w:rsidRDefault="001D461A">
            <w:pPr>
              <w:rPr>
                <w:rFonts w:ascii="Open Sans" w:hAnsi="Open Sans" w:cs="Open Sans"/>
                <w:lang w:val="de-DE"/>
              </w:rPr>
            </w:pPr>
            <w:r w:rsidRPr="008069B2">
              <w:rPr>
                <w:rFonts w:ascii="Open Sans" w:hAnsi="Open Sans" w:cs="Open Sans"/>
                <w:lang w:val="de-DE"/>
              </w:rPr>
              <w:t>Dort beschäftigt seit (MM/JJJJ)</w:t>
            </w:r>
          </w:p>
        </w:tc>
        <w:tc>
          <w:tcPr>
            <w:tcW w:w="10205" w:type="dxa"/>
          </w:tcPr>
          <w:p w14:paraId="65EB3512" w14:textId="77777777" w:rsidR="00101DEC" w:rsidRPr="008069B2" w:rsidRDefault="00101DEC">
            <w:pPr>
              <w:rPr>
                <w:rFonts w:ascii="Open Sans" w:hAnsi="Open Sans" w:cs="Open Sans"/>
                <w:lang w:val="de-DE"/>
              </w:rPr>
            </w:pPr>
          </w:p>
        </w:tc>
      </w:tr>
      <w:tr w:rsidR="00101DEC" w:rsidRPr="008069B2" w14:paraId="3CF3E634" w14:textId="77777777">
        <w:trPr>
          <w:jc w:val="center"/>
        </w:trPr>
        <w:tc>
          <w:tcPr>
            <w:tcW w:w="3969" w:type="dxa"/>
          </w:tcPr>
          <w:p w14:paraId="77173FBB" w14:textId="77777777" w:rsidR="00101DEC" w:rsidRPr="008069B2" w:rsidRDefault="001D461A">
            <w:pPr>
              <w:rPr>
                <w:rFonts w:ascii="Open Sans" w:hAnsi="Open Sans" w:cs="Open Sans"/>
              </w:rPr>
            </w:pPr>
            <w:proofErr w:type="spellStart"/>
            <w:r w:rsidRPr="008069B2">
              <w:rPr>
                <w:rFonts w:ascii="Open Sans" w:hAnsi="Open Sans" w:cs="Open Sans"/>
              </w:rPr>
              <w:t>Verfügbarkeit</w:t>
            </w:r>
            <w:proofErr w:type="spellEnd"/>
            <w:r w:rsidRPr="008069B2">
              <w:rPr>
                <w:rFonts w:ascii="Open Sans" w:hAnsi="Open Sans" w:cs="Open Sans"/>
              </w:rPr>
              <w:t xml:space="preserve"> / </w:t>
            </w:r>
            <w:proofErr w:type="spellStart"/>
            <w:r w:rsidRPr="008069B2">
              <w:rPr>
                <w:rFonts w:ascii="Open Sans" w:hAnsi="Open Sans" w:cs="Open Sans"/>
              </w:rPr>
              <w:t>vorgesehener</w:t>
            </w:r>
            <w:proofErr w:type="spellEnd"/>
            <w:r w:rsidRPr="008069B2">
              <w:rPr>
                <w:rFonts w:ascii="Open Sans" w:hAnsi="Open Sans" w:cs="Open Sans"/>
              </w:rPr>
              <w:t xml:space="preserve"> </w:t>
            </w:r>
            <w:proofErr w:type="spellStart"/>
            <w:r w:rsidRPr="008069B2">
              <w:rPr>
                <w:rFonts w:ascii="Open Sans" w:hAnsi="Open Sans" w:cs="Open Sans"/>
              </w:rPr>
              <w:t>Einsatzumfang</w:t>
            </w:r>
            <w:proofErr w:type="spellEnd"/>
          </w:p>
        </w:tc>
        <w:tc>
          <w:tcPr>
            <w:tcW w:w="10205" w:type="dxa"/>
          </w:tcPr>
          <w:p w14:paraId="51F4F1FA" w14:textId="77777777" w:rsidR="00101DEC" w:rsidRPr="008069B2" w:rsidRDefault="00101DEC">
            <w:pPr>
              <w:rPr>
                <w:rFonts w:ascii="Open Sans" w:hAnsi="Open Sans" w:cs="Open Sans"/>
              </w:rPr>
            </w:pPr>
          </w:p>
        </w:tc>
      </w:tr>
      <w:tr w:rsidR="00101DEC" w:rsidRPr="008069B2" w14:paraId="22634F18" w14:textId="77777777">
        <w:trPr>
          <w:jc w:val="center"/>
        </w:trPr>
        <w:tc>
          <w:tcPr>
            <w:tcW w:w="3969" w:type="dxa"/>
          </w:tcPr>
          <w:p w14:paraId="73D31F52" w14:textId="77777777" w:rsidR="00101DEC" w:rsidRPr="008069B2" w:rsidRDefault="001D461A">
            <w:pPr>
              <w:rPr>
                <w:rFonts w:ascii="Open Sans" w:hAnsi="Open Sans" w:cs="Open Sans"/>
              </w:rPr>
            </w:pPr>
            <w:proofErr w:type="spellStart"/>
            <w:r w:rsidRPr="008069B2">
              <w:rPr>
                <w:rFonts w:ascii="Open Sans" w:hAnsi="Open Sans" w:cs="Open Sans"/>
              </w:rPr>
              <w:t>Einschlägige</w:t>
            </w:r>
            <w:proofErr w:type="spellEnd"/>
            <w:r w:rsidRPr="008069B2">
              <w:rPr>
                <w:rFonts w:ascii="Open Sans" w:hAnsi="Open Sans" w:cs="Open Sans"/>
              </w:rPr>
              <w:t xml:space="preserve"> </w:t>
            </w:r>
            <w:proofErr w:type="spellStart"/>
            <w:r w:rsidRPr="008069B2">
              <w:rPr>
                <w:rFonts w:ascii="Open Sans" w:hAnsi="Open Sans" w:cs="Open Sans"/>
              </w:rPr>
              <w:t>Ausbildung</w:t>
            </w:r>
            <w:proofErr w:type="spellEnd"/>
            <w:r w:rsidRPr="008069B2">
              <w:rPr>
                <w:rFonts w:ascii="Open Sans" w:hAnsi="Open Sans" w:cs="Open Sans"/>
              </w:rPr>
              <w:t xml:space="preserve"> / Studium</w:t>
            </w:r>
          </w:p>
        </w:tc>
        <w:tc>
          <w:tcPr>
            <w:tcW w:w="10205" w:type="dxa"/>
          </w:tcPr>
          <w:p w14:paraId="0565831B" w14:textId="77777777" w:rsidR="00101DEC" w:rsidRPr="008069B2" w:rsidRDefault="00101DEC">
            <w:pPr>
              <w:rPr>
                <w:rFonts w:ascii="Open Sans" w:hAnsi="Open Sans" w:cs="Open Sans"/>
              </w:rPr>
            </w:pPr>
          </w:p>
        </w:tc>
      </w:tr>
      <w:tr w:rsidR="00101DEC" w:rsidRPr="008069B2" w14:paraId="6B13DF8F" w14:textId="77777777">
        <w:trPr>
          <w:jc w:val="center"/>
        </w:trPr>
        <w:tc>
          <w:tcPr>
            <w:tcW w:w="3969" w:type="dxa"/>
          </w:tcPr>
          <w:p w14:paraId="56DE0C9B" w14:textId="77777777" w:rsidR="00101DEC" w:rsidRPr="008069B2" w:rsidRDefault="001D461A">
            <w:pPr>
              <w:rPr>
                <w:rFonts w:ascii="Open Sans" w:hAnsi="Open Sans" w:cs="Open Sans"/>
              </w:rPr>
            </w:pPr>
            <w:proofErr w:type="spellStart"/>
            <w:r w:rsidRPr="008069B2">
              <w:rPr>
                <w:rFonts w:ascii="Open Sans" w:hAnsi="Open Sans" w:cs="Open Sans"/>
              </w:rPr>
              <w:t>Wesentliche</w:t>
            </w:r>
            <w:proofErr w:type="spellEnd"/>
            <w:r w:rsidRPr="008069B2">
              <w:rPr>
                <w:rFonts w:ascii="Open Sans" w:hAnsi="Open Sans" w:cs="Open Sans"/>
              </w:rPr>
              <w:t xml:space="preserve"> SAP-</w:t>
            </w:r>
            <w:proofErr w:type="spellStart"/>
            <w:r w:rsidRPr="008069B2">
              <w:rPr>
                <w:rFonts w:ascii="Open Sans" w:hAnsi="Open Sans" w:cs="Open Sans"/>
              </w:rPr>
              <w:t>Schwerpunkte</w:t>
            </w:r>
            <w:proofErr w:type="spellEnd"/>
          </w:p>
        </w:tc>
        <w:tc>
          <w:tcPr>
            <w:tcW w:w="10205" w:type="dxa"/>
          </w:tcPr>
          <w:p w14:paraId="1F967BB0" w14:textId="77777777" w:rsidR="00101DEC" w:rsidRPr="008069B2" w:rsidRDefault="00101DEC">
            <w:pPr>
              <w:rPr>
                <w:rFonts w:ascii="Open Sans" w:hAnsi="Open Sans" w:cs="Open Sans"/>
              </w:rPr>
            </w:pPr>
          </w:p>
        </w:tc>
      </w:tr>
      <w:tr w:rsidR="00101DEC" w:rsidRPr="008069B2" w14:paraId="15C9967F" w14:textId="77777777">
        <w:trPr>
          <w:jc w:val="center"/>
        </w:trPr>
        <w:tc>
          <w:tcPr>
            <w:tcW w:w="3969" w:type="dxa"/>
          </w:tcPr>
          <w:p w14:paraId="74745BDE" w14:textId="77777777" w:rsidR="00101DEC" w:rsidRPr="008069B2" w:rsidRDefault="001D461A">
            <w:pPr>
              <w:rPr>
                <w:rFonts w:ascii="Open Sans" w:hAnsi="Open Sans" w:cs="Open Sans"/>
              </w:rPr>
            </w:pPr>
            <w:proofErr w:type="spellStart"/>
            <w:r w:rsidRPr="008069B2">
              <w:rPr>
                <w:rFonts w:ascii="Open Sans" w:hAnsi="Open Sans" w:cs="Open Sans"/>
              </w:rPr>
              <w:t>Anlagenverweis</w:t>
            </w:r>
            <w:proofErr w:type="spellEnd"/>
            <w:r w:rsidRPr="008069B2">
              <w:rPr>
                <w:rFonts w:ascii="Open Sans" w:hAnsi="Open Sans" w:cs="Open Sans"/>
              </w:rPr>
              <w:t xml:space="preserve"> </w:t>
            </w:r>
            <w:proofErr w:type="spellStart"/>
            <w:r w:rsidRPr="008069B2">
              <w:rPr>
                <w:rFonts w:ascii="Open Sans" w:hAnsi="Open Sans" w:cs="Open Sans"/>
              </w:rPr>
              <w:t>Lebenslauf</w:t>
            </w:r>
            <w:proofErr w:type="spellEnd"/>
            <w:r w:rsidRPr="008069B2">
              <w:rPr>
                <w:rFonts w:ascii="Open Sans" w:hAnsi="Open Sans" w:cs="Open Sans"/>
              </w:rPr>
              <w:t xml:space="preserve"> / </w:t>
            </w:r>
            <w:proofErr w:type="spellStart"/>
            <w:r w:rsidRPr="008069B2">
              <w:rPr>
                <w:rFonts w:ascii="Open Sans" w:hAnsi="Open Sans" w:cs="Open Sans"/>
              </w:rPr>
              <w:t>Profil</w:t>
            </w:r>
            <w:proofErr w:type="spellEnd"/>
          </w:p>
        </w:tc>
        <w:tc>
          <w:tcPr>
            <w:tcW w:w="10205" w:type="dxa"/>
          </w:tcPr>
          <w:p w14:paraId="2EF55BA5" w14:textId="77777777" w:rsidR="00101DEC" w:rsidRPr="008069B2" w:rsidRDefault="00101DEC">
            <w:pPr>
              <w:rPr>
                <w:rFonts w:ascii="Open Sans" w:hAnsi="Open Sans" w:cs="Open Sans"/>
              </w:rPr>
            </w:pPr>
          </w:p>
        </w:tc>
      </w:tr>
    </w:tbl>
    <w:p w14:paraId="719F3989" w14:textId="77777777" w:rsidR="00101DEC" w:rsidRPr="008069B2" w:rsidRDefault="00101DEC">
      <w:pPr>
        <w:rPr>
          <w:rFonts w:ascii="Open Sans" w:hAnsi="Open Sans" w:cs="Open Sans"/>
        </w:rPr>
      </w:pPr>
    </w:p>
    <w:p w14:paraId="046F2DD7" w14:textId="77777777" w:rsidR="00101DEC" w:rsidRPr="008069B2" w:rsidRDefault="001D461A">
      <w:pPr>
        <w:pStyle w:val="berschrift2"/>
        <w:rPr>
          <w:rFonts w:ascii="Open Sans" w:hAnsi="Open Sans" w:cs="Open Sans"/>
          <w:lang w:val="de-DE"/>
        </w:rPr>
      </w:pPr>
      <w:r w:rsidRPr="008069B2">
        <w:rPr>
          <w:rFonts w:ascii="Open Sans" w:hAnsi="Open Sans" w:cs="Open Sans"/>
          <w:lang w:val="de-DE"/>
        </w:rPr>
        <w:t>B. Mindestanforderungen an die Person / Rolle</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7370"/>
        <w:gridCol w:w="1701"/>
        <w:gridCol w:w="4535"/>
      </w:tblGrid>
      <w:tr w:rsidR="00101DEC" w:rsidRPr="008069B2" w14:paraId="394C4FCB" w14:textId="77777777">
        <w:trPr>
          <w:tblHeader/>
          <w:jc w:val="center"/>
        </w:trPr>
        <w:tc>
          <w:tcPr>
            <w:tcW w:w="567" w:type="dxa"/>
            <w:shd w:val="clear" w:color="auto" w:fill="D9EAF7"/>
          </w:tcPr>
          <w:p w14:paraId="383E4854" w14:textId="77777777" w:rsidR="00101DEC" w:rsidRPr="008069B2" w:rsidRDefault="001D461A">
            <w:pPr>
              <w:rPr>
                <w:rFonts w:ascii="Open Sans" w:hAnsi="Open Sans" w:cs="Open Sans"/>
              </w:rPr>
            </w:pPr>
            <w:r w:rsidRPr="008069B2">
              <w:rPr>
                <w:rFonts w:ascii="Open Sans" w:hAnsi="Open Sans" w:cs="Open Sans"/>
                <w:b/>
              </w:rPr>
              <w:t>Nr.</w:t>
            </w:r>
          </w:p>
        </w:tc>
        <w:tc>
          <w:tcPr>
            <w:tcW w:w="7370" w:type="dxa"/>
            <w:shd w:val="clear" w:color="auto" w:fill="D9EAF7"/>
          </w:tcPr>
          <w:p w14:paraId="48699356" w14:textId="77777777" w:rsidR="00101DEC" w:rsidRPr="008069B2" w:rsidRDefault="001D461A">
            <w:pPr>
              <w:rPr>
                <w:rFonts w:ascii="Open Sans" w:hAnsi="Open Sans" w:cs="Open Sans"/>
              </w:rPr>
            </w:pPr>
            <w:proofErr w:type="spellStart"/>
            <w:r w:rsidRPr="008069B2">
              <w:rPr>
                <w:rFonts w:ascii="Open Sans" w:hAnsi="Open Sans" w:cs="Open Sans"/>
                <w:b/>
              </w:rPr>
              <w:t>Mindestanforderung</w:t>
            </w:r>
            <w:proofErr w:type="spellEnd"/>
          </w:p>
        </w:tc>
        <w:tc>
          <w:tcPr>
            <w:tcW w:w="1701" w:type="dxa"/>
            <w:shd w:val="clear" w:color="auto" w:fill="D9EAF7"/>
          </w:tcPr>
          <w:p w14:paraId="15461566" w14:textId="77777777" w:rsidR="00101DEC" w:rsidRPr="008069B2" w:rsidRDefault="001D461A">
            <w:pPr>
              <w:rPr>
                <w:rFonts w:ascii="Open Sans" w:hAnsi="Open Sans" w:cs="Open Sans"/>
              </w:rPr>
            </w:pPr>
            <w:proofErr w:type="spellStart"/>
            <w:r w:rsidRPr="008069B2">
              <w:rPr>
                <w:rFonts w:ascii="Open Sans" w:hAnsi="Open Sans" w:cs="Open Sans"/>
                <w:b/>
              </w:rPr>
              <w:t>Erfüllt</w:t>
            </w:r>
            <w:proofErr w:type="spellEnd"/>
            <w:r w:rsidRPr="008069B2">
              <w:rPr>
                <w:rFonts w:ascii="Open Sans" w:hAnsi="Open Sans" w:cs="Open Sans"/>
                <w:b/>
              </w:rPr>
              <w:t>? (Ja/Nein)</w:t>
            </w:r>
          </w:p>
        </w:tc>
        <w:tc>
          <w:tcPr>
            <w:tcW w:w="4535" w:type="dxa"/>
            <w:shd w:val="clear" w:color="auto" w:fill="D9EAF7"/>
          </w:tcPr>
          <w:p w14:paraId="3CAFA4A6" w14:textId="77777777" w:rsidR="00101DEC" w:rsidRPr="008069B2" w:rsidRDefault="001D461A">
            <w:pPr>
              <w:rPr>
                <w:rFonts w:ascii="Open Sans" w:hAnsi="Open Sans" w:cs="Open Sans"/>
              </w:rPr>
            </w:pPr>
            <w:proofErr w:type="spellStart"/>
            <w:r w:rsidRPr="008069B2">
              <w:rPr>
                <w:rFonts w:ascii="Open Sans" w:hAnsi="Open Sans" w:cs="Open Sans"/>
                <w:b/>
              </w:rPr>
              <w:t>Konkrete</w:t>
            </w:r>
            <w:proofErr w:type="spellEnd"/>
            <w:r w:rsidRPr="008069B2">
              <w:rPr>
                <w:rFonts w:ascii="Open Sans" w:hAnsi="Open Sans" w:cs="Open Sans"/>
                <w:b/>
              </w:rPr>
              <w:t xml:space="preserve"> </w:t>
            </w:r>
            <w:proofErr w:type="spellStart"/>
            <w:r w:rsidRPr="008069B2">
              <w:rPr>
                <w:rFonts w:ascii="Open Sans" w:hAnsi="Open Sans" w:cs="Open Sans"/>
                <w:b/>
              </w:rPr>
              <w:t>Erläuterung</w:t>
            </w:r>
            <w:proofErr w:type="spellEnd"/>
            <w:r w:rsidRPr="008069B2">
              <w:rPr>
                <w:rFonts w:ascii="Open Sans" w:hAnsi="Open Sans" w:cs="Open Sans"/>
                <w:b/>
              </w:rPr>
              <w:t xml:space="preserve"> / </w:t>
            </w:r>
            <w:proofErr w:type="spellStart"/>
            <w:r w:rsidRPr="008069B2">
              <w:rPr>
                <w:rFonts w:ascii="Open Sans" w:hAnsi="Open Sans" w:cs="Open Sans"/>
                <w:b/>
              </w:rPr>
              <w:t>Nachweis</w:t>
            </w:r>
            <w:proofErr w:type="spellEnd"/>
            <w:r w:rsidRPr="008069B2">
              <w:rPr>
                <w:rFonts w:ascii="Open Sans" w:hAnsi="Open Sans" w:cs="Open Sans"/>
                <w:b/>
              </w:rPr>
              <w:t xml:space="preserve"> / </w:t>
            </w:r>
            <w:proofErr w:type="spellStart"/>
            <w:r w:rsidRPr="008069B2">
              <w:rPr>
                <w:rFonts w:ascii="Open Sans" w:hAnsi="Open Sans" w:cs="Open Sans"/>
                <w:b/>
              </w:rPr>
              <w:t>Anlagenverweis</w:t>
            </w:r>
            <w:proofErr w:type="spellEnd"/>
          </w:p>
        </w:tc>
      </w:tr>
      <w:tr w:rsidR="00101DEC" w:rsidRPr="008069B2" w14:paraId="2D533947" w14:textId="77777777">
        <w:trPr>
          <w:jc w:val="center"/>
        </w:trPr>
        <w:tc>
          <w:tcPr>
            <w:tcW w:w="567" w:type="dxa"/>
          </w:tcPr>
          <w:p w14:paraId="3F9DF045" w14:textId="77777777" w:rsidR="00101DEC" w:rsidRPr="008069B2" w:rsidRDefault="001D461A">
            <w:pPr>
              <w:rPr>
                <w:rFonts w:ascii="Open Sans" w:hAnsi="Open Sans" w:cs="Open Sans"/>
              </w:rPr>
            </w:pPr>
            <w:r w:rsidRPr="008069B2">
              <w:rPr>
                <w:rFonts w:ascii="Open Sans" w:hAnsi="Open Sans" w:cs="Open Sans"/>
              </w:rPr>
              <w:t>1</w:t>
            </w:r>
          </w:p>
        </w:tc>
        <w:tc>
          <w:tcPr>
            <w:tcW w:w="7370" w:type="dxa"/>
          </w:tcPr>
          <w:p w14:paraId="29175285" w14:textId="77777777" w:rsidR="00101DEC" w:rsidRPr="008069B2" w:rsidRDefault="001D461A">
            <w:pPr>
              <w:rPr>
                <w:rFonts w:ascii="Open Sans" w:hAnsi="Open Sans" w:cs="Open Sans"/>
                <w:lang w:val="de-DE"/>
              </w:rPr>
            </w:pPr>
            <w:r w:rsidRPr="008069B2">
              <w:rPr>
                <w:rFonts w:ascii="Open Sans" w:hAnsi="Open Sans" w:cs="Open Sans"/>
                <w:lang w:val="de-DE"/>
              </w:rPr>
              <w:t>Mehrjährige Erfahrungen mit Projektleitung, Beratung, Entwicklung (Customizing, Programmierung) und Reporting von SAP-Systemen (SAP S/4HANA).</w:t>
            </w:r>
          </w:p>
        </w:tc>
        <w:tc>
          <w:tcPr>
            <w:tcW w:w="1701" w:type="dxa"/>
          </w:tcPr>
          <w:p w14:paraId="7EC58EC8" w14:textId="77777777" w:rsidR="00101DEC" w:rsidRPr="008069B2" w:rsidRDefault="00101DEC">
            <w:pPr>
              <w:rPr>
                <w:rFonts w:ascii="Open Sans" w:hAnsi="Open Sans" w:cs="Open Sans"/>
                <w:lang w:val="de-DE"/>
              </w:rPr>
            </w:pPr>
          </w:p>
        </w:tc>
        <w:tc>
          <w:tcPr>
            <w:tcW w:w="4535" w:type="dxa"/>
          </w:tcPr>
          <w:p w14:paraId="7C038005" w14:textId="77777777" w:rsidR="00101DEC" w:rsidRPr="008069B2" w:rsidRDefault="00101DEC">
            <w:pPr>
              <w:rPr>
                <w:rFonts w:ascii="Open Sans" w:hAnsi="Open Sans" w:cs="Open Sans"/>
                <w:lang w:val="de-DE"/>
              </w:rPr>
            </w:pPr>
          </w:p>
        </w:tc>
      </w:tr>
      <w:tr w:rsidR="00101DEC" w:rsidRPr="008069B2" w14:paraId="5188174B" w14:textId="77777777">
        <w:trPr>
          <w:jc w:val="center"/>
        </w:trPr>
        <w:tc>
          <w:tcPr>
            <w:tcW w:w="567" w:type="dxa"/>
          </w:tcPr>
          <w:p w14:paraId="6CC91D33" w14:textId="77777777" w:rsidR="00101DEC" w:rsidRPr="008069B2" w:rsidRDefault="001D461A">
            <w:pPr>
              <w:rPr>
                <w:rFonts w:ascii="Open Sans" w:hAnsi="Open Sans" w:cs="Open Sans"/>
              </w:rPr>
            </w:pPr>
            <w:r w:rsidRPr="008069B2">
              <w:rPr>
                <w:rFonts w:ascii="Open Sans" w:hAnsi="Open Sans" w:cs="Open Sans"/>
              </w:rPr>
              <w:t>2</w:t>
            </w:r>
          </w:p>
        </w:tc>
        <w:tc>
          <w:tcPr>
            <w:tcW w:w="7370" w:type="dxa"/>
          </w:tcPr>
          <w:p w14:paraId="7A722782" w14:textId="77777777" w:rsidR="00101DEC" w:rsidRPr="008069B2" w:rsidRDefault="001D461A">
            <w:pPr>
              <w:rPr>
                <w:rFonts w:ascii="Open Sans" w:hAnsi="Open Sans" w:cs="Open Sans"/>
                <w:lang w:val="de-DE"/>
              </w:rPr>
            </w:pPr>
            <w:r w:rsidRPr="008069B2">
              <w:rPr>
                <w:rFonts w:ascii="Open Sans" w:hAnsi="Open Sans" w:cs="Open Sans"/>
                <w:lang w:val="de-DE"/>
              </w:rPr>
              <w:t>Mehrjährige Erfahrungen in der Programmierung von SAP-Systemen, insbesondere ABAP.</w:t>
            </w:r>
          </w:p>
        </w:tc>
        <w:tc>
          <w:tcPr>
            <w:tcW w:w="1701" w:type="dxa"/>
          </w:tcPr>
          <w:p w14:paraId="08629B58" w14:textId="77777777" w:rsidR="00101DEC" w:rsidRPr="008069B2" w:rsidRDefault="00101DEC">
            <w:pPr>
              <w:rPr>
                <w:rFonts w:ascii="Open Sans" w:hAnsi="Open Sans" w:cs="Open Sans"/>
                <w:lang w:val="de-DE"/>
              </w:rPr>
            </w:pPr>
          </w:p>
        </w:tc>
        <w:tc>
          <w:tcPr>
            <w:tcW w:w="4535" w:type="dxa"/>
          </w:tcPr>
          <w:p w14:paraId="49EE2ED9" w14:textId="77777777" w:rsidR="00101DEC" w:rsidRPr="008069B2" w:rsidRDefault="00101DEC">
            <w:pPr>
              <w:rPr>
                <w:rFonts w:ascii="Open Sans" w:hAnsi="Open Sans" w:cs="Open Sans"/>
                <w:lang w:val="de-DE"/>
              </w:rPr>
            </w:pPr>
          </w:p>
        </w:tc>
      </w:tr>
      <w:tr w:rsidR="00101DEC" w:rsidRPr="008069B2" w14:paraId="66688DF6" w14:textId="77777777">
        <w:trPr>
          <w:jc w:val="center"/>
        </w:trPr>
        <w:tc>
          <w:tcPr>
            <w:tcW w:w="567" w:type="dxa"/>
          </w:tcPr>
          <w:p w14:paraId="6CF277A1" w14:textId="77777777" w:rsidR="00101DEC" w:rsidRPr="008069B2" w:rsidRDefault="001D461A">
            <w:pPr>
              <w:rPr>
                <w:rFonts w:ascii="Open Sans" w:hAnsi="Open Sans" w:cs="Open Sans"/>
              </w:rPr>
            </w:pPr>
            <w:r w:rsidRPr="008069B2">
              <w:rPr>
                <w:rFonts w:ascii="Open Sans" w:hAnsi="Open Sans" w:cs="Open Sans"/>
              </w:rPr>
              <w:t>3</w:t>
            </w:r>
          </w:p>
        </w:tc>
        <w:tc>
          <w:tcPr>
            <w:tcW w:w="7370" w:type="dxa"/>
          </w:tcPr>
          <w:p w14:paraId="2CE43E18" w14:textId="77777777" w:rsidR="00101DEC" w:rsidRPr="008069B2" w:rsidRDefault="001D461A">
            <w:pPr>
              <w:rPr>
                <w:rFonts w:ascii="Open Sans" w:hAnsi="Open Sans" w:cs="Open Sans"/>
                <w:lang w:val="de-DE"/>
              </w:rPr>
            </w:pPr>
            <w:r w:rsidRPr="008069B2">
              <w:rPr>
                <w:rFonts w:ascii="Open Sans" w:hAnsi="Open Sans" w:cs="Open Sans"/>
                <w:lang w:val="de-DE"/>
              </w:rPr>
              <w:t>Mehrjährige Erfahrungen mit Logistikprozessen von Behörden oder zentralen Dienstleistern für Beschaffung und Logistik.</w:t>
            </w:r>
          </w:p>
        </w:tc>
        <w:tc>
          <w:tcPr>
            <w:tcW w:w="1701" w:type="dxa"/>
          </w:tcPr>
          <w:p w14:paraId="4B2EFA0E" w14:textId="77777777" w:rsidR="00101DEC" w:rsidRPr="008069B2" w:rsidRDefault="00101DEC">
            <w:pPr>
              <w:rPr>
                <w:rFonts w:ascii="Open Sans" w:hAnsi="Open Sans" w:cs="Open Sans"/>
                <w:lang w:val="de-DE"/>
              </w:rPr>
            </w:pPr>
          </w:p>
        </w:tc>
        <w:tc>
          <w:tcPr>
            <w:tcW w:w="4535" w:type="dxa"/>
          </w:tcPr>
          <w:p w14:paraId="643BD508" w14:textId="77777777" w:rsidR="00101DEC" w:rsidRPr="008069B2" w:rsidRDefault="00101DEC">
            <w:pPr>
              <w:rPr>
                <w:rFonts w:ascii="Open Sans" w:hAnsi="Open Sans" w:cs="Open Sans"/>
                <w:lang w:val="de-DE"/>
              </w:rPr>
            </w:pPr>
          </w:p>
        </w:tc>
      </w:tr>
      <w:tr w:rsidR="00101DEC" w:rsidRPr="008069B2" w14:paraId="0F38349A" w14:textId="77777777">
        <w:trPr>
          <w:jc w:val="center"/>
        </w:trPr>
        <w:tc>
          <w:tcPr>
            <w:tcW w:w="567" w:type="dxa"/>
          </w:tcPr>
          <w:p w14:paraId="541B1273" w14:textId="77777777" w:rsidR="00101DEC" w:rsidRPr="008069B2" w:rsidRDefault="001D461A">
            <w:pPr>
              <w:rPr>
                <w:rFonts w:ascii="Open Sans" w:hAnsi="Open Sans" w:cs="Open Sans"/>
              </w:rPr>
            </w:pPr>
            <w:r w:rsidRPr="008069B2">
              <w:rPr>
                <w:rFonts w:ascii="Open Sans" w:hAnsi="Open Sans" w:cs="Open Sans"/>
              </w:rPr>
              <w:t>4</w:t>
            </w:r>
          </w:p>
        </w:tc>
        <w:tc>
          <w:tcPr>
            <w:tcW w:w="7370" w:type="dxa"/>
          </w:tcPr>
          <w:p w14:paraId="2D9F97D3" w14:textId="77777777" w:rsidR="00101DEC" w:rsidRPr="008069B2" w:rsidRDefault="001D461A">
            <w:pPr>
              <w:rPr>
                <w:rFonts w:ascii="Open Sans" w:hAnsi="Open Sans" w:cs="Open Sans"/>
                <w:lang w:val="de-DE"/>
              </w:rPr>
            </w:pPr>
            <w:r w:rsidRPr="008069B2">
              <w:rPr>
                <w:rFonts w:ascii="Open Sans" w:hAnsi="Open Sans" w:cs="Open Sans"/>
                <w:lang w:val="de-DE"/>
              </w:rPr>
              <w:t>Mehrjährige Erfahrungen in den SAP-Modulen PM, WM, MM, MM-PUR und SD.</w:t>
            </w:r>
          </w:p>
        </w:tc>
        <w:tc>
          <w:tcPr>
            <w:tcW w:w="1701" w:type="dxa"/>
          </w:tcPr>
          <w:p w14:paraId="5E904F85" w14:textId="77777777" w:rsidR="00101DEC" w:rsidRPr="008069B2" w:rsidRDefault="00101DEC">
            <w:pPr>
              <w:rPr>
                <w:rFonts w:ascii="Open Sans" w:hAnsi="Open Sans" w:cs="Open Sans"/>
                <w:lang w:val="de-DE"/>
              </w:rPr>
            </w:pPr>
          </w:p>
        </w:tc>
        <w:tc>
          <w:tcPr>
            <w:tcW w:w="4535" w:type="dxa"/>
          </w:tcPr>
          <w:p w14:paraId="6147814C" w14:textId="77777777" w:rsidR="00101DEC" w:rsidRPr="008069B2" w:rsidRDefault="00101DEC">
            <w:pPr>
              <w:rPr>
                <w:rFonts w:ascii="Open Sans" w:hAnsi="Open Sans" w:cs="Open Sans"/>
                <w:lang w:val="de-DE"/>
              </w:rPr>
            </w:pPr>
          </w:p>
        </w:tc>
      </w:tr>
      <w:tr w:rsidR="00101DEC" w:rsidRPr="008069B2" w14:paraId="64D8EF99" w14:textId="77777777">
        <w:trPr>
          <w:jc w:val="center"/>
        </w:trPr>
        <w:tc>
          <w:tcPr>
            <w:tcW w:w="567" w:type="dxa"/>
          </w:tcPr>
          <w:p w14:paraId="7A46B250" w14:textId="77777777" w:rsidR="00101DEC" w:rsidRPr="008069B2" w:rsidRDefault="001D461A">
            <w:pPr>
              <w:rPr>
                <w:rFonts w:ascii="Open Sans" w:hAnsi="Open Sans" w:cs="Open Sans"/>
              </w:rPr>
            </w:pPr>
            <w:r w:rsidRPr="008069B2">
              <w:rPr>
                <w:rFonts w:ascii="Open Sans" w:hAnsi="Open Sans" w:cs="Open Sans"/>
              </w:rPr>
              <w:t>5</w:t>
            </w:r>
          </w:p>
        </w:tc>
        <w:tc>
          <w:tcPr>
            <w:tcW w:w="7370" w:type="dxa"/>
          </w:tcPr>
          <w:p w14:paraId="05339403" w14:textId="77777777" w:rsidR="00101DEC" w:rsidRPr="008069B2" w:rsidRDefault="001D461A">
            <w:pPr>
              <w:rPr>
                <w:rFonts w:ascii="Open Sans" w:hAnsi="Open Sans" w:cs="Open Sans"/>
                <w:lang w:val="de-DE"/>
              </w:rPr>
            </w:pPr>
            <w:r w:rsidRPr="008069B2">
              <w:rPr>
                <w:rFonts w:ascii="Open Sans" w:hAnsi="Open Sans" w:cs="Open Sans"/>
                <w:lang w:val="de-DE"/>
              </w:rPr>
              <w:t>Erfahrungen in der SAP-Schnittstellenprogrammierung, insbesondere Webservices und REST-API, mit Bezug zu elektronischen Warenhäusern/Webshops.</w:t>
            </w:r>
          </w:p>
        </w:tc>
        <w:tc>
          <w:tcPr>
            <w:tcW w:w="1701" w:type="dxa"/>
          </w:tcPr>
          <w:p w14:paraId="26C1EEC3" w14:textId="77777777" w:rsidR="00101DEC" w:rsidRPr="008069B2" w:rsidRDefault="00101DEC">
            <w:pPr>
              <w:rPr>
                <w:rFonts w:ascii="Open Sans" w:hAnsi="Open Sans" w:cs="Open Sans"/>
                <w:lang w:val="de-DE"/>
              </w:rPr>
            </w:pPr>
          </w:p>
        </w:tc>
        <w:tc>
          <w:tcPr>
            <w:tcW w:w="4535" w:type="dxa"/>
          </w:tcPr>
          <w:p w14:paraId="78F1871A" w14:textId="77777777" w:rsidR="00101DEC" w:rsidRPr="008069B2" w:rsidRDefault="00101DEC">
            <w:pPr>
              <w:rPr>
                <w:rFonts w:ascii="Open Sans" w:hAnsi="Open Sans" w:cs="Open Sans"/>
                <w:lang w:val="de-DE"/>
              </w:rPr>
            </w:pPr>
          </w:p>
        </w:tc>
      </w:tr>
      <w:tr w:rsidR="00101DEC" w:rsidRPr="008069B2" w14:paraId="52CCB53C" w14:textId="77777777">
        <w:trPr>
          <w:jc w:val="center"/>
        </w:trPr>
        <w:tc>
          <w:tcPr>
            <w:tcW w:w="567" w:type="dxa"/>
          </w:tcPr>
          <w:p w14:paraId="716CA3DC" w14:textId="77777777" w:rsidR="00101DEC" w:rsidRPr="008069B2" w:rsidRDefault="001D461A">
            <w:pPr>
              <w:rPr>
                <w:rFonts w:ascii="Open Sans" w:hAnsi="Open Sans" w:cs="Open Sans"/>
              </w:rPr>
            </w:pPr>
            <w:r w:rsidRPr="008069B2">
              <w:rPr>
                <w:rFonts w:ascii="Open Sans" w:hAnsi="Open Sans" w:cs="Open Sans"/>
              </w:rPr>
              <w:t>6</w:t>
            </w:r>
          </w:p>
        </w:tc>
        <w:tc>
          <w:tcPr>
            <w:tcW w:w="7370" w:type="dxa"/>
          </w:tcPr>
          <w:p w14:paraId="6FD7229C" w14:textId="77777777" w:rsidR="00101DEC" w:rsidRPr="008069B2" w:rsidRDefault="001D461A">
            <w:pPr>
              <w:rPr>
                <w:rFonts w:ascii="Open Sans" w:hAnsi="Open Sans" w:cs="Open Sans"/>
                <w:lang w:val="de-DE"/>
              </w:rPr>
            </w:pPr>
            <w:r w:rsidRPr="008069B2">
              <w:rPr>
                <w:rFonts w:ascii="Open Sans" w:hAnsi="Open Sans" w:cs="Open Sans"/>
                <w:lang w:val="de-DE"/>
              </w:rPr>
              <w:t>Einschlägiges Fachstudium (BA, FH oder Universität) oder gleichwertige berufliche Qualifikation, soweit zugelassen.</w:t>
            </w:r>
          </w:p>
        </w:tc>
        <w:tc>
          <w:tcPr>
            <w:tcW w:w="1701" w:type="dxa"/>
          </w:tcPr>
          <w:p w14:paraId="2B57A5E5" w14:textId="77777777" w:rsidR="00101DEC" w:rsidRPr="008069B2" w:rsidRDefault="00101DEC">
            <w:pPr>
              <w:rPr>
                <w:rFonts w:ascii="Open Sans" w:hAnsi="Open Sans" w:cs="Open Sans"/>
                <w:lang w:val="de-DE"/>
              </w:rPr>
            </w:pPr>
          </w:p>
        </w:tc>
        <w:tc>
          <w:tcPr>
            <w:tcW w:w="4535" w:type="dxa"/>
          </w:tcPr>
          <w:p w14:paraId="5C841955" w14:textId="77777777" w:rsidR="00101DEC" w:rsidRPr="008069B2" w:rsidRDefault="00101DEC">
            <w:pPr>
              <w:rPr>
                <w:rFonts w:ascii="Open Sans" w:hAnsi="Open Sans" w:cs="Open Sans"/>
                <w:lang w:val="de-DE"/>
              </w:rPr>
            </w:pPr>
          </w:p>
        </w:tc>
      </w:tr>
      <w:tr w:rsidR="00101DEC" w:rsidRPr="008069B2" w14:paraId="2CBD3F78" w14:textId="77777777">
        <w:trPr>
          <w:jc w:val="center"/>
        </w:trPr>
        <w:tc>
          <w:tcPr>
            <w:tcW w:w="567" w:type="dxa"/>
          </w:tcPr>
          <w:p w14:paraId="12519318" w14:textId="77777777" w:rsidR="00101DEC" w:rsidRPr="008069B2" w:rsidRDefault="001D461A">
            <w:pPr>
              <w:rPr>
                <w:rFonts w:ascii="Open Sans" w:hAnsi="Open Sans" w:cs="Open Sans"/>
              </w:rPr>
            </w:pPr>
            <w:r w:rsidRPr="008069B2">
              <w:rPr>
                <w:rFonts w:ascii="Open Sans" w:hAnsi="Open Sans" w:cs="Open Sans"/>
              </w:rPr>
              <w:t>7</w:t>
            </w:r>
          </w:p>
        </w:tc>
        <w:tc>
          <w:tcPr>
            <w:tcW w:w="7370" w:type="dxa"/>
          </w:tcPr>
          <w:p w14:paraId="5E84C075" w14:textId="665014C7" w:rsidR="00101DEC" w:rsidRPr="008069B2" w:rsidRDefault="001D461A">
            <w:pPr>
              <w:rPr>
                <w:rFonts w:ascii="Open Sans" w:hAnsi="Open Sans" w:cs="Open Sans"/>
                <w:lang w:val="de-DE"/>
              </w:rPr>
            </w:pPr>
            <w:r w:rsidRPr="008069B2">
              <w:rPr>
                <w:rFonts w:ascii="Open Sans" w:hAnsi="Open Sans" w:cs="Open Sans"/>
                <w:lang w:val="de-DE"/>
              </w:rPr>
              <w:t xml:space="preserve">Bereitschaft zur Sicherheitsüberprüfung der Stufe </w:t>
            </w:r>
            <w:r w:rsidR="008069B2" w:rsidRPr="008069B2">
              <w:rPr>
                <w:rFonts w:ascii="Open Sans" w:hAnsi="Open Sans" w:cs="Open Sans"/>
                <w:lang w:val="de-DE"/>
              </w:rPr>
              <w:t>2</w:t>
            </w:r>
            <w:r w:rsidRPr="008069B2">
              <w:rPr>
                <w:rFonts w:ascii="Open Sans" w:hAnsi="Open Sans" w:cs="Open Sans"/>
                <w:lang w:val="de-DE"/>
              </w:rPr>
              <w:t xml:space="preserve"> gemäß E</w:t>
            </w:r>
            <w:r w:rsidR="008069B2" w:rsidRPr="008069B2">
              <w:rPr>
                <w:rFonts w:ascii="Open Sans" w:hAnsi="Open Sans" w:cs="Open Sans"/>
                <w:lang w:val="de-DE"/>
              </w:rPr>
              <w:t>1</w:t>
            </w:r>
            <w:r w:rsidRPr="008069B2">
              <w:rPr>
                <w:rFonts w:ascii="Open Sans" w:hAnsi="Open Sans" w:cs="Open Sans"/>
                <w:lang w:val="de-DE"/>
              </w:rPr>
              <w:t>8.</w:t>
            </w:r>
          </w:p>
        </w:tc>
        <w:tc>
          <w:tcPr>
            <w:tcW w:w="1701" w:type="dxa"/>
          </w:tcPr>
          <w:p w14:paraId="25D81FF2" w14:textId="77777777" w:rsidR="00101DEC" w:rsidRPr="008069B2" w:rsidRDefault="00101DEC">
            <w:pPr>
              <w:rPr>
                <w:rFonts w:ascii="Open Sans" w:hAnsi="Open Sans" w:cs="Open Sans"/>
                <w:lang w:val="de-DE"/>
              </w:rPr>
            </w:pPr>
          </w:p>
        </w:tc>
        <w:tc>
          <w:tcPr>
            <w:tcW w:w="4535" w:type="dxa"/>
          </w:tcPr>
          <w:p w14:paraId="6F4E5FC7" w14:textId="77777777" w:rsidR="00101DEC" w:rsidRPr="008069B2" w:rsidRDefault="00101DEC">
            <w:pPr>
              <w:rPr>
                <w:rFonts w:ascii="Open Sans" w:hAnsi="Open Sans" w:cs="Open Sans"/>
                <w:lang w:val="de-DE"/>
              </w:rPr>
            </w:pPr>
          </w:p>
        </w:tc>
      </w:tr>
    </w:tbl>
    <w:p w14:paraId="7338A0E7" w14:textId="77777777" w:rsidR="00101DEC" w:rsidRPr="008069B2" w:rsidRDefault="00101DEC">
      <w:pPr>
        <w:rPr>
          <w:rFonts w:ascii="Open Sans" w:hAnsi="Open Sans" w:cs="Open Sans"/>
          <w:lang w:val="de-DE"/>
        </w:rPr>
      </w:pPr>
    </w:p>
    <w:p w14:paraId="5E81B49A" w14:textId="77777777" w:rsidR="00101DEC" w:rsidRPr="008069B2" w:rsidRDefault="001D461A">
      <w:pPr>
        <w:pStyle w:val="berschrift2"/>
        <w:rPr>
          <w:rFonts w:ascii="Open Sans" w:hAnsi="Open Sans" w:cs="Open Sans"/>
        </w:rPr>
      </w:pPr>
      <w:r w:rsidRPr="008069B2">
        <w:rPr>
          <w:rFonts w:ascii="Open Sans" w:hAnsi="Open Sans" w:cs="Open Sans"/>
        </w:rPr>
        <w:t xml:space="preserve">C. </w:t>
      </w:r>
      <w:proofErr w:type="spellStart"/>
      <w:r w:rsidRPr="008069B2">
        <w:rPr>
          <w:rFonts w:ascii="Open Sans" w:hAnsi="Open Sans" w:cs="Open Sans"/>
        </w:rPr>
        <w:t>Bewertungsrelevante</w:t>
      </w:r>
      <w:proofErr w:type="spellEnd"/>
      <w:r w:rsidRPr="008069B2">
        <w:rPr>
          <w:rFonts w:ascii="Open Sans" w:hAnsi="Open Sans" w:cs="Open Sans"/>
        </w:rPr>
        <w:t xml:space="preserve"> </w:t>
      </w:r>
      <w:proofErr w:type="spellStart"/>
      <w:r w:rsidRPr="008069B2">
        <w:rPr>
          <w:rFonts w:ascii="Open Sans" w:hAnsi="Open Sans" w:cs="Open Sans"/>
        </w:rPr>
        <w:t>Angaben</w:t>
      </w:r>
      <w:proofErr w:type="spellEnd"/>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7370"/>
        <w:gridCol w:w="3969"/>
        <w:gridCol w:w="2268"/>
      </w:tblGrid>
      <w:tr w:rsidR="00101DEC" w:rsidRPr="008069B2" w14:paraId="506E8A96" w14:textId="77777777">
        <w:trPr>
          <w:tblHeader/>
          <w:jc w:val="center"/>
        </w:trPr>
        <w:tc>
          <w:tcPr>
            <w:tcW w:w="567" w:type="dxa"/>
            <w:shd w:val="clear" w:color="auto" w:fill="D9EAF7"/>
          </w:tcPr>
          <w:p w14:paraId="30FA6D5C" w14:textId="77777777" w:rsidR="00101DEC" w:rsidRPr="008069B2" w:rsidRDefault="001D461A">
            <w:pPr>
              <w:rPr>
                <w:rFonts w:ascii="Open Sans" w:hAnsi="Open Sans" w:cs="Open Sans"/>
              </w:rPr>
            </w:pPr>
            <w:r w:rsidRPr="008069B2">
              <w:rPr>
                <w:rFonts w:ascii="Open Sans" w:hAnsi="Open Sans" w:cs="Open Sans"/>
                <w:b/>
              </w:rPr>
              <w:t>Nr.</w:t>
            </w:r>
          </w:p>
        </w:tc>
        <w:tc>
          <w:tcPr>
            <w:tcW w:w="7370" w:type="dxa"/>
            <w:shd w:val="clear" w:color="auto" w:fill="D9EAF7"/>
          </w:tcPr>
          <w:p w14:paraId="12422E1A" w14:textId="77777777" w:rsidR="00101DEC" w:rsidRPr="008069B2" w:rsidRDefault="001D461A">
            <w:pPr>
              <w:rPr>
                <w:rFonts w:ascii="Open Sans" w:hAnsi="Open Sans" w:cs="Open Sans"/>
              </w:rPr>
            </w:pPr>
            <w:proofErr w:type="spellStart"/>
            <w:r w:rsidRPr="008069B2">
              <w:rPr>
                <w:rFonts w:ascii="Open Sans" w:hAnsi="Open Sans" w:cs="Open Sans"/>
                <w:b/>
              </w:rPr>
              <w:t>Bewertungsrelevantes</w:t>
            </w:r>
            <w:proofErr w:type="spellEnd"/>
            <w:r w:rsidRPr="008069B2">
              <w:rPr>
                <w:rFonts w:ascii="Open Sans" w:hAnsi="Open Sans" w:cs="Open Sans"/>
                <w:b/>
              </w:rPr>
              <w:t xml:space="preserve"> </w:t>
            </w:r>
            <w:proofErr w:type="spellStart"/>
            <w:r w:rsidRPr="008069B2">
              <w:rPr>
                <w:rFonts w:ascii="Open Sans" w:hAnsi="Open Sans" w:cs="Open Sans"/>
                <w:b/>
              </w:rPr>
              <w:t>Kriterium</w:t>
            </w:r>
            <w:proofErr w:type="spellEnd"/>
          </w:p>
        </w:tc>
        <w:tc>
          <w:tcPr>
            <w:tcW w:w="3969" w:type="dxa"/>
            <w:shd w:val="clear" w:color="auto" w:fill="D9EAF7"/>
          </w:tcPr>
          <w:p w14:paraId="0FEF6075" w14:textId="77777777" w:rsidR="00101DEC" w:rsidRPr="008069B2" w:rsidRDefault="001D461A">
            <w:pPr>
              <w:rPr>
                <w:rFonts w:ascii="Open Sans" w:hAnsi="Open Sans" w:cs="Open Sans"/>
              </w:rPr>
            </w:pPr>
            <w:proofErr w:type="spellStart"/>
            <w:r w:rsidRPr="008069B2">
              <w:rPr>
                <w:rFonts w:ascii="Open Sans" w:hAnsi="Open Sans" w:cs="Open Sans"/>
                <w:b/>
              </w:rPr>
              <w:t>Konkrete</w:t>
            </w:r>
            <w:proofErr w:type="spellEnd"/>
            <w:r w:rsidRPr="008069B2">
              <w:rPr>
                <w:rFonts w:ascii="Open Sans" w:hAnsi="Open Sans" w:cs="Open Sans"/>
                <w:b/>
              </w:rPr>
              <w:t xml:space="preserve"> </w:t>
            </w:r>
            <w:proofErr w:type="spellStart"/>
            <w:r w:rsidRPr="008069B2">
              <w:rPr>
                <w:rFonts w:ascii="Open Sans" w:hAnsi="Open Sans" w:cs="Open Sans"/>
                <w:b/>
              </w:rPr>
              <w:t>Angabe</w:t>
            </w:r>
            <w:proofErr w:type="spellEnd"/>
            <w:r w:rsidRPr="008069B2">
              <w:rPr>
                <w:rFonts w:ascii="Open Sans" w:hAnsi="Open Sans" w:cs="Open Sans"/>
                <w:b/>
              </w:rPr>
              <w:t xml:space="preserve"> des </w:t>
            </w:r>
            <w:proofErr w:type="spellStart"/>
            <w:r w:rsidRPr="008069B2">
              <w:rPr>
                <w:rFonts w:ascii="Open Sans" w:hAnsi="Open Sans" w:cs="Open Sans"/>
                <w:b/>
              </w:rPr>
              <w:t>Bieters</w:t>
            </w:r>
            <w:proofErr w:type="spellEnd"/>
          </w:p>
        </w:tc>
        <w:tc>
          <w:tcPr>
            <w:tcW w:w="2268" w:type="dxa"/>
            <w:shd w:val="clear" w:color="auto" w:fill="D9EAF7"/>
          </w:tcPr>
          <w:p w14:paraId="6D542724" w14:textId="77777777" w:rsidR="00101DEC" w:rsidRPr="008069B2" w:rsidRDefault="001D461A">
            <w:pPr>
              <w:rPr>
                <w:rFonts w:ascii="Open Sans" w:hAnsi="Open Sans" w:cs="Open Sans"/>
              </w:rPr>
            </w:pPr>
            <w:proofErr w:type="spellStart"/>
            <w:r w:rsidRPr="008069B2">
              <w:rPr>
                <w:rFonts w:ascii="Open Sans" w:hAnsi="Open Sans" w:cs="Open Sans"/>
                <w:b/>
              </w:rPr>
              <w:t>Nachweis</w:t>
            </w:r>
            <w:proofErr w:type="spellEnd"/>
            <w:r w:rsidRPr="008069B2">
              <w:rPr>
                <w:rFonts w:ascii="Open Sans" w:hAnsi="Open Sans" w:cs="Open Sans"/>
                <w:b/>
              </w:rPr>
              <w:t xml:space="preserve"> / </w:t>
            </w:r>
            <w:proofErr w:type="spellStart"/>
            <w:r w:rsidRPr="008069B2">
              <w:rPr>
                <w:rFonts w:ascii="Open Sans" w:hAnsi="Open Sans" w:cs="Open Sans"/>
                <w:b/>
              </w:rPr>
              <w:t>Referenz</w:t>
            </w:r>
            <w:proofErr w:type="spellEnd"/>
            <w:r w:rsidRPr="008069B2">
              <w:rPr>
                <w:rFonts w:ascii="Open Sans" w:hAnsi="Open Sans" w:cs="Open Sans"/>
                <w:b/>
              </w:rPr>
              <w:t xml:space="preserve"> / Anlage</w:t>
            </w:r>
          </w:p>
        </w:tc>
      </w:tr>
      <w:tr w:rsidR="00101DEC" w:rsidRPr="008069B2" w14:paraId="66E44202" w14:textId="77777777">
        <w:trPr>
          <w:jc w:val="center"/>
        </w:trPr>
        <w:tc>
          <w:tcPr>
            <w:tcW w:w="567" w:type="dxa"/>
          </w:tcPr>
          <w:p w14:paraId="3BC775BB" w14:textId="77777777" w:rsidR="00101DEC" w:rsidRPr="008069B2" w:rsidRDefault="001D461A">
            <w:pPr>
              <w:rPr>
                <w:rFonts w:ascii="Open Sans" w:hAnsi="Open Sans" w:cs="Open Sans"/>
              </w:rPr>
            </w:pPr>
            <w:r w:rsidRPr="008069B2">
              <w:rPr>
                <w:rFonts w:ascii="Open Sans" w:hAnsi="Open Sans" w:cs="Open Sans"/>
              </w:rPr>
              <w:t>1</w:t>
            </w:r>
          </w:p>
        </w:tc>
        <w:tc>
          <w:tcPr>
            <w:tcW w:w="7370" w:type="dxa"/>
          </w:tcPr>
          <w:p w14:paraId="6DFC6D95" w14:textId="77777777" w:rsidR="00101DEC" w:rsidRPr="008069B2" w:rsidRDefault="001D461A">
            <w:pPr>
              <w:rPr>
                <w:rFonts w:ascii="Open Sans" w:hAnsi="Open Sans" w:cs="Open Sans"/>
                <w:lang w:val="de-DE"/>
              </w:rPr>
            </w:pPr>
            <w:r w:rsidRPr="008069B2">
              <w:rPr>
                <w:rFonts w:ascii="Open Sans" w:hAnsi="Open Sans" w:cs="Open Sans"/>
                <w:lang w:val="de-DE"/>
              </w:rPr>
              <w:t>Dauer der Erfahrung mit Projektleitung, Beratung, Entwicklung und Reporting von SAP S/4HANA-Systemen.</w:t>
            </w:r>
          </w:p>
        </w:tc>
        <w:tc>
          <w:tcPr>
            <w:tcW w:w="3969" w:type="dxa"/>
          </w:tcPr>
          <w:p w14:paraId="0804E77E" w14:textId="77777777" w:rsidR="00101DEC" w:rsidRPr="008069B2" w:rsidRDefault="00101DEC">
            <w:pPr>
              <w:rPr>
                <w:rFonts w:ascii="Open Sans" w:hAnsi="Open Sans" w:cs="Open Sans"/>
                <w:lang w:val="de-DE"/>
              </w:rPr>
            </w:pPr>
          </w:p>
        </w:tc>
        <w:tc>
          <w:tcPr>
            <w:tcW w:w="2268" w:type="dxa"/>
          </w:tcPr>
          <w:p w14:paraId="3F3171B7" w14:textId="77777777" w:rsidR="00101DEC" w:rsidRPr="008069B2" w:rsidRDefault="00101DEC">
            <w:pPr>
              <w:rPr>
                <w:rFonts w:ascii="Open Sans" w:hAnsi="Open Sans" w:cs="Open Sans"/>
                <w:lang w:val="de-DE"/>
              </w:rPr>
            </w:pPr>
          </w:p>
        </w:tc>
      </w:tr>
      <w:tr w:rsidR="00101DEC" w:rsidRPr="008069B2" w14:paraId="6B65D066" w14:textId="77777777">
        <w:trPr>
          <w:jc w:val="center"/>
        </w:trPr>
        <w:tc>
          <w:tcPr>
            <w:tcW w:w="567" w:type="dxa"/>
          </w:tcPr>
          <w:p w14:paraId="5DC54055" w14:textId="77777777" w:rsidR="00101DEC" w:rsidRPr="008069B2" w:rsidRDefault="001D461A">
            <w:pPr>
              <w:rPr>
                <w:rFonts w:ascii="Open Sans" w:hAnsi="Open Sans" w:cs="Open Sans"/>
              </w:rPr>
            </w:pPr>
            <w:r w:rsidRPr="008069B2">
              <w:rPr>
                <w:rFonts w:ascii="Open Sans" w:hAnsi="Open Sans" w:cs="Open Sans"/>
              </w:rPr>
              <w:t>2</w:t>
            </w:r>
          </w:p>
        </w:tc>
        <w:tc>
          <w:tcPr>
            <w:tcW w:w="7370" w:type="dxa"/>
          </w:tcPr>
          <w:p w14:paraId="7341F583" w14:textId="77777777" w:rsidR="00101DEC" w:rsidRPr="008069B2" w:rsidRDefault="001D461A">
            <w:pPr>
              <w:rPr>
                <w:rFonts w:ascii="Open Sans" w:hAnsi="Open Sans" w:cs="Open Sans"/>
                <w:lang w:val="de-DE"/>
              </w:rPr>
            </w:pPr>
            <w:r w:rsidRPr="008069B2">
              <w:rPr>
                <w:rFonts w:ascii="Open Sans" w:hAnsi="Open Sans" w:cs="Open Sans"/>
                <w:lang w:val="de-DE"/>
              </w:rPr>
              <w:t>Anzahl abgeschlossener Projekte im öffentlichen Dienst als SAP-Berater für Logistikprozesse.</w:t>
            </w:r>
          </w:p>
        </w:tc>
        <w:tc>
          <w:tcPr>
            <w:tcW w:w="3969" w:type="dxa"/>
          </w:tcPr>
          <w:p w14:paraId="44748D5D" w14:textId="77777777" w:rsidR="00101DEC" w:rsidRPr="008069B2" w:rsidRDefault="00101DEC">
            <w:pPr>
              <w:rPr>
                <w:rFonts w:ascii="Open Sans" w:hAnsi="Open Sans" w:cs="Open Sans"/>
                <w:lang w:val="de-DE"/>
              </w:rPr>
            </w:pPr>
          </w:p>
        </w:tc>
        <w:tc>
          <w:tcPr>
            <w:tcW w:w="2268" w:type="dxa"/>
          </w:tcPr>
          <w:p w14:paraId="465FFC7B" w14:textId="77777777" w:rsidR="00101DEC" w:rsidRPr="008069B2" w:rsidRDefault="00101DEC">
            <w:pPr>
              <w:rPr>
                <w:rFonts w:ascii="Open Sans" w:hAnsi="Open Sans" w:cs="Open Sans"/>
                <w:lang w:val="de-DE"/>
              </w:rPr>
            </w:pPr>
          </w:p>
        </w:tc>
      </w:tr>
      <w:tr w:rsidR="00101DEC" w:rsidRPr="008069B2" w14:paraId="011C0D69" w14:textId="77777777">
        <w:trPr>
          <w:jc w:val="center"/>
        </w:trPr>
        <w:tc>
          <w:tcPr>
            <w:tcW w:w="567" w:type="dxa"/>
          </w:tcPr>
          <w:p w14:paraId="3BF8D177" w14:textId="77777777" w:rsidR="00101DEC" w:rsidRPr="008069B2" w:rsidRDefault="001D461A">
            <w:pPr>
              <w:rPr>
                <w:rFonts w:ascii="Open Sans" w:hAnsi="Open Sans" w:cs="Open Sans"/>
              </w:rPr>
            </w:pPr>
            <w:r w:rsidRPr="008069B2">
              <w:rPr>
                <w:rFonts w:ascii="Open Sans" w:hAnsi="Open Sans" w:cs="Open Sans"/>
              </w:rPr>
              <w:t>3</w:t>
            </w:r>
          </w:p>
        </w:tc>
        <w:tc>
          <w:tcPr>
            <w:tcW w:w="7370" w:type="dxa"/>
          </w:tcPr>
          <w:p w14:paraId="5388982C" w14:textId="77777777" w:rsidR="00101DEC" w:rsidRPr="008069B2" w:rsidRDefault="001D461A">
            <w:pPr>
              <w:rPr>
                <w:rFonts w:ascii="Open Sans" w:hAnsi="Open Sans" w:cs="Open Sans"/>
                <w:lang w:val="de-DE"/>
              </w:rPr>
            </w:pPr>
            <w:r w:rsidRPr="008069B2">
              <w:rPr>
                <w:rFonts w:ascii="Open Sans" w:hAnsi="Open Sans" w:cs="Open Sans"/>
                <w:lang w:val="de-DE"/>
              </w:rPr>
              <w:t>Dauer der Erfahrung in der Beratung für SAP-Logistikprozesse bei der Polizei.</w:t>
            </w:r>
          </w:p>
        </w:tc>
        <w:tc>
          <w:tcPr>
            <w:tcW w:w="3969" w:type="dxa"/>
          </w:tcPr>
          <w:p w14:paraId="3A42B6F0" w14:textId="77777777" w:rsidR="00101DEC" w:rsidRPr="008069B2" w:rsidRDefault="00101DEC">
            <w:pPr>
              <w:rPr>
                <w:rFonts w:ascii="Open Sans" w:hAnsi="Open Sans" w:cs="Open Sans"/>
                <w:lang w:val="de-DE"/>
              </w:rPr>
            </w:pPr>
          </w:p>
        </w:tc>
        <w:tc>
          <w:tcPr>
            <w:tcW w:w="2268" w:type="dxa"/>
          </w:tcPr>
          <w:p w14:paraId="2C70DEB2" w14:textId="77777777" w:rsidR="00101DEC" w:rsidRPr="008069B2" w:rsidRDefault="00101DEC">
            <w:pPr>
              <w:rPr>
                <w:rFonts w:ascii="Open Sans" w:hAnsi="Open Sans" w:cs="Open Sans"/>
                <w:lang w:val="de-DE"/>
              </w:rPr>
            </w:pPr>
          </w:p>
        </w:tc>
      </w:tr>
      <w:tr w:rsidR="00101DEC" w:rsidRPr="008069B2" w14:paraId="57443C47" w14:textId="77777777">
        <w:trPr>
          <w:jc w:val="center"/>
        </w:trPr>
        <w:tc>
          <w:tcPr>
            <w:tcW w:w="567" w:type="dxa"/>
          </w:tcPr>
          <w:p w14:paraId="2C3B3835" w14:textId="77777777" w:rsidR="00101DEC" w:rsidRPr="008069B2" w:rsidRDefault="001D461A">
            <w:pPr>
              <w:rPr>
                <w:rFonts w:ascii="Open Sans" w:hAnsi="Open Sans" w:cs="Open Sans"/>
              </w:rPr>
            </w:pPr>
            <w:r w:rsidRPr="008069B2">
              <w:rPr>
                <w:rFonts w:ascii="Open Sans" w:hAnsi="Open Sans" w:cs="Open Sans"/>
              </w:rPr>
              <w:lastRenderedPageBreak/>
              <w:t>4</w:t>
            </w:r>
          </w:p>
        </w:tc>
        <w:tc>
          <w:tcPr>
            <w:tcW w:w="7370" w:type="dxa"/>
          </w:tcPr>
          <w:p w14:paraId="76E81288" w14:textId="77777777" w:rsidR="00101DEC" w:rsidRPr="008069B2" w:rsidRDefault="001D461A">
            <w:pPr>
              <w:rPr>
                <w:rFonts w:ascii="Open Sans" w:hAnsi="Open Sans" w:cs="Open Sans"/>
                <w:lang w:val="de-DE"/>
              </w:rPr>
            </w:pPr>
            <w:r w:rsidRPr="008069B2">
              <w:rPr>
                <w:rFonts w:ascii="Open Sans" w:hAnsi="Open Sans" w:cs="Open Sans"/>
                <w:lang w:val="de-DE"/>
              </w:rPr>
              <w:t xml:space="preserve">Zertifizierung als SAP Solution </w:t>
            </w:r>
            <w:proofErr w:type="spellStart"/>
            <w:r w:rsidRPr="008069B2">
              <w:rPr>
                <w:rFonts w:ascii="Open Sans" w:hAnsi="Open Sans" w:cs="Open Sans"/>
                <w:lang w:val="de-DE"/>
              </w:rPr>
              <w:t>Architect</w:t>
            </w:r>
            <w:proofErr w:type="spellEnd"/>
            <w:r w:rsidRPr="008069B2">
              <w:rPr>
                <w:rFonts w:ascii="Open Sans" w:hAnsi="Open Sans" w:cs="Open Sans"/>
                <w:lang w:val="de-DE"/>
              </w:rPr>
              <w:t xml:space="preserve"> bzw. vergleichbare SAP-Zertifizierung einschließlich Level und Anlagenverweis.</w:t>
            </w:r>
          </w:p>
        </w:tc>
        <w:tc>
          <w:tcPr>
            <w:tcW w:w="3969" w:type="dxa"/>
          </w:tcPr>
          <w:p w14:paraId="401BE979" w14:textId="77777777" w:rsidR="00101DEC" w:rsidRPr="008069B2" w:rsidRDefault="00101DEC">
            <w:pPr>
              <w:rPr>
                <w:rFonts w:ascii="Open Sans" w:hAnsi="Open Sans" w:cs="Open Sans"/>
                <w:lang w:val="de-DE"/>
              </w:rPr>
            </w:pPr>
          </w:p>
        </w:tc>
        <w:tc>
          <w:tcPr>
            <w:tcW w:w="2268" w:type="dxa"/>
          </w:tcPr>
          <w:p w14:paraId="09D8A525" w14:textId="77777777" w:rsidR="00101DEC" w:rsidRPr="008069B2" w:rsidRDefault="00101DEC">
            <w:pPr>
              <w:rPr>
                <w:rFonts w:ascii="Open Sans" w:hAnsi="Open Sans" w:cs="Open Sans"/>
                <w:lang w:val="de-DE"/>
              </w:rPr>
            </w:pPr>
          </w:p>
        </w:tc>
      </w:tr>
    </w:tbl>
    <w:p w14:paraId="6FC966B4" w14:textId="77777777" w:rsidR="00101DEC" w:rsidRPr="008069B2" w:rsidRDefault="00101DEC">
      <w:pPr>
        <w:rPr>
          <w:rFonts w:ascii="Open Sans" w:hAnsi="Open Sans" w:cs="Open Sans"/>
          <w:lang w:val="de-DE"/>
        </w:rPr>
      </w:pPr>
    </w:p>
    <w:p w14:paraId="1C75EB59" w14:textId="77777777" w:rsidR="00101DEC" w:rsidRPr="008069B2" w:rsidRDefault="001D461A">
      <w:pPr>
        <w:pStyle w:val="berschrift2"/>
        <w:rPr>
          <w:rFonts w:ascii="Open Sans" w:hAnsi="Open Sans" w:cs="Open Sans"/>
        </w:rPr>
      </w:pPr>
      <w:r w:rsidRPr="008069B2">
        <w:rPr>
          <w:rFonts w:ascii="Open Sans" w:hAnsi="Open Sans" w:cs="Open Sans"/>
        </w:rPr>
        <w:t xml:space="preserve">D. </w:t>
      </w:r>
      <w:proofErr w:type="spellStart"/>
      <w:r w:rsidRPr="008069B2">
        <w:rPr>
          <w:rFonts w:ascii="Open Sans" w:hAnsi="Open Sans" w:cs="Open Sans"/>
        </w:rPr>
        <w:t>Persönliche</w:t>
      </w:r>
      <w:proofErr w:type="spellEnd"/>
      <w:r w:rsidRPr="008069B2">
        <w:rPr>
          <w:rFonts w:ascii="Open Sans" w:hAnsi="Open Sans" w:cs="Open Sans"/>
        </w:rPr>
        <w:t xml:space="preserve"> </w:t>
      </w:r>
      <w:proofErr w:type="spellStart"/>
      <w:r w:rsidRPr="008069B2">
        <w:rPr>
          <w:rFonts w:ascii="Open Sans" w:hAnsi="Open Sans" w:cs="Open Sans"/>
        </w:rPr>
        <w:t>Referenzen</w:t>
      </w:r>
      <w:proofErr w:type="spellEnd"/>
      <w:r w:rsidRPr="008069B2">
        <w:rPr>
          <w:rFonts w:ascii="Open Sans" w:hAnsi="Open Sans" w:cs="Open Sans"/>
        </w:rPr>
        <w:t xml:space="preserve"> / </w:t>
      </w:r>
      <w:proofErr w:type="spellStart"/>
      <w:r w:rsidRPr="008069B2">
        <w:rPr>
          <w:rFonts w:ascii="Open Sans" w:hAnsi="Open Sans" w:cs="Open Sans"/>
        </w:rPr>
        <w:t>Projektnachweise</w:t>
      </w:r>
      <w:proofErr w:type="spellEnd"/>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496"/>
        <w:gridCol w:w="1701"/>
        <w:gridCol w:w="1134"/>
        <w:gridCol w:w="1701"/>
        <w:gridCol w:w="1134"/>
        <w:gridCol w:w="850"/>
        <w:gridCol w:w="1417"/>
        <w:gridCol w:w="1417"/>
        <w:gridCol w:w="1417"/>
        <w:gridCol w:w="2268"/>
        <w:gridCol w:w="1619"/>
      </w:tblGrid>
      <w:tr w:rsidR="00101DEC" w:rsidRPr="008069B2" w14:paraId="622AB1B7" w14:textId="77777777">
        <w:trPr>
          <w:tblHeader/>
          <w:jc w:val="center"/>
        </w:trPr>
        <w:tc>
          <w:tcPr>
            <w:tcW w:w="454" w:type="dxa"/>
            <w:shd w:val="clear" w:color="auto" w:fill="D9EAF7"/>
          </w:tcPr>
          <w:p w14:paraId="72D274CB" w14:textId="77777777" w:rsidR="00101DEC" w:rsidRPr="008069B2" w:rsidRDefault="001D461A">
            <w:pPr>
              <w:rPr>
                <w:rFonts w:ascii="Open Sans" w:hAnsi="Open Sans" w:cs="Open Sans"/>
              </w:rPr>
            </w:pPr>
            <w:r w:rsidRPr="008069B2">
              <w:rPr>
                <w:rFonts w:ascii="Open Sans" w:hAnsi="Open Sans" w:cs="Open Sans"/>
                <w:b/>
              </w:rPr>
              <w:t>Nr.</w:t>
            </w:r>
          </w:p>
        </w:tc>
        <w:tc>
          <w:tcPr>
            <w:tcW w:w="1701" w:type="dxa"/>
            <w:shd w:val="clear" w:color="auto" w:fill="D9EAF7"/>
          </w:tcPr>
          <w:p w14:paraId="0ED78A2F" w14:textId="77777777" w:rsidR="00101DEC" w:rsidRPr="008069B2" w:rsidRDefault="001D461A">
            <w:pPr>
              <w:rPr>
                <w:rFonts w:ascii="Open Sans" w:hAnsi="Open Sans" w:cs="Open Sans"/>
              </w:rPr>
            </w:pPr>
            <w:proofErr w:type="spellStart"/>
            <w:r w:rsidRPr="008069B2">
              <w:rPr>
                <w:rFonts w:ascii="Open Sans" w:hAnsi="Open Sans" w:cs="Open Sans"/>
                <w:b/>
              </w:rPr>
              <w:t>Auftraggeber</w:t>
            </w:r>
            <w:proofErr w:type="spellEnd"/>
            <w:r w:rsidRPr="008069B2">
              <w:rPr>
                <w:rFonts w:ascii="Open Sans" w:hAnsi="Open Sans" w:cs="Open Sans"/>
                <w:b/>
              </w:rPr>
              <w:t xml:space="preserve"> / Branche</w:t>
            </w:r>
          </w:p>
        </w:tc>
        <w:tc>
          <w:tcPr>
            <w:tcW w:w="1134" w:type="dxa"/>
            <w:shd w:val="clear" w:color="auto" w:fill="D9EAF7"/>
          </w:tcPr>
          <w:p w14:paraId="7DDCD90E" w14:textId="77777777" w:rsidR="00101DEC" w:rsidRPr="008069B2" w:rsidRDefault="001D461A">
            <w:pPr>
              <w:rPr>
                <w:rFonts w:ascii="Open Sans" w:hAnsi="Open Sans" w:cs="Open Sans"/>
              </w:rPr>
            </w:pPr>
            <w:proofErr w:type="spellStart"/>
            <w:r w:rsidRPr="008069B2">
              <w:rPr>
                <w:rFonts w:ascii="Open Sans" w:hAnsi="Open Sans" w:cs="Open Sans"/>
                <w:b/>
              </w:rPr>
              <w:t>Öffentl</w:t>
            </w:r>
            <w:proofErr w:type="spellEnd"/>
            <w:r w:rsidRPr="008069B2">
              <w:rPr>
                <w:rFonts w:ascii="Open Sans" w:hAnsi="Open Sans" w:cs="Open Sans"/>
                <w:b/>
              </w:rPr>
              <w:t>. Dienst? Ja/Nein</w:t>
            </w:r>
          </w:p>
        </w:tc>
        <w:tc>
          <w:tcPr>
            <w:tcW w:w="1701" w:type="dxa"/>
            <w:shd w:val="clear" w:color="auto" w:fill="D9EAF7"/>
          </w:tcPr>
          <w:p w14:paraId="1C7FDFD4" w14:textId="77777777" w:rsidR="00101DEC" w:rsidRPr="008069B2" w:rsidRDefault="001D461A">
            <w:pPr>
              <w:rPr>
                <w:rFonts w:ascii="Open Sans" w:hAnsi="Open Sans" w:cs="Open Sans"/>
              </w:rPr>
            </w:pPr>
            <w:r w:rsidRPr="008069B2">
              <w:rPr>
                <w:rFonts w:ascii="Open Sans" w:hAnsi="Open Sans" w:cs="Open Sans"/>
                <w:b/>
              </w:rPr>
              <w:t>Projekt / Aufgabe</w:t>
            </w:r>
          </w:p>
        </w:tc>
        <w:tc>
          <w:tcPr>
            <w:tcW w:w="1134" w:type="dxa"/>
            <w:shd w:val="clear" w:color="auto" w:fill="D9EAF7"/>
          </w:tcPr>
          <w:p w14:paraId="70BA97A9" w14:textId="77777777" w:rsidR="00101DEC" w:rsidRPr="008069B2" w:rsidRDefault="001D461A">
            <w:pPr>
              <w:rPr>
                <w:rFonts w:ascii="Open Sans" w:hAnsi="Open Sans" w:cs="Open Sans"/>
              </w:rPr>
            </w:pPr>
            <w:proofErr w:type="spellStart"/>
            <w:r w:rsidRPr="008069B2">
              <w:rPr>
                <w:rFonts w:ascii="Open Sans" w:hAnsi="Open Sans" w:cs="Open Sans"/>
                <w:b/>
              </w:rPr>
              <w:t>Zeitraum</w:t>
            </w:r>
            <w:proofErr w:type="spellEnd"/>
            <w:r w:rsidRPr="008069B2">
              <w:rPr>
                <w:rFonts w:ascii="Open Sans" w:hAnsi="Open Sans" w:cs="Open Sans"/>
                <w:b/>
              </w:rPr>
              <w:t xml:space="preserve"> von-bis</w:t>
            </w:r>
          </w:p>
        </w:tc>
        <w:tc>
          <w:tcPr>
            <w:tcW w:w="850" w:type="dxa"/>
            <w:shd w:val="clear" w:color="auto" w:fill="D9EAF7"/>
          </w:tcPr>
          <w:p w14:paraId="415931D2" w14:textId="77777777" w:rsidR="00101DEC" w:rsidRPr="008069B2" w:rsidRDefault="001D461A">
            <w:pPr>
              <w:rPr>
                <w:rFonts w:ascii="Open Sans" w:hAnsi="Open Sans" w:cs="Open Sans"/>
              </w:rPr>
            </w:pPr>
            <w:r w:rsidRPr="008069B2">
              <w:rPr>
                <w:rFonts w:ascii="Open Sans" w:hAnsi="Open Sans" w:cs="Open Sans"/>
                <w:b/>
              </w:rPr>
              <w:t>Dauer</w:t>
            </w:r>
          </w:p>
        </w:tc>
        <w:tc>
          <w:tcPr>
            <w:tcW w:w="1417" w:type="dxa"/>
            <w:shd w:val="clear" w:color="auto" w:fill="D9EAF7"/>
          </w:tcPr>
          <w:p w14:paraId="15D90FD8" w14:textId="77777777" w:rsidR="00101DEC" w:rsidRPr="008069B2" w:rsidRDefault="001D461A">
            <w:pPr>
              <w:rPr>
                <w:rFonts w:ascii="Open Sans" w:hAnsi="Open Sans" w:cs="Open Sans"/>
              </w:rPr>
            </w:pPr>
            <w:r w:rsidRPr="008069B2">
              <w:rPr>
                <w:rFonts w:ascii="Open Sans" w:hAnsi="Open Sans" w:cs="Open Sans"/>
                <w:b/>
              </w:rPr>
              <w:t>SAP-System / Release</w:t>
            </w:r>
          </w:p>
        </w:tc>
        <w:tc>
          <w:tcPr>
            <w:tcW w:w="1417" w:type="dxa"/>
            <w:shd w:val="clear" w:color="auto" w:fill="D9EAF7"/>
          </w:tcPr>
          <w:p w14:paraId="4341A10B" w14:textId="77777777" w:rsidR="00101DEC" w:rsidRPr="008069B2" w:rsidRDefault="001D461A">
            <w:pPr>
              <w:rPr>
                <w:rFonts w:ascii="Open Sans" w:hAnsi="Open Sans" w:cs="Open Sans"/>
              </w:rPr>
            </w:pPr>
            <w:r w:rsidRPr="008069B2">
              <w:rPr>
                <w:rFonts w:ascii="Open Sans" w:hAnsi="Open Sans" w:cs="Open Sans"/>
                <w:b/>
              </w:rPr>
              <w:t xml:space="preserve">Modul / </w:t>
            </w:r>
            <w:proofErr w:type="spellStart"/>
            <w:r w:rsidRPr="008069B2">
              <w:rPr>
                <w:rFonts w:ascii="Open Sans" w:hAnsi="Open Sans" w:cs="Open Sans"/>
                <w:b/>
              </w:rPr>
              <w:t>Komponente</w:t>
            </w:r>
            <w:proofErr w:type="spellEnd"/>
          </w:p>
        </w:tc>
        <w:tc>
          <w:tcPr>
            <w:tcW w:w="1417" w:type="dxa"/>
            <w:shd w:val="clear" w:color="auto" w:fill="D9EAF7"/>
          </w:tcPr>
          <w:p w14:paraId="47CBF917" w14:textId="77777777" w:rsidR="00101DEC" w:rsidRPr="008069B2" w:rsidRDefault="001D461A">
            <w:pPr>
              <w:rPr>
                <w:rFonts w:ascii="Open Sans" w:hAnsi="Open Sans" w:cs="Open Sans"/>
              </w:rPr>
            </w:pPr>
            <w:r w:rsidRPr="008069B2">
              <w:rPr>
                <w:rFonts w:ascii="Open Sans" w:hAnsi="Open Sans" w:cs="Open Sans"/>
                <w:b/>
              </w:rPr>
              <w:t>Rolle der Person</w:t>
            </w:r>
          </w:p>
        </w:tc>
        <w:tc>
          <w:tcPr>
            <w:tcW w:w="2268" w:type="dxa"/>
            <w:shd w:val="clear" w:color="auto" w:fill="D9EAF7"/>
          </w:tcPr>
          <w:p w14:paraId="771FB5E1" w14:textId="77777777" w:rsidR="00101DEC" w:rsidRPr="008069B2" w:rsidRDefault="001D461A">
            <w:pPr>
              <w:rPr>
                <w:rFonts w:ascii="Open Sans" w:hAnsi="Open Sans" w:cs="Open Sans"/>
              </w:rPr>
            </w:pPr>
            <w:proofErr w:type="spellStart"/>
            <w:r w:rsidRPr="008069B2">
              <w:rPr>
                <w:rFonts w:ascii="Open Sans" w:hAnsi="Open Sans" w:cs="Open Sans"/>
                <w:b/>
              </w:rPr>
              <w:t>Konkrete</w:t>
            </w:r>
            <w:proofErr w:type="spellEnd"/>
            <w:r w:rsidRPr="008069B2">
              <w:rPr>
                <w:rFonts w:ascii="Open Sans" w:hAnsi="Open Sans" w:cs="Open Sans"/>
                <w:b/>
              </w:rPr>
              <w:t xml:space="preserve"> </w:t>
            </w:r>
            <w:proofErr w:type="spellStart"/>
            <w:r w:rsidRPr="008069B2">
              <w:rPr>
                <w:rFonts w:ascii="Open Sans" w:hAnsi="Open Sans" w:cs="Open Sans"/>
                <w:b/>
              </w:rPr>
              <w:t>Tätigkeiten</w:t>
            </w:r>
            <w:proofErr w:type="spellEnd"/>
          </w:p>
        </w:tc>
        <w:tc>
          <w:tcPr>
            <w:tcW w:w="1134" w:type="dxa"/>
            <w:shd w:val="clear" w:color="auto" w:fill="D9EAF7"/>
          </w:tcPr>
          <w:p w14:paraId="1691605E" w14:textId="77777777" w:rsidR="00101DEC" w:rsidRPr="008069B2" w:rsidRDefault="001D461A">
            <w:pPr>
              <w:rPr>
                <w:rFonts w:ascii="Open Sans" w:hAnsi="Open Sans" w:cs="Open Sans"/>
              </w:rPr>
            </w:pPr>
            <w:proofErr w:type="spellStart"/>
            <w:r w:rsidRPr="008069B2">
              <w:rPr>
                <w:rFonts w:ascii="Open Sans" w:hAnsi="Open Sans" w:cs="Open Sans"/>
                <w:b/>
              </w:rPr>
              <w:t>Abgeschlossen</w:t>
            </w:r>
            <w:proofErr w:type="spellEnd"/>
            <w:r w:rsidRPr="008069B2">
              <w:rPr>
                <w:rFonts w:ascii="Open Sans" w:hAnsi="Open Sans" w:cs="Open Sans"/>
                <w:b/>
              </w:rPr>
              <w:t>? / Anlage</w:t>
            </w:r>
          </w:p>
        </w:tc>
      </w:tr>
      <w:tr w:rsidR="00101DEC" w:rsidRPr="008069B2" w14:paraId="682694E0" w14:textId="77777777">
        <w:trPr>
          <w:jc w:val="center"/>
        </w:trPr>
        <w:tc>
          <w:tcPr>
            <w:tcW w:w="454" w:type="dxa"/>
          </w:tcPr>
          <w:p w14:paraId="1AF0A2D5" w14:textId="77777777" w:rsidR="00101DEC" w:rsidRPr="008069B2" w:rsidRDefault="001D461A">
            <w:pPr>
              <w:rPr>
                <w:rFonts w:ascii="Open Sans" w:hAnsi="Open Sans" w:cs="Open Sans"/>
              </w:rPr>
            </w:pPr>
            <w:r w:rsidRPr="008069B2">
              <w:rPr>
                <w:rFonts w:ascii="Open Sans" w:hAnsi="Open Sans" w:cs="Open Sans"/>
              </w:rPr>
              <w:t>1</w:t>
            </w:r>
          </w:p>
        </w:tc>
        <w:tc>
          <w:tcPr>
            <w:tcW w:w="1701" w:type="dxa"/>
          </w:tcPr>
          <w:p w14:paraId="1CA387B1" w14:textId="77777777" w:rsidR="00101DEC" w:rsidRPr="008069B2" w:rsidRDefault="00101DEC">
            <w:pPr>
              <w:rPr>
                <w:rFonts w:ascii="Open Sans" w:hAnsi="Open Sans" w:cs="Open Sans"/>
              </w:rPr>
            </w:pPr>
          </w:p>
        </w:tc>
        <w:tc>
          <w:tcPr>
            <w:tcW w:w="1134" w:type="dxa"/>
          </w:tcPr>
          <w:p w14:paraId="489961A0" w14:textId="77777777" w:rsidR="00101DEC" w:rsidRPr="008069B2" w:rsidRDefault="00101DEC">
            <w:pPr>
              <w:rPr>
                <w:rFonts w:ascii="Open Sans" w:hAnsi="Open Sans" w:cs="Open Sans"/>
              </w:rPr>
            </w:pPr>
          </w:p>
        </w:tc>
        <w:tc>
          <w:tcPr>
            <w:tcW w:w="1701" w:type="dxa"/>
          </w:tcPr>
          <w:p w14:paraId="3F43062D" w14:textId="77777777" w:rsidR="00101DEC" w:rsidRPr="008069B2" w:rsidRDefault="00101DEC">
            <w:pPr>
              <w:rPr>
                <w:rFonts w:ascii="Open Sans" w:hAnsi="Open Sans" w:cs="Open Sans"/>
              </w:rPr>
            </w:pPr>
          </w:p>
        </w:tc>
        <w:tc>
          <w:tcPr>
            <w:tcW w:w="1134" w:type="dxa"/>
          </w:tcPr>
          <w:p w14:paraId="0950B807" w14:textId="77777777" w:rsidR="00101DEC" w:rsidRPr="008069B2" w:rsidRDefault="00101DEC">
            <w:pPr>
              <w:rPr>
                <w:rFonts w:ascii="Open Sans" w:hAnsi="Open Sans" w:cs="Open Sans"/>
              </w:rPr>
            </w:pPr>
          </w:p>
        </w:tc>
        <w:tc>
          <w:tcPr>
            <w:tcW w:w="850" w:type="dxa"/>
          </w:tcPr>
          <w:p w14:paraId="78B0A98C" w14:textId="77777777" w:rsidR="00101DEC" w:rsidRPr="008069B2" w:rsidRDefault="00101DEC">
            <w:pPr>
              <w:rPr>
                <w:rFonts w:ascii="Open Sans" w:hAnsi="Open Sans" w:cs="Open Sans"/>
              </w:rPr>
            </w:pPr>
          </w:p>
        </w:tc>
        <w:tc>
          <w:tcPr>
            <w:tcW w:w="1417" w:type="dxa"/>
          </w:tcPr>
          <w:p w14:paraId="2C656B3A" w14:textId="77777777" w:rsidR="00101DEC" w:rsidRPr="008069B2" w:rsidRDefault="00101DEC">
            <w:pPr>
              <w:rPr>
                <w:rFonts w:ascii="Open Sans" w:hAnsi="Open Sans" w:cs="Open Sans"/>
              </w:rPr>
            </w:pPr>
          </w:p>
        </w:tc>
        <w:tc>
          <w:tcPr>
            <w:tcW w:w="1417" w:type="dxa"/>
          </w:tcPr>
          <w:p w14:paraId="49CF6437" w14:textId="77777777" w:rsidR="00101DEC" w:rsidRPr="008069B2" w:rsidRDefault="00101DEC">
            <w:pPr>
              <w:rPr>
                <w:rFonts w:ascii="Open Sans" w:hAnsi="Open Sans" w:cs="Open Sans"/>
              </w:rPr>
            </w:pPr>
          </w:p>
        </w:tc>
        <w:tc>
          <w:tcPr>
            <w:tcW w:w="1417" w:type="dxa"/>
          </w:tcPr>
          <w:p w14:paraId="34446B25" w14:textId="77777777" w:rsidR="00101DEC" w:rsidRPr="008069B2" w:rsidRDefault="00101DEC">
            <w:pPr>
              <w:rPr>
                <w:rFonts w:ascii="Open Sans" w:hAnsi="Open Sans" w:cs="Open Sans"/>
              </w:rPr>
            </w:pPr>
          </w:p>
        </w:tc>
        <w:tc>
          <w:tcPr>
            <w:tcW w:w="2268" w:type="dxa"/>
          </w:tcPr>
          <w:p w14:paraId="3FCF4A20" w14:textId="77777777" w:rsidR="00101DEC" w:rsidRPr="008069B2" w:rsidRDefault="00101DEC">
            <w:pPr>
              <w:rPr>
                <w:rFonts w:ascii="Open Sans" w:hAnsi="Open Sans" w:cs="Open Sans"/>
              </w:rPr>
            </w:pPr>
          </w:p>
        </w:tc>
        <w:tc>
          <w:tcPr>
            <w:tcW w:w="1134" w:type="dxa"/>
          </w:tcPr>
          <w:p w14:paraId="0E5B85BE" w14:textId="77777777" w:rsidR="00101DEC" w:rsidRPr="008069B2" w:rsidRDefault="00101DEC">
            <w:pPr>
              <w:rPr>
                <w:rFonts w:ascii="Open Sans" w:hAnsi="Open Sans" w:cs="Open Sans"/>
              </w:rPr>
            </w:pPr>
          </w:p>
        </w:tc>
      </w:tr>
      <w:tr w:rsidR="00101DEC" w:rsidRPr="008069B2" w14:paraId="20D8FA22" w14:textId="77777777">
        <w:trPr>
          <w:jc w:val="center"/>
        </w:trPr>
        <w:tc>
          <w:tcPr>
            <w:tcW w:w="454" w:type="dxa"/>
          </w:tcPr>
          <w:p w14:paraId="2B2A40D3" w14:textId="77777777" w:rsidR="00101DEC" w:rsidRPr="008069B2" w:rsidRDefault="001D461A">
            <w:pPr>
              <w:rPr>
                <w:rFonts w:ascii="Open Sans" w:hAnsi="Open Sans" w:cs="Open Sans"/>
              </w:rPr>
            </w:pPr>
            <w:r w:rsidRPr="008069B2">
              <w:rPr>
                <w:rFonts w:ascii="Open Sans" w:hAnsi="Open Sans" w:cs="Open Sans"/>
              </w:rPr>
              <w:t>2</w:t>
            </w:r>
          </w:p>
        </w:tc>
        <w:tc>
          <w:tcPr>
            <w:tcW w:w="1701" w:type="dxa"/>
          </w:tcPr>
          <w:p w14:paraId="0F05A444" w14:textId="77777777" w:rsidR="00101DEC" w:rsidRPr="008069B2" w:rsidRDefault="00101DEC">
            <w:pPr>
              <w:rPr>
                <w:rFonts w:ascii="Open Sans" w:hAnsi="Open Sans" w:cs="Open Sans"/>
              </w:rPr>
            </w:pPr>
          </w:p>
        </w:tc>
        <w:tc>
          <w:tcPr>
            <w:tcW w:w="1134" w:type="dxa"/>
          </w:tcPr>
          <w:p w14:paraId="667B6E5C" w14:textId="77777777" w:rsidR="00101DEC" w:rsidRPr="008069B2" w:rsidRDefault="00101DEC">
            <w:pPr>
              <w:rPr>
                <w:rFonts w:ascii="Open Sans" w:hAnsi="Open Sans" w:cs="Open Sans"/>
              </w:rPr>
            </w:pPr>
          </w:p>
        </w:tc>
        <w:tc>
          <w:tcPr>
            <w:tcW w:w="1701" w:type="dxa"/>
          </w:tcPr>
          <w:p w14:paraId="2845BF54" w14:textId="77777777" w:rsidR="00101DEC" w:rsidRPr="008069B2" w:rsidRDefault="00101DEC">
            <w:pPr>
              <w:rPr>
                <w:rFonts w:ascii="Open Sans" w:hAnsi="Open Sans" w:cs="Open Sans"/>
              </w:rPr>
            </w:pPr>
          </w:p>
        </w:tc>
        <w:tc>
          <w:tcPr>
            <w:tcW w:w="1134" w:type="dxa"/>
          </w:tcPr>
          <w:p w14:paraId="16C9AF51" w14:textId="77777777" w:rsidR="00101DEC" w:rsidRPr="008069B2" w:rsidRDefault="00101DEC">
            <w:pPr>
              <w:rPr>
                <w:rFonts w:ascii="Open Sans" w:hAnsi="Open Sans" w:cs="Open Sans"/>
              </w:rPr>
            </w:pPr>
          </w:p>
        </w:tc>
        <w:tc>
          <w:tcPr>
            <w:tcW w:w="850" w:type="dxa"/>
          </w:tcPr>
          <w:p w14:paraId="525779EF" w14:textId="77777777" w:rsidR="00101DEC" w:rsidRPr="008069B2" w:rsidRDefault="00101DEC">
            <w:pPr>
              <w:rPr>
                <w:rFonts w:ascii="Open Sans" w:hAnsi="Open Sans" w:cs="Open Sans"/>
              </w:rPr>
            </w:pPr>
          </w:p>
        </w:tc>
        <w:tc>
          <w:tcPr>
            <w:tcW w:w="1417" w:type="dxa"/>
          </w:tcPr>
          <w:p w14:paraId="00EDB8EB" w14:textId="77777777" w:rsidR="00101DEC" w:rsidRPr="008069B2" w:rsidRDefault="00101DEC">
            <w:pPr>
              <w:rPr>
                <w:rFonts w:ascii="Open Sans" w:hAnsi="Open Sans" w:cs="Open Sans"/>
              </w:rPr>
            </w:pPr>
          </w:p>
        </w:tc>
        <w:tc>
          <w:tcPr>
            <w:tcW w:w="1417" w:type="dxa"/>
          </w:tcPr>
          <w:p w14:paraId="3ADBC2D9" w14:textId="77777777" w:rsidR="00101DEC" w:rsidRPr="008069B2" w:rsidRDefault="00101DEC">
            <w:pPr>
              <w:rPr>
                <w:rFonts w:ascii="Open Sans" w:hAnsi="Open Sans" w:cs="Open Sans"/>
              </w:rPr>
            </w:pPr>
          </w:p>
        </w:tc>
        <w:tc>
          <w:tcPr>
            <w:tcW w:w="1417" w:type="dxa"/>
          </w:tcPr>
          <w:p w14:paraId="1BCED082" w14:textId="77777777" w:rsidR="00101DEC" w:rsidRPr="008069B2" w:rsidRDefault="00101DEC">
            <w:pPr>
              <w:rPr>
                <w:rFonts w:ascii="Open Sans" w:hAnsi="Open Sans" w:cs="Open Sans"/>
              </w:rPr>
            </w:pPr>
          </w:p>
        </w:tc>
        <w:tc>
          <w:tcPr>
            <w:tcW w:w="2268" w:type="dxa"/>
          </w:tcPr>
          <w:p w14:paraId="6821C9B7" w14:textId="77777777" w:rsidR="00101DEC" w:rsidRPr="008069B2" w:rsidRDefault="00101DEC">
            <w:pPr>
              <w:rPr>
                <w:rFonts w:ascii="Open Sans" w:hAnsi="Open Sans" w:cs="Open Sans"/>
              </w:rPr>
            </w:pPr>
          </w:p>
        </w:tc>
        <w:tc>
          <w:tcPr>
            <w:tcW w:w="1134" w:type="dxa"/>
          </w:tcPr>
          <w:p w14:paraId="73445E0C" w14:textId="77777777" w:rsidR="00101DEC" w:rsidRPr="008069B2" w:rsidRDefault="00101DEC">
            <w:pPr>
              <w:rPr>
                <w:rFonts w:ascii="Open Sans" w:hAnsi="Open Sans" w:cs="Open Sans"/>
              </w:rPr>
            </w:pPr>
          </w:p>
        </w:tc>
      </w:tr>
      <w:tr w:rsidR="00101DEC" w:rsidRPr="008069B2" w14:paraId="7696E18C" w14:textId="77777777">
        <w:trPr>
          <w:jc w:val="center"/>
        </w:trPr>
        <w:tc>
          <w:tcPr>
            <w:tcW w:w="454" w:type="dxa"/>
          </w:tcPr>
          <w:p w14:paraId="3F00A2EC" w14:textId="77777777" w:rsidR="00101DEC" w:rsidRPr="008069B2" w:rsidRDefault="001D461A">
            <w:pPr>
              <w:rPr>
                <w:rFonts w:ascii="Open Sans" w:hAnsi="Open Sans" w:cs="Open Sans"/>
              </w:rPr>
            </w:pPr>
            <w:r w:rsidRPr="008069B2">
              <w:rPr>
                <w:rFonts w:ascii="Open Sans" w:hAnsi="Open Sans" w:cs="Open Sans"/>
              </w:rPr>
              <w:t>3</w:t>
            </w:r>
          </w:p>
        </w:tc>
        <w:tc>
          <w:tcPr>
            <w:tcW w:w="1701" w:type="dxa"/>
          </w:tcPr>
          <w:p w14:paraId="167716E5" w14:textId="77777777" w:rsidR="00101DEC" w:rsidRPr="008069B2" w:rsidRDefault="00101DEC">
            <w:pPr>
              <w:rPr>
                <w:rFonts w:ascii="Open Sans" w:hAnsi="Open Sans" w:cs="Open Sans"/>
              </w:rPr>
            </w:pPr>
          </w:p>
        </w:tc>
        <w:tc>
          <w:tcPr>
            <w:tcW w:w="1134" w:type="dxa"/>
          </w:tcPr>
          <w:p w14:paraId="71B61CE4" w14:textId="77777777" w:rsidR="00101DEC" w:rsidRPr="008069B2" w:rsidRDefault="00101DEC">
            <w:pPr>
              <w:rPr>
                <w:rFonts w:ascii="Open Sans" w:hAnsi="Open Sans" w:cs="Open Sans"/>
              </w:rPr>
            </w:pPr>
          </w:p>
        </w:tc>
        <w:tc>
          <w:tcPr>
            <w:tcW w:w="1701" w:type="dxa"/>
          </w:tcPr>
          <w:p w14:paraId="727F3E87" w14:textId="77777777" w:rsidR="00101DEC" w:rsidRPr="008069B2" w:rsidRDefault="00101DEC">
            <w:pPr>
              <w:rPr>
                <w:rFonts w:ascii="Open Sans" w:hAnsi="Open Sans" w:cs="Open Sans"/>
              </w:rPr>
            </w:pPr>
          </w:p>
        </w:tc>
        <w:tc>
          <w:tcPr>
            <w:tcW w:w="1134" w:type="dxa"/>
          </w:tcPr>
          <w:p w14:paraId="168EA9DF" w14:textId="77777777" w:rsidR="00101DEC" w:rsidRPr="008069B2" w:rsidRDefault="00101DEC">
            <w:pPr>
              <w:rPr>
                <w:rFonts w:ascii="Open Sans" w:hAnsi="Open Sans" w:cs="Open Sans"/>
              </w:rPr>
            </w:pPr>
          </w:p>
        </w:tc>
        <w:tc>
          <w:tcPr>
            <w:tcW w:w="850" w:type="dxa"/>
          </w:tcPr>
          <w:p w14:paraId="7A1787FB" w14:textId="77777777" w:rsidR="00101DEC" w:rsidRPr="008069B2" w:rsidRDefault="00101DEC">
            <w:pPr>
              <w:rPr>
                <w:rFonts w:ascii="Open Sans" w:hAnsi="Open Sans" w:cs="Open Sans"/>
              </w:rPr>
            </w:pPr>
          </w:p>
        </w:tc>
        <w:tc>
          <w:tcPr>
            <w:tcW w:w="1417" w:type="dxa"/>
          </w:tcPr>
          <w:p w14:paraId="73C89C52" w14:textId="77777777" w:rsidR="00101DEC" w:rsidRPr="008069B2" w:rsidRDefault="00101DEC">
            <w:pPr>
              <w:rPr>
                <w:rFonts w:ascii="Open Sans" w:hAnsi="Open Sans" w:cs="Open Sans"/>
              </w:rPr>
            </w:pPr>
          </w:p>
        </w:tc>
        <w:tc>
          <w:tcPr>
            <w:tcW w:w="1417" w:type="dxa"/>
          </w:tcPr>
          <w:p w14:paraId="7221E49B" w14:textId="77777777" w:rsidR="00101DEC" w:rsidRPr="008069B2" w:rsidRDefault="00101DEC">
            <w:pPr>
              <w:rPr>
                <w:rFonts w:ascii="Open Sans" w:hAnsi="Open Sans" w:cs="Open Sans"/>
              </w:rPr>
            </w:pPr>
          </w:p>
        </w:tc>
        <w:tc>
          <w:tcPr>
            <w:tcW w:w="1417" w:type="dxa"/>
          </w:tcPr>
          <w:p w14:paraId="194C0107" w14:textId="77777777" w:rsidR="00101DEC" w:rsidRPr="008069B2" w:rsidRDefault="00101DEC">
            <w:pPr>
              <w:rPr>
                <w:rFonts w:ascii="Open Sans" w:hAnsi="Open Sans" w:cs="Open Sans"/>
              </w:rPr>
            </w:pPr>
          </w:p>
        </w:tc>
        <w:tc>
          <w:tcPr>
            <w:tcW w:w="2268" w:type="dxa"/>
          </w:tcPr>
          <w:p w14:paraId="13D0209E" w14:textId="77777777" w:rsidR="00101DEC" w:rsidRPr="008069B2" w:rsidRDefault="00101DEC">
            <w:pPr>
              <w:rPr>
                <w:rFonts w:ascii="Open Sans" w:hAnsi="Open Sans" w:cs="Open Sans"/>
              </w:rPr>
            </w:pPr>
          </w:p>
        </w:tc>
        <w:tc>
          <w:tcPr>
            <w:tcW w:w="1134" w:type="dxa"/>
          </w:tcPr>
          <w:p w14:paraId="32801448" w14:textId="77777777" w:rsidR="00101DEC" w:rsidRPr="008069B2" w:rsidRDefault="00101DEC">
            <w:pPr>
              <w:rPr>
                <w:rFonts w:ascii="Open Sans" w:hAnsi="Open Sans" w:cs="Open Sans"/>
              </w:rPr>
            </w:pPr>
          </w:p>
        </w:tc>
      </w:tr>
      <w:tr w:rsidR="00101DEC" w:rsidRPr="008069B2" w14:paraId="4D01DDA1" w14:textId="77777777">
        <w:trPr>
          <w:jc w:val="center"/>
        </w:trPr>
        <w:tc>
          <w:tcPr>
            <w:tcW w:w="454" w:type="dxa"/>
          </w:tcPr>
          <w:p w14:paraId="1557BE6F" w14:textId="77777777" w:rsidR="00101DEC" w:rsidRPr="008069B2" w:rsidRDefault="001D461A">
            <w:pPr>
              <w:rPr>
                <w:rFonts w:ascii="Open Sans" w:hAnsi="Open Sans" w:cs="Open Sans"/>
              </w:rPr>
            </w:pPr>
            <w:r w:rsidRPr="008069B2">
              <w:rPr>
                <w:rFonts w:ascii="Open Sans" w:hAnsi="Open Sans" w:cs="Open Sans"/>
              </w:rPr>
              <w:t>4</w:t>
            </w:r>
          </w:p>
        </w:tc>
        <w:tc>
          <w:tcPr>
            <w:tcW w:w="1701" w:type="dxa"/>
          </w:tcPr>
          <w:p w14:paraId="6231647D" w14:textId="77777777" w:rsidR="00101DEC" w:rsidRPr="008069B2" w:rsidRDefault="00101DEC">
            <w:pPr>
              <w:rPr>
                <w:rFonts w:ascii="Open Sans" w:hAnsi="Open Sans" w:cs="Open Sans"/>
              </w:rPr>
            </w:pPr>
          </w:p>
        </w:tc>
        <w:tc>
          <w:tcPr>
            <w:tcW w:w="1134" w:type="dxa"/>
          </w:tcPr>
          <w:p w14:paraId="1BE90A25" w14:textId="77777777" w:rsidR="00101DEC" w:rsidRPr="008069B2" w:rsidRDefault="00101DEC">
            <w:pPr>
              <w:rPr>
                <w:rFonts w:ascii="Open Sans" w:hAnsi="Open Sans" w:cs="Open Sans"/>
              </w:rPr>
            </w:pPr>
          </w:p>
        </w:tc>
        <w:tc>
          <w:tcPr>
            <w:tcW w:w="1701" w:type="dxa"/>
          </w:tcPr>
          <w:p w14:paraId="5636F526" w14:textId="77777777" w:rsidR="00101DEC" w:rsidRPr="008069B2" w:rsidRDefault="00101DEC">
            <w:pPr>
              <w:rPr>
                <w:rFonts w:ascii="Open Sans" w:hAnsi="Open Sans" w:cs="Open Sans"/>
              </w:rPr>
            </w:pPr>
          </w:p>
        </w:tc>
        <w:tc>
          <w:tcPr>
            <w:tcW w:w="1134" w:type="dxa"/>
          </w:tcPr>
          <w:p w14:paraId="15678621" w14:textId="77777777" w:rsidR="00101DEC" w:rsidRPr="008069B2" w:rsidRDefault="00101DEC">
            <w:pPr>
              <w:rPr>
                <w:rFonts w:ascii="Open Sans" w:hAnsi="Open Sans" w:cs="Open Sans"/>
              </w:rPr>
            </w:pPr>
          </w:p>
        </w:tc>
        <w:tc>
          <w:tcPr>
            <w:tcW w:w="850" w:type="dxa"/>
          </w:tcPr>
          <w:p w14:paraId="3F9152DD" w14:textId="77777777" w:rsidR="00101DEC" w:rsidRPr="008069B2" w:rsidRDefault="00101DEC">
            <w:pPr>
              <w:rPr>
                <w:rFonts w:ascii="Open Sans" w:hAnsi="Open Sans" w:cs="Open Sans"/>
              </w:rPr>
            </w:pPr>
          </w:p>
        </w:tc>
        <w:tc>
          <w:tcPr>
            <w:tcW w:w="1417" w:type="dxa"/>
          </w:tcPr>
          <w:p w14:paraId="4524CEF0" w14:textId="77777777" w:rsidR="00101DEC" w:rsidRPr="008069B2" w:rsidRDefault="00101DEC">
            <w:pPr>
              <w:rPr>
                <w:rFonts w:ascii="Open Sans" w:hAnsi="Open Sans" w:cs="Open Sans"/>
              </w:rPr>
            </w:pPr>
          </w:p>
        </w:tc>
        <w:tc>
          <w:tcPr>
            <w:tcW w:w="1417" w:type="dxa"/>
          </w:tcPr>
          <w:p w14:paraId="3023A12F" w14:textId="77777777" w:rsidR="00101DEC" w:rsidRPr="008069B2" w:rsidRDefault="00101DEC">
            <w:pPr>
              <w:rPr>
                <w:rFonts w:ascii="Open Sans" w:hAnsi="Open Sans" w:cs="Open Sans"/>
              </w:rPr>
            </w:pPr>
          </w:p>
        </w:tc>
        <w:tc>
          <w:tcPr>
            <w:tcW w:w="1417" w:type="dxa"/>
          </w:tcPr>
          <w:p w14:paraId="61EB534D" w14:textId="77777777" w:rsidR="00101DEC" w:rsidRPr="008069B2" w:rsidRDefault="00101DEC">
            <w:pPr>
              <w:rPr>
                <w:rFonts w:ascii="Open Sans" w:hAnsi="Open Sans" w:cs="Open Sans"/>
              </w:rPr>
            </w:pPr>
          </w:p>
        </w:tc>
        <w:tc>
          <w:tcPr>
            <w:tcW w:w="2268" w:type="dxa"/>
          </w:tcPr>
          <w:p w14:paraId="1BE798E7" w14:textId="77777777" w:rsidR="00101DEC" w:rsidRPr="008069B2" w:rsidRDefault="00101DEC">
            <w:pPr>
              <w:rPr>
                <w:rFonts w:ascii="Open Sans" w:hAnsi="Open Sans" w:cs="Open Sans"/>
              </w:rPr>
            </w:pPr>
          </w:p>
        </w:tc>
        <w:tc>
          <w:tcPr>
            <w:tcW w:w="1134" w:type="dxa"/>
          </w:tcPr>
          <w:p w14:paraId="1EE186EC" w14:textId="77777777" w:rsidR="00101DEC" w:rsidRPr="008069B2" w:rsidRDefault="00101DEC">
            <w:pPr>
              <w:rPr>
                <w:rFonts w:ascii="Open Sans" w:hAnsi="Open Sans" w:cs="Open Sans"/>
              </w:rPr>
            </w:pPr>
          </w:p>
        </w:tc>
      </w:tr>
      <w:tr w:rsidR="00101DEC" w:rsidRPr="008069B2" w14:paraId="7C26E236" w14:textId="77777777">
        <w:trPr>
          <w:jc w:val="center"/>
        </w:trPr>
        <w:tc>
          <w:tcPr>
            <w:tcW w:w="454" w:type="dxa"/>
          </w:tcPr>
          <w:p w14:paraId="5BA057C8" w14:textId="77777777" w:rsidR="00101DEC" w:rsidRPr="008069B2" w:rsidRDefault="001D461A">
            <w:pPr>
              <w:rPr>
                <w:rFonts w:ascii="Open Sans" w:hAnsi="Open Sans" w:cs="Open Sans"/>
              </w:rPr>
            </w:pPr>
            <w:r w:rsidRPr="008069B2">
              <w:rPr>
                <w:rFonts w:ascii="Open Sans" w:hAnsi="Open Sans" w:cs="Open Sans"/>
              </w:rPr>
              <w:t>5</w:t>
            </w:r>
          </w:p>
        </w:tc>
        <w:tc>
          <w:tcPr>
            <w:tcW w:w="1701" w:type="dxa"/>
          </w:tcPr>
          <w:p w14:paraId="31547BE2" w14:textId="77777777" w:rsidR="00101DEC" w:rsidRPr="008069B2" w:rsidRDefault="00101DEC">
            <w:pPr>
              <w:rPr>
                <w:rFonts w:ascii="Open Sans" w:hAnsi="Open Sans" w:cs="Open Sans"/>
              </w:rPr>
            </w:pPr>
          </w:p>
        </w:tc>
        <w:tc>
          <w:tcPr>
            <w:tcW w:w="1134" w:type="dxa"/>
          </w:tcPr>
          <w:p w14:paraId="112159FB" w14:textId="77777777" w:rsidR="00101DEC" w:rsidRPr="008069B2" w:rsidRDefault="00101DEC">
            <w:pPr>
              <w:rPr>
                <w:rFonts w:ascii="Open Sans" w:hAnsi="Open Sans" w:cs="Open Sans"/>
              </w:rPr>
            </w:pPr>
          </w:p>
        </w:tc>
        <w:tc>
          <w:tcPr>
            <w:tcW w:w="1701" w:type="dxa"/>
          </w:tcPr>
          <w:p w14:paraId="4785B399" w14:textId="77777777" w:rsidR="00101DEC" w:rsidRPr="008069B2" w:rsidRDefault="00101DEC">
            <w:pPr>
              <w:rPr>
                <w:rFonts w:ascii="Open Sans" w:hAnsi="Open Sans" w:cs="Open Sans"/>
              </w:rPr>
            </w:pPr>
          </w:p>
        </w:tc>
        <w:tc>
          <w:tcPr>
            <w:tcW w:w="1134" w:type="dxa"/>
          </w:tcPr>
          <w:p w14:paraId="6F47BE02" w14:textId="77777777" w:rsidR="00101DEC" w:rsidRPr="008069B2" w:rsidRDefault="00101DEC">
            <w:pPr>
              <w:rPr>
                <w:rFonts w:ascii="Open Sans" w:hAnsi="Open Sans" w:cs="Open Sans"/>
              </w:rPr>
            </w:pPr>
          </w:p>
        </w:tc>
        <w:tc>
          <w:tcPr>
            <w:tcW w:w="850" w:type="dxa"/>
          </w:tcPr>
          <w:p w14:paraId="2E51533B" w14:textId="77777777" w:rsidR="00101DEC" w:rsidRPr="008069B2" w:rsidRDefault="00101DEC">
            <w:pPr>
              <w:rPr>
                <w:rFonts w:ascii="Open Sans" w:hAnsi="Open Sans" w:cs="Open Sans"/>
              </w:rPr>
            </w:pPr>
          </w:p>
        </w:tc>
        <w:tc>
          <w:tcPr>
            <w:tcW w:w="1417" w:type="dxa"/>
          </w:tcPr>
          <w:p w14:paraId="00F2C5B2" w14:textId="77777777" w:rsidR="00101DEC" w:rsidRPr="008069B2" w:rsidRDefault="00101DEC">
            <w:pPr>
              <w:rPr>
                <w:rFonts w:ascii="Open Sans" w:hAnsi="Open Sans" w:cs="Open Sans"/>
              </w:rPr>
            </w:pPr>
          </w:p>
        </w:tc>
        <w:tc>
          <w:tcPr>
            <w:tcW w:w="1417" w:type="dxa"/>
          </w:tcPr>
          <w:p w14:paraId="7C96E72C" w14:textId="77777777" w:rsidR="00101DEC" w:rsidRPr="008069B2" w:rsidRDefault="00101DEC">
            <w:pPr>
              <w:rPr>
                <w:rFonts w:ascii="Open Sans" w:hAnsi="Open Sans" w:cs="Open Sans"/>
              </w:rPr>
            </w:pPr>
          </w:p>
        </w:tc>
        <w:tc>
          <w:tcPr>
            <w:tcW w:w="1417" w:type="dxa"/>
          </w:tcPr>
          <w:p w14:paraId="442F74F4" w14:textId="77777777" w:rsidR="00101DEC" w:rsidRPr="008069B2" w:rsidRDefault="00101DEC">
            <w:pPr>
              <w:rPr>
                <w:rFonts w:ascii="Open Sans" w:hAnsi="Open Sans" w:cs="Open Sans"/>
              </w:rPr>
            </w:pPr>
          </w:p>
        </w:tc>
        <w:tc>
          <w:tcPr>
            <w:tcW w:w="2268" w:type="dxa"/>
          </w:tcPr>
          <w:p w14:paraId="6BA67E4B" w14:textId="77777777" w:rsidR="00101DEC" w:rsidRPr="008069B2" w:rsidRDefault="00101DEC">
            <w:pPr>
              <w:rPr>
                <w:rFonts w:ascii="Open Sans" w:hAnsi="Open Sans" w:cs="Open Sans"/>
              </w:rPr>
            </w:pPr>
          </w:p>
        </w:tc>
        <w:tc>
          <w:tcPr>
            <w:tcW w:w="1134" w:type="dxa"/>
          </w:tcPr>
          <w:p w14:paraId="6D47F24A" w14:textId="77777777" w:rsidR="00101DEC" w:rsidRPr="008069B2" w:rsidRDefault="00101DEC">
            <w:pPr>
              <w:rPr>
                <w:rFonts w:ascii="Open Sans" w:hAnsi="Open Sans" w:cs="Open Sans"/>
              </w:rPr>
            </w:pPr>
          </w:p>
        </w:tc>
      </w:tr>
      <w:tr w:rsidR="00101DEC" w:rsidRPr="008069B2" w14:paraId="674A0291" w14:textId="77777777">
        <w:trPr>
          <w:jc w:val="center"/>
        </w:trPr>
        <w:tc>
          <w:tcPr>
            <w:tcW w:w="454" w:type="dxa"/>
          </w:tcPr>
          <w:p w14:paraId="7AC13005" w14:textId="77777777" w:rsidR="00101DEC" w:rsidRPr="008069B2" w:rsidRDefault="001D461A">
            <w:pPr>
              <w:rPr>
                <w:rFonts w:ascii="Open Sans" w:hAnsi="Open Sans" w:cs="Open Sans"/>
              </w:rPr>
            </w:pPr>
            <w:r w:rsidRPr="008069B2">
              <w:rPr>
                <w:rFonts w:ascii="Open Sans" w:hAnsi="Open Sans" w:cs="Open Sans"/>
              </w:rPr>
              <w:t>6</w:t>
            </w:r>
          </w:p>
        </w:tc>
        <w:tc>
          <w:tcPr>
            <w:tcW w:w="1701" w:type="dxa"/>
          </w:tcPr>
          <w:p w14:paraId="605C1A23" w14:textId="77777777" w:rsidR="00101DEC" w:rsidRPr="008069B2" w:rsidRDefault="00101DEC">
            <w:pPr>
              <w:rPr>
                <w:rFonts w:ascii="Open Sans" w:hAnsi="Open Sans" w:cs="Open Sans"/>
              </w:rPr>
            </w:pPr>
          </w:p>
        </w:tc>
        <w:tc>
          <w:tcPr>
            <w:tcW w:w="1134" w:type="dxa"/>
          </w:tcPr>
          <w:p w14:paraId="4863A753" w14:textId="77777777" w:rsidR="00101DEC" w:rsidRPr="008069B2" w:rsidRDefault="00101DEC">
            <w:pPr>
              <w:rPr>
                <w:rFonts w:ascii="Open Sans" w:hAnsi="Open Sans" w:cs="Open Sans"/>
              </w:rPr>
            </w:pPr>
          </w:p>
        </w:tc>
        <w:tc>
          <w:tcPr>
            <w:tcW w:w="1701" w:type="dxa"/>
          </w:tcPr>
          <w:p w14:paraId="32170999" w14:textId="77777777" w:rsidR="00101DEC" w:rsidRPr="008069B2" w:rsidRDefault="00101DEC">
            <w:pPr>
              <w:rPr>
                <w:rFonts w:ascii="Open Sans" w:hAnsi="Open Sans" w:cs="Open Sans"/>
              </w:rPr>
            </w:pPr>
          </w:p>
        </w:tc>
        <w:tc>
          <w:tcPr>
            <w:tcW w:w="1134" w:type="dxa"/>
          </w:tcPr>
          <w:p w14:paraId="38D80262" w14:textId="77777777" w:rsidR="00101DEC" w:rsidRPr="008069B2" w:rsidRDefault="00101DEC">
            <w:pPr>
              <w:rPr>
                <w:rFonts w:ascii="Open Sans" w:hAnsi="Open Sans" w:cs="Open Sans"/>
              </w:rPr>
            </w:pPr>
          </w:p>
        </w:tc>
        <w:tc>
          <w:tcPr>
            <w:tcW w:w="850" w:type="dxa"/>
          </w:tcPr>
          <w:p w14:paraId="51E02E3C" w14:textId="77777777" w:rsidR="00101DEC" w:rsidRPr="008069B2" w:rsidRDefault="00101DEC">
            <w:pPr>
              <w:rPr>
                <w:rFonts w:ascii="Open Sans" w:hAnsi="Open Sans" w:cs="Open Sans"/>
              </w:rPr>
            </w:pPr>
          </w:p>
        </w:tc>
        <w:tc>
          <w:tcPr>
            <w:tcW w:w="1417" w:type="dxa"/>
          </w:tcPr>
          <w:p w14:paraId="205A9C53" w14:textId="77777777" w:rsidR="00101DEC" w:rsidRPr="008069B2" w:rsidRDefault="00101DEC">
            <w:pPr>
              <w:rPr>
                <w:rFonts w:ascii="Open Sans" w:hAnsi="Open Sans" w:cs="Open Sans"/>
              </w:rPr>
            </w:pPr>
          </w:p>
        </w:tc>
        <w:tc>
          <w:tcPr>
            <w:tcW w:w="1417" w:type="dxa"/>
          </w:tcPr>
          <w:p w14:paraId="4F2BDE8A" w14:textId="77777777" w:rsidR="00101DEC" w:rsidRPr="008069B2" w:rsidRDefault="00101DEC">
            <w:pPr>
              <w:rPr>
                <w:rFonts w:ascii="Open Sans" w:hAnsi="Open Sans" w:cs="Open Sans"/>
              </w:rPr>
            </w:pPr>
          </w:p>
        </w:tc>
        <w:tc>
          <w:tcPr>
            <w:tcW w:w="1417" w:type="dxa"/>
          </w:tcPr>
          <w:p w14:paraId="61052B6C" w14:textId="77777777" w:rsidR="00101DEC" w:rsidRPr="008069B2" w:rsidRDefault="00101DEC">
            <w:pPr>
              <w:rPr>
                <w:rFonts w:ascii="Open Sans" w:hAnsi="Open Sans" w:cs="Open Sans"/>
              </w:rPr>
            </w:pPr>
          </w:p>
        </w:tc>
        <w:tc>
          <w:tcPr>
            <w:tcW w:w="2268" w:type="dxa"/>
          </w:tcPr>
          <w:p w14:paraId="1E5FBF87" w14:textId="77777777" w:rsidR="00101DEC" w:rsidRPr="008069B2" w:rsidRDefault="00101DEC">
            <w:pPr>
              <w:rPr>
                <w:rFonts w:ascii="Open Sans" w:hAnsi="Open Sans" w:cs="Open Sans"/>
              </w:rPr>
            </w:pPr>
          </w:p>
        </w:tc>
        <w:tc>
          <w:tcPr>
            <w:tcW w:w="1134" w:type="dxa"/>
          </w:tcPr>
          <w:p w14:paraId="5A436A18" w14:textId="77777777" w:rsidR="00101DEC" w:rsidRPr="008069B2" w:rsidRDefault="00101DEC">
            <w:pPr>
              <w:rPr>
                <w:rFonts w:ascii="Open Sans" w:hAnsi="Open Sans" w:cs="Open Sans"/>
              </w:rPr>
            </w:pPr>
          </w:p>
        </w:tc>
      </w:tr>
    </w:tbl>
    <w:p w14:paraId="1D516B71" w14:textId="77777777" w:rsidR="00101DEC" w:rsidRPr="008069B2" w:rsidRDefault="00101DEC">
      <w:pPr>
        <w:rPr>
          <w:rFonts w:ascii="Open Sans" w:hAnsi="Open Sans" w:cs="Open Sans"/>
        </w:rPr>
      </w:pPr>
    </w:p>
    <w:p w14:paraId="57937DB4" w14:textId="77777777" w:rsidR="00101DEC" w:rsidRPr="008069B2" w:rsidRDefault="001D461A">
      <w:pPr>
        <w:pStyle w:val="berschrift2"/>
        <w:rPr>
          <w:rFonts w:ascii="Open Sans" w:hAnsi="Open Sans" w:cs="Open Sans"/>
        </w:rPr>
      </w:pPr>
      <w:r w:rsidRPr="008069B2">
        <w:rPr>
          <w:rFonts w:ascii="Open Sans" w:hAnsi="Open Sans" w:cs="Open Sans"/>
        </w:rPr>
        <w:t xml:space="preserve">E. </w:t>
      </w:r>
      <w:proofErr w:type="spellStart"/>
      <w:r w:rsidRPr="008069B2">
        <w:rPr>
          <w:rFonts w:ascii="Open Sans" w:hAnsi="Open Sans" w:cs="Open Sans"/>
        </w:rPr>
        <w:t>Zertifizierungen</w:t>
      </w:r>
      <w:proofErr w:type="spellEnd"/>
      <w:r w:rsidRPr="008069B2">
        <w:rPr>
          <w:rFonts w:ascii="Open Sans" w:hAnsi="Open Sans" w:cs="Open Sans"/>
        </w:rPr>
        <w:t xml:space="preserve"> und Qualifikationen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3402"/>
        <w:gridCol w:w="2268"/>
        <w:gridCol w:w="3402"/>
        <w:gridCol w:w="1701"/>
        <w:gridCol w:w="2835"/>
      </w:tblGrid>
      <w:tr w:rsidR="00101DEC" w:rsidRPr="008069B2" w14:paraId="7C630366" w14:textId="77777777">
        <w:trPr>
          <w:tblHeader/>
          <w:jc w:val="center"/>
        </w:trPr>
        <w:tc>
          <w:tcPr>
            <w:tcW w:w="567" w:type="dxa"/>
            <w:shd w:val="clear" w:color="auto" w:fill="D9EAF7"/>
          </w:tcPr>
          <w:p w14:paraId="504A504F" w14:textId="77777777" w:rsidR="00101DEC" w:rsidRPr="008069B2" w:rsidRDefault="001D461A">
            <w:pPr>
              <w:rPr>
                <w:rFonts w:ascii="Open Sans" w:hAnsi="Open Sans" w:cs="Open Sans"/>
              </w:rPr>
            </w:pPr>
            <w:r w:rsidRPr="008069B2">
              <w:rPr>
                <w:rFonts w:ascii="Open Sans" w:hAnsi="Open Sans" w:cs="Open Sans"/>
                <w:b/>
              </w:rPr>
              <w:t>Nr.</w:t>
            </w:r>
          </w:p>
        </w:tc>
        <w:tc>
          <w:tcPr>
            <w:tcW w:w="3402" w:type="dxa"/>
            <w:shd w:val="clear" w:color="auto" w:fill="D9EAF7"/>
          </w:tcPr>
          <w:p w14:paraId="4DF7D272" w14:textId="77777777" w:rsidR="00101DEC" w:rsidRPr="008069B2" w:rsidRDefault="001D461A">
            <w:pPr>
              <w:rPr>
                <w:rFonts w:ascii="Open Sans" w:hAnsi="Open Sans" w:cs="Open Sans"/>
              </w:rPr>
            </w:pPr>
            <w:proofErr w:type="spellStart"/>
            <w:r w:rsidRPr="008069B2">
              <w:rPr>
                <w:rFonts w:ascii="Open Sans" w:hAnsi="Open Sans" w:cs="Open Sans"/>
                <w:b/>
              </w:rPr>
              <w:t>Zertifikat</w:t>
            </w:r>
            <w:proofErr w:type="spellEnd"/>
            <w:r w:rsidRPr="008069B2">
              <w:rPr>
                <w:rFonts w:ascii="Open Sans" w:hAnsi="Open Sans" w:cs="Open Sans"/>
                <w:b/>
              </w:rPr>
              <w:t xml:space="preserve"> / </w:t>
            </w:r>
            <w:proofErr w:type="spellStart"/>
            <w:r w:rsidRPr="008069B2">
              <w:rPr>
                <w:rFonts w:ascii="Open Sans" w:hAnsi="Open Sans" w:cs="Open Sans"/>
                <w:b/>
              </w:rPr>
              <w:t>Qualifikation</w:t>
            </w:r>
            <w:proofErr w:type="spellEnd"/>
          </w:p>
        </w:tc>
        <w:tc>
          <w:tcPr>
            <w:tcW w:w="2268" w:type="dxa"/>
            <w:shd w:val="clear" w:color="auto" w:fill="D9EAF7"/>
          </w:tcPr>
          <w:p w14:paraId="375140E6" w14:textId="77777777" w:rsidR="00101DEC" w:rsidRPr="008069B2" w:rsidRDefault="001D461A">
            <w:pPr>
              <w:rPr>
                <w:rFonts w:ascii="Open Sans" w:hAnsi="Open Sans" w:cs="Open Sans"/>
              </w:rPr>
            </w:pPr>
            <w:proofErr w:type="spellStart"/>
            <w:r w:rsidRPr="008069B2">
              <w:rPr>
                <w:rFonts w:ascii="Open Sans" w:hAnsi="Open Sans" w:cs="Open Sans"/>
                <w:b/>
              </w:rPr>
              <w:t>Aussteller</w:t>
            </w:r>
            <w:proofErr w:type="spellEnd"/>
          </w:p>
        </w:tc>
        <w:tc>
          <w:tcPr>
            <w:tcW w:w="3402" w:type="dxa"/>
            <w:shd w:val="clear" w:color="auto" w:fill="D9EAF7"/>
          </w:tcPr>
          <w:p w14:paraId="43337718" w14:textId="77777777" w:rsidR="00101DEC" w:rsidRPr="008069B2" w:rsidRDefault="001D461A">
            <w:pPr>
              <w:rPr>
                <w:rFonts w:ascii="Open Sans" w:hAnsi="Open Sans" w:cs="Open Sans"/>
              </w:rPr>
            </w:pPr>
            <w:r w:rsidRPr="008069B2">
              <w:rPr>
                <w:rFonts w:ascii="Open Sans" w:hAnsi="Open Sans" w:cs="Open Sans"/>
                <w:b/>
              </w:rPr>
              <w:t xml:space="preserve">Level (Associate / Specialist / Professional / </w:t>
            </w:r>
            <w:proofErr w:type="spellStart"/>
            <w:r w:rsidRPr="008069B2">
              <w:rPr>
                <w:rFonts w:ascii="Open Sans" w:hAnsi="Open Sans" w:cs="Open Sans"/>
                <w:b/>
              </w:rPr>
              <w:t>sonstiges</w:t>
            </w:r>
            <w:proofErr w:type="spellEnd"/>
            <w:r w:rsidRPr="008069B2">
              <w:rPr>
                <w:rFonts w:ascii="Open Sans" w:hAnsi="Open Sans" w:cs="Open Sans"/>
                <w:b/>
              </w:rPr>
              <w:t>)</w:t>
            </w:r>
          </w:p>
        </w:tc>
        <w:tc>
          <w:tcPr>
            <w:tcW w:w="1701" w:type="dxa"/>
            <w:shd w:val="clear" w:color="auto" w:fill="D9EAF7"/>
          </w:tcPr>
          <w:p w14:paraId="286CAEC2" w14:textId="77777777" w:rsidR="00101DEC" w:rsidRPr="008069B2" w:rsidRDefault="001D461A">
            <w:pPr>
              <w:rPr>
                <w:rFonts w:ascii="Open Sans" w:hAnsi="Open Sans" w:cs="Open Sans"/>
              </w:rPr>
            </w:pPr>
            <w:proofErr w:type="spellStart"/>
            <w:r w:rsidRPr="008069B2">
              <w:rPr>
                <w:rFonts w:ascii="Open Sans" w:hAnsi="Open Sans" w:cs="Open Sans"/>
                <w:b/>
              </w:rPr>
              <w:t>Gültig</w:t>
            </w:r>
            <w:proofErr w:type="spellEnd"/>
            <w:r w:rsidRPr="008069B2">
              <w:rPr>
                <w:rFonts w:ascii="Open Sans" w:hAnsi="Open Sans" w:cs="Open Sans"/>
                <w:b/>
              </w:rPr>
              <w:t xml:space="preserve"> </w:t>
            </w:r>
            <w:proofErr w:type="spellStart"/>
            <w:r w:rsidRPr="008069B2">
              <w:rPr>
                <w:rFonts w:ascii="Open Sans" w:hAnsi="Open Sans" w:cs="Open Sans"/>
                <w:b/>
              </w:rPr>
              <w:t>seit</w:t>
            </w:r>
            <w:proofErr w:type="spellEnd"/>
            <w:r w:rsidRPr="008069B2">
              <w:rPr>
                <w:rFonts w:ascii="Open Sans" w:hAnsi="Open Sans" w:cs="Open Sans"/>
                <w:b/>
              </w:rPr>
              <w:t xml:space="preserve"> / bis</w:t>
            </w:r>
          </w:p>
        </w:tc>
        <w:tc>
          <w:tcPr>
            <w:tcW w:w="2835" w:type="dxa"/>
            <w:shd w:val="clear" w:color="auto" w:fill="D9EAF7"/>
          </w:tcPr>
          <w:p w14:paraId="6C79168D" w14:textId="77777777" w:rsidR="00101DEC" w:rsidRPr="008069B2" w:rsidRDefault="001D461A">
            <w:pPr>
              <w:rPr>
                <w:rFonts w:ascii="Open Sans" w:hAnsi="Open Sans" w:cs="Open Sans"/>
              </w:rPr>
            </w:pPr>
            <w:r w:rsidRPr="008069B2">
              <w:rPr>
                <w:rFonts w:ascii="Open Sans" w:hAnsi="Open Sans" w:cs="Open Sans"/>
                <w:b/>
              </w:rPr>
              <w:t>Anlage</w:t>
            </w:r>
          </w:p>
        </w:tc>
      </w:tr>
      <w:tr w:rsidR="00101DEC" w:rsidRPr="008069B2" w14:paraId="71799D89" w14:textId="77777777">
        <w:trPr>
          <w:jc w:val="center"/>
        </w:trPr>
        <w:tc>
          <w:tcPr>
            <w:tcW w:w="567" w:type="dxa"/>
          </w:tcPr>
          <w:p w14:paraId="7D865AB5" w14:textId="77777777" w:rsidR="00101DEC" w:rsidRPr="008069B2" w:rsidRDefault="001D461A">
            <w:pPr>
              <w:rPr>
                <w:rFonts w:ascii="Open Sans" w:hAnsi="Open Sans" w:cs="Open Sans"/>
              </w:rPr>
            </w:pPr>
            <w:r w:rsidRPr="008069B2">
              <w:rPr>
                <w:rFonts w:ascii="Open Sans" w:hAnsi="Open Sans" w:cs="Open Sans"/>
              </w:rPr>
              <w:t>1</w:t>
            </w:r>
          </w:p>
        </w:tc>
        <w:tc>
          <w:tcPr>
            <w:tcW w:w="3402" w:type="dxa"/>
          </w:tcPr>
          <w:p w14:paraId="2652DF4C" w14:textId="77777777" w:rsidR="00101DEC" w:rsidRPr="008069B2" w:rsidRDefault="00101DEC">
            <w:pPr>
              <w:rPr>
                <w:rFonts w:ascii="Open Sans" w:hAnsi="Open Sans" w:cs="Open Sans"/>
              </w:rPr>
            </w:pPr>
          </w:p>
        </w:tc>
        <w:tc>
          <w:tcPr>
            <w:tcW w:w="2268" w:type="dxa"/>
          </w:tcPr>
          <w:p w14:paraId="544D1EBB" w14:textId="77777777" w:rsidR="00101DEC" w:rsidRPr="008069B2" w:rsidRDefault="00101DEC">
            <w:pPr>
              <w:rPr>
                <w:rFonts w:ascii="Open Sans" w:hAnsi="Open Sans" w:cs="Open Sans"/>
              </w:rPr>
            </w:pPr>
          </w:p>
        </w:tc>
        <w:tc>
          <w:tcPr>
            <w:tcW w:w="3402" w:type="dxa"/>
          </w:tcPr>
          <w:p w14:paraId="2DA0C7A6" w14:textId="77777777" w:rsidR="00101DEC" w:rsidRPr="008069B2" w:rsidRDefault="00101DEC">
            <w:pPr>
              <w:rPr>
                <w:rFonts w:ascii="Open Sans" w:hAnsi="Open Sans" w:cs="Open Sans"/>
              </w:rPr>
            </w:pPr>
          </w:p>
        </w:tc>
        <w:tc>
          <w:tcPr>
            <w:tcW w:w="1701" w:type="dxa"/>
          </w:tcPr>
          <w:p w14:paraId="0C17EB5F" w14:textId="77777777" w:rsidR="00101DEC" w:rsidRPr="008069B2" w:rsidRDefault="00101DEC">
            <w:pPr>
              <w:rPr>
                <w:rFonts w:ascii="Open Sans" w:hAnsi="Open Sans" w:cs="Open Sans"/>
              </w:rPr>
            </w:pPr>
          </w:p>
        </w:tc>
        <w:tc>
          <w:tcPr>
            <w:tcW w:w="2835" w:type="dxa"/>
          </w:tcPr>
          <w:p w14:paraId="0CAD5A9B" w14:textId="77777777" w:rsidR="00101DEC" w:rsidRPr="008069B2" w:rsidRDefault="00101DEC">
            <w:pPr>
              <w:rPr>
                <w:rFonts w:ascii="Open Sans" w:hAnsi="Open Sans" w:cs="Open Sans"/>
              </w:rPr>
            </w:pPr>
          </w:p>
        </w:tc>
      </w:tr>
      <w:tr w:rsidR="00101DEC" w:rsidRPr="008069B2" w14:paraId="017BAC9C" w14:textId="77777777">
        <w:trPr>
          <w:jc w:val="center"/>
        </w:trPr>
        <w:tc>
          <w:tcPr>
            <w:tcW w:w="567" w:type="dxa"/>
          </w:tcPr>
          <w:p w14:paraId="619D7792" w14:textId="77777777" w:rsidR="00101DEC" w:rsidRPr="008069B2" w:rsidRDefault="001D461A">
            <w:pPr>
              <w:rPr>
                <w:rFonts w:ascii="Open Sans" w:hAnsi="Open Sans" w:cs="Open Sans"/>
              </w:rPr>
            </w:pPr>
            <w:r w:rsidRPr="008069B2">
              <w:rPr>
                <w:rFonts w:ascii="Open Sans" w:hAnsi="Open Sans" w:cs="Open Sans"/>
              </w:rPr>
              <w:t>2</w:t>
            </w:r>
          </w:p>
        </w:tc>
        <w:tc>
          <w:tcPr>
            <w:tcW w:w="3402" w:type="dxa"/>
          </w:tcPr>
          <w:p w14:paraId="7100FDF8" w14:textId="77777777" w:rsidR="00101DEC" w:rsidRPr="008069B2" w:rsidRDefault="00101DEC">
            <w:pPr>
              <w:rPr>
                <w:rFonts w:ascii="Open Sans" w:hAnsi="Open Sans" w:cs="Open Sans"/>
              </w:rPr>
            </w:pPr>
          </w:p>
        </w:tc>
        <w:tc>
          <w:tcPr>
            <w:tcW w:w="2268" w:type="dxa"/>
          </w:tcPr>
          <w:p w14:paraId="4E1BFC71" w14:textId="77777777" w:rsidR="00101DEC" w:rsidRPr="008069B2" w:rsidRDefault="00101DEC">
            <w:pPr>
              <w:rPr>
                <w:rFonts w:ascii="Open Sans" w:hAnsi="Open Sans" w:cs="Open Sans"/>
              </w:rPr>
            </w:pPr>
          </w:p>
        </w:tc>
        <w:tc>
          <w:tcPr>
            <w:tcW w:w="3402" w:type="dxa"/>
          </w:tcPr>
          <w:p w14:paraId="22B063E1" w14:textId="77777777" w:rsidR="00101DEC" w:rsidRPr="008069B2" w:rsidRDefault="00101DEC">
            <w:pPr>
              <w:rPr>
                <w:rFonts w:ascii="Open Sans" w:hAnsi="Open Sans" w:cs="Open Sans"/>
              </w:rPr>
            </w:pPr>
          </w:p>
        </w:tc>
        <w:tc>
          <w:tcPr>
            <w:tcW w:w="1701" w:type="dxa"/>
          </w:tcPr>
          <w:p w14:paraId="63F466A2" w14:textId="77777777" w:rsidR="00101DEC" w:rsidRPr="008069B2" w:rsidRDefault="00101DEC">
            <w:pPr>
              <w:rPr>
                <w:rFonts w:ascii="Open Sans" w:hAnsi="Open Sans" w:cs="Open Sans"/>
              </w:rPr>
            </w:pPr>
          </w:p>
        </w:tc>
        <w:tc>
          <w:tcPr>
            <w:tcW w:w="2835" w:type="dxa"/>
          </w:tcPr>
          <w:p w14:paraId="32124206" w14:textId="77777777" w:rsidR="00101DEC" w:rsidRPr="008069B2" w:rsidRDefault="00101DEC">
            <w:pPr>
              <w:rPr>
                <w:rFonts w:ascii="Open Sans" w:hAnsi="Open Sans" w:cs="Open Sans"/>
              </w:rPr>
            </w:pPr>
          </w:p>
        </w:tc>
      </w:tr>
      <w:tr w:rsidR="00101DEC" w:rsidRPr="008069B2" w14:paraId="37183B6B" w14:textId="77777777">
        <w:trPr>
          <w:jc w:val="center"/>
        </w:trPr>
        <w:tc>
          <w:tcPr>
            <w:tcW w:w="567" w:type="dxa"/>
          </w:tcPr>
          <w:p w14:paraId="00999AA4" w14:textId="77777777" w:rsidR="00101DEC" w:rsidRPr="008069B2" w:rsidRDefault="001D461A">
            <w:pPr>
              <w:rPr>
                <w:rFonts w:ascii="Open Sans" w:hAnsi="Open Sans" w:cs="Open Sans"/>
              </w:rPr>
            </w:pPr>
            <w:r w:rsidRPr="008069B2">
              <w:rPr>
                <w:rFonts w:ascii="Open Sans" w:hAnsi="Open Sans" w:cs="Open Sans"/>
              </w:rPr>
              <w:t>3</w:t>
            </w:r>
          </w:p>
        </w:tc>
        <w:tc>
          <w:tcPr>
            <w:tcW w:w="3402" w:type="dxa"/>
          </w:tcPr>
          <w:p w14:paraId="1FCE4160" w14:textId="77777777" w:rsidR="00101DEC" w:rsidRPr="008069B2" w:rsidRDefault="00101DEC">
            <w:pPr>
              <w:rPr>
                <w:rFonts w:ascii="Open Sans" w:hAnsi="Open Sans" w:cs="Open Sans"/>
              </w:rPr>
            </w:pPr>
          </w:p>
        </w:tc>
        <w:tc>
          <w:tcPr>
            <w:tcW w:w="2268" w:type="dxa"/>
          </w:tcPr>
          <w:p w14:paraId="46AEBCE7" w14:textId="77777777" w:rsidR="00101DEC" w:rsidRPr="008069B2" w:rsidRDefault="00101DEC">
            <w:pPr>
              <w:rPr>
                <w:rFonts w:ascii="Open Sans" w:hAnsi="Open Sans" w:cs="Open Sans"/>
              </w:rPr>
            </w:pPr>
          </w:p>
        </w:tc>
        <w:tc>
          <w:tcPr>
            <w:tcW w:w="3402" w:type="dxa"/>
          </w:tcPr>
          <w:p w14:paraId="3891BDE0" w14:textId="77777777" w:rsidR="00101DEC" w:rsidRPr="008069B2" w:rsidRDefault="00101DEC">
            <w:pPr>
              <w:rPr>
                <w:rFonts w:ascii="Open Sans" w:hAnsi="Open Sans" w:cs="Open Sans"/>
              </w:rPr>
            </w:pPr>
          </w:p>
        </w:tc>
        <w:tc>
          <w:tcPr>
            <w:tcW w:w="1701" w:type="dxa"/>
          </w:tcPr>
          <w:p w14:paraId="4A2E1556" w14:textId="77777777" w:rsidR="00101DEC" w:rsidRPr="008069B2" w:rsidRDefault="00101DEC">
            <w:pPr>
              <w:rPr>
                <w:rFonts w:ascii="Open Sans" w:hAnsi="Open Sans" w:cs="Open Sans"/>
              </w:rPr>
            </w:pPr>
          </w:p>
        </w:tc>
        <w:tc>
          <w:tcPr>
            <w:tcW w:w="2835" w:type="dxa"/>
          </w:tcPr>
          <w:p w14:paraId="64F571B6" w14:textId="77777777" w:rsidR="00101DEC" w:rsidRPr="008069B2" w:rsidRDefault="00101DEC">
            <w:pPr>
              <w:rPr>
                <w:rFonts w:ascii="Open Sans" w:hAnsi="Open Sans" w:cs="Open Sans"/>
              </w:rPr>
            </w:pPr>
          </w:p>
        </w:tc>
      </w:tr>
    </w:tbl>
    <w:p w14:paraId="37AC4BB7" w14:textId="77777777" w:rsidR="00101DEC" w:rsidRPr="008069B2" w:rsidRDefault="00101DEC">
      <w:pPr>
        <w:rPr>
          <w:rFonts w:ascii="Open Sans" w:hAnsi="Open Sans" w:cs="Open Sans"/>
        </w:rPr>
      </w:pPr>
    </w:p>
    <w:p w14:paraId="67E18F22" w14:textId="77777777" w:rsidR="00101DEC" w:rsidRPr="008069B2" w:rsidRDefault="001D461A">
      <w:pPr>
        <w:pStyle w:val="berschrift2"/>
        <w:rPr>
          <w:rFonts w:ascii="Open Sans" w:hAnsi="Open Sans" w:cs="Open Sans"/>
        </w:rPr>
      </w:pPr>
      <w:r w:rsidRPr="008069B2">
        <w:rPr>
          <w:rFonts w:ascii="Open Sans" w:hAnsi="Open Sans" w:cs="Open Sans"/>
        </w:rPr>
        <w:t xml:space="preserve">F. </w:t>
      </w:r>
      <w:proofErr w:type="spellStart"/>
      <w:r w:rsidRPr="008069B2">
        <w:rPr>
          <w:rFonts w:ascii="Open Sans" w:hAnsi="Open Sans" w:cs="Open Sans"/>
        </w:rPr>
        <w:t>Zusätzliche</w:t>
      </w:r>
      <w:proofErr w:type="spellEnd"/>
      <w:r w:rsidRPr="008069B2">
        <w:rPr>
          <w:rFonts w:ascii="Open Sans" w:hAnsi="Open Sans" w:cs="Open Sans"/>
        </w:rPr>
        <w:t xml:space="preserve"> </w:t>
      </w:r>
      <w:proofErr w:type="spellStart"/>
      <w:r w:rsidRPr="008069B2">
        <w:rPr>
          <w:rFonts w:ascii="Open Sans" w:hAnsi="Open Sans" w:cs="Open Sans"/>
        </w:rPr>
        <w:t>bieterbezogene</w:t>
      </w:r>
      <w:proofErr w:type="spellEnd"/>
      <w:r w:rsidRPr="008069B2">
        <w:rPr>
          <w:rFonts w:ascii="Open Sans" w:hAnsi="Open Sans" w:cs="Open Sans"/>
        </w:rPr>
        <w:t xml:space="preserve"> </w:t>
      </w:r>
      <w:proofErr w:type="spellStart"/>
      <w:r w:rsidRPr="008069B2">
        <w:rPr>
          <w:rFonts w:ascii="Open Sans" w:hAnsi="Open Sans" w:cs="Open Sans"/>
        </w:rPr>
        <w:t>Konzepte</w:t>
      </w:r>
      <w:proofErr w:type="spellEnd"/>
      <w:r w:rsidRPr="008069B2">
        <w:rPr>
          <w:rFonts w:ascii="Open Sans" w:hAnsi="Open Sans" w:cs="Open Sans"/>
        </w:rPr>
        <w:t xml:space="preserve"> / </w:t>
      </w:r>
      <w:proofErr w:type="spellStart"/>
      <w:r w:rsidRPr="008069B2">
        <w:rPr>
          <w:rFonts w:ascii="Open Sans" w:hAnsi="Open Sans" w:cs="Open Sans"/>
        </w:rPr>
        <w:t>Darstellungen</w:t>
      </w:r>
      <w:proofErr w:type="spellEnd"/>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6236"/>
        <w:gridCol w:w="7370"/>
      </w:tblGrid>
      <w:tr w:rsidR="00101DEC" w:rsidRPr="008069B2" w14:paraId="13A459FC" w14:textId="77777777">
        <w:trPr>
          <w:tblHeader/>
          <w:jc w:val="center"/>
        </w:trPr>
        <w:tc>
          <w:tcPr>
            <w:tcW w:w="567" w:type="dxa"/>
            <w:shd w:val="clear" w:color="auto" w:fill="D9EAF7"/>
          </w:tcPr>
          <w:p w14:paraId="533CFB85" w14:textId="77777777" w:rsidR="00101DEC" w:rsidRPr="008069B2" w:rsidRDefault="001D461A">
            <w:pPr>
              <w:rPr>
                <w:rFonts w:ascii="Open Sans" w:hAnsi="Open Sans" w:cs="Open Sans"/>
              </w:rPr>
            </w:pPr>
            <w:r w:rsidRPr="008069B2">
              <w:rPr>
                <w:rFonts w:ascii="Open Sans" w:hAnsi="Open Sans" w:cs="Open Sans"/>
                <w:b/>
              </w:rPr>
              <w:t>Nr.</w:t>
            </w:r>
          </w:p>
        </w:tc>
        <w:tc>
          <w:tcPr>
            <w:tcW w:w="6236" w:type="dxa"/>
            <w:shd w:val="clear" w:color="auto" w:fill="D9EAF7"/>
          </w:tcPr>
          <w:p w14:paraId="6589F3EE" w14:textId="77777777" w:rsidR="00101DEC" w:rsidRPr="008069B2" w:rsidRDefault="001D461A">
            <w:pPr>
              <w:rPr>
                <w:rFonts w:ascii="Open Sans" w:hAnsi="Open Sans" w:cs="Open Sans"/>
              </w:rPr>
            </w:pPr>
            <w:proofErr w:type="spellStart"/>
            <w:r w:rsidRPr="008069B2">
              <w:rPr>
                <w:rFonts w:ascii="Open Sans" w:hAnsi="Open Sans" w:cs="Open Sans"/>
                <w:b/>
              </w:rPr>
              <w:t>Darstellung</w:t>
            </w:r>
            <w:proofErr w:type="spellEnd"/>
            <w:r w:rsidRPr="008069B2">
              <w:rPr>
                <w:rFonts w:ascii="Open Sans" w:hAnsi="Open Sans" w:cs="Open Sans"/>
                <w:b/>
              </w:rPr>
              <w:t xml:space="preserve"> / </w:t>
            </w:r>
            <w:proofErr w:type="spellStart"/>
            <w:r w:rsidRPr="008069B2">
              <w:rPr>
                <w:rFonts w:ascii="Open Sans" w:hAnsi="Open Sans" w:cs="Open Sans"/>
                <w:b/>
              </w:rPr>
              <w:t>Konzept</w:t>
            </w:r>
            <w:proofErr w:type="spellEnd"/>
          </w:p>
        </w:tc>
        <w:tc>
          <w:tcPr>
            <w:tcW w:w="7370" w:type="dxa"/>
            <w:shd w:val="clear" w:color="auto" w:fill="D9EAF7"/>
          </w:tcPr>
          <w:p w14:paraId="785FF0C3" w14:textId="77777777" w:rsidR="00101DEC" w:rsidRPr="008069B2" w:rsidRDefault="001D461A">
            <w:pPr>
              <w:rPr>
                <w:rFonts w:ascii="Open Sans" w:hAnsi="Open Sans" w:cs="Open Sans"/>
              </w:rPr>
            </w:pPr>
            <w:r w:rsidRPr="008069B2">
              <w:rPr>
                <w:rFonts w:ascii="Open Sans" w:hAnsi="Open Sans" w:cs="Open Sans"/>
                <w:b/>
              </w:rPr>
              <w:t xml:space="preserve">Kurzbeschreibung / </w:t>
            </w:r>
            <w:proofErr w:type="spellStart"/>
            <w:r w:rsidRPr="008069B2">
              <w:rPr>
                <w:rFonts w:ascii="Open Sans" w:hAnsi="Open Sans" w:cs="Open Sans"/>
                <w:b/>
              </w:rPr>
              <w:t>Anlagenverweis</w:t>
            </w:r>
            <w:proofErr w:type="spellEnd"/>
          </w:p>
        </w:tc>
      </w:tr>
      <w:tr w:rsidR="00101DEC" w:rsidRPr="008069B2" w14:paraId="510104EA" w14:textId="77777777">
        <w:trPr>
          <w:jc w:val="center"/>
        </w:trPr>
        <w:tc>
          <w:tcPr>
            <w:tcW w:w="567" w:type="dxa"/>
          </w:tcPr>
          <w:p w14:paraId="231CD6D0" w14:textId="77777777" w:rsidR="00101DEC" w:rsidRPr="008069B2" w:rsidRDefault="001D461A">
            <w:pPr>
              <w:rPr>
                <w:rFonts w:ascii="Open Sans" w:hAnsi="Open Sans" w:cs="Open Sans"/>
              </w:rPr>
            </w:pPr>
            <w:r w:rsidRPr="008069B2">
              <w:rPr>
                <w:rFonts w:ascii="Open Sans" w:hAnsi="Open Sans" w:cs="Open Sans"/>
              </w:rPr>
              <w:t>1</w:t>
            </w:r>
          </w:p>
        </w:tc>
        <w:tc>
          <w:tcPr>
            <w:tcW w:w="6236" w:type="dxa"/>
          </w:tcPr>
          <w:p w14:paraId="2469C13B" w14:textId="77777777" w:rsidR="00101DEC" w:rsidRPr="008069B2" w:rsidRDefault="001D461A">
            <w:pPr>
              <w:rPr>
                <w:rFonts w:ascii="Open Sans" w:hAnsi="Open Sans" w:cs="Open Sans"/>
                <w:lang w:val="de-DE"/>
              </w:rPr>
            </w:pPr>
            <w:r w:rsidRPr="008069B2">
              <w:rPr>
                <w:rFonts w:ascii="Open Sans" w:hAnsi="Open Sans" w:cs="Open Sans"/>
                <w:lang w:val="de-DE"/>
              </w:rPr>
              <w:t>Gesonderte Darstellung, wie das Aufgabenspektrum SAP-Entwicklung, Schnittstellen, Lösungsarchitektur und Logistikprozesse fachlich und organisatorisch abgedeckt wird (max. 10 A4-Seiten gemäß Bewertungsmatrix).</w:t>
            </w:r>
          </w:p>
        </w:tc>
        <w:tc>
          <w:tcPr>
            <w:tcW w:w="7370" w:type="dxa"/>
          </w:tcPr>
          <w:p w14:paraId="0826BBD8" w14:textId="77777777" w:rsidR="00101DEC" w:rsidRPr="008069B2" w:rsidRDefault="00101DEC">
            <w:pPr>
              <w:rPr>
                <w:rFonts w:ascii="Open Sans" w:hAnsi="Open Sans" w:cs="Open Sans"/>
                <w:lang w:val="de-DE"/>
              </w:rPr>
            </w:pPr>
          </w:p>
        </w:tc>
      </w:tr>
    </w:tbl>
    <w:p w14:paraId="2F266EBC" w14:textId="77777777" w:rsidR="00101DEC" w:rsidRPr="008069B2" w:rsidRDefault="00101DEC">
      <w:pPr>
        <w:rPr>
          <w:rFonts w:ascii="Open Sans" w:hAnsi="Open Sans" w:cs="Open Sans"/>
          <w:lang w:val="de-DE"/>
        </w:rPr>
      </w:pPr>
    </w:p>
    <w:p w14:paraId="7072E116" w14:textId="77777777" w:rsidR="00101DEC" w:rsidRPr="008069B2" w:rsidRDefault="001D461A">
      <w:pPr>
        <w:pStyle w:val="berschrift1"/>
        <w:rPr>
          <w:rFonts w:ascii="Open Sans" w:hAnsi="Open Sans" w:cs="Open Sans"/>
          <w:lang w:val="de-DE"/>
        </w:rPr>
      </w:pPr>
      <w:r w:rsidRPr="008069B2">
        <w:rPr>
          <w:rFonts w:ascii="Open Sans" w:hAnsi="Open Sans" w:cs="Open Sans"/>
          <w:lang w:val="de-DE"/>
        </w:rPr>
        <w:t>Abschlusserklärung des Bieters</w:t>
      </w:r>
    </w:p>
    <w:p w14:paraId="0231EB14" w14:textId="77777777" w:rsidR="00101DEC" w:rsidRPr="008069B2" w:rsidRDefault="001D461A">
      <w:pPr>
        <w:spacing w:after="60"/>
        <w:rPr>
          <w:rFonts w:ascii="Open Sans" w:hAnsi="Open Sans" w:cs="Open Sans"/>
          <w:lang w:val="de-DE"/>
        </w:rPr>
      </w:pPr>
      <w:r w:rsidRPr="008069B2">
        <w:rPr>
          <w:rFonts w:ascii="Open Sans" w:hAnsi="Open Sans" w:cs="Open Sans"/>
          <w:lang w:val="de-DE"/>
        </w:rPr>
        <w:t>Der Bieter bestätigt, dass die Angaben vollständig und wahrheitsgemäß sind. Dem Bieter ist bekannt, dass unzutreffende oder nicht nachvollziehbare Angaben zum Ausschluss des Angebotes oder zu einer niedrigeren Bewertung führen können.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4535"/>
        <w:gridCol w:w="4535"/>
        <w:gridCol w:w="5102"/>
      </w:tblGrid>
      <w:tr w:rsidR="00101DEC" w:rsidRPr="008069B2" w14:paraId="1A4D84AF" w14:textId="77777777">
        <w:trPr>
          <w:tblHeader/>
          <w:jc w:val="center"/>
        </w:trPr>
        <w:tc>
          <w:tcPr>
            <w:tcW w:w="4535" w:type="dxa"/>
            <w:shd w:val="clear" w:color="auto" w:fill="D9EAF7"/>
          </w:tcPr>
          <w:p w14:paraId="501408E6" w14:textId="77777777" w:rsidR="00101DEC" w:rsidRPr="008069B2" w:rsidRDefault="001D461A">
            <w:pPr>
              <w:rPr>
                <w:rFonts w:ascii="Open Sans" w:hAnsi="Open Sans" w:cs="Open Sans"/>
              </w:rPr>
            </w:pPr>
            <w:r w:rsidRPr="008069B2">
              <w:rPr>
                <w:rFonts w:ascii="Open Sans" w:hAnsi="Open Sans" w:cs="Open Sans"/>
                <w:b/>
              </w:rPr>
              <w:lastRenderedPageBreak/>
              <w:t>Ort, Datum</w:t>
            </w:r>
          </w:p>
        </w:tc>
        <w:tc>
          <w:tcPr>
            <w:tcW w:w="4535" w:type="dxa"/>
            <w:shd w:val="clear" w:color="auto" w:fill="D9EAF7"/>
          </w:tcPr>
          <w:p w14:paraId="2BA646F6" w14:textId="77777777" w:rsidR="00101DEC" w:rsidRPr="008069B2" w:rsidRDefault="001D461A">
            <w:pPr>
              <w:rPr>
                <w:rFonts w:ascii="Open Sans" w:hAnsi="Open Sans" w:cs="Open Sans"/>
              </w:rPr>
            </w:pPr>
            <w:r w:rsidRPr="008069B2">
              <w:rPr>
                <w:rFonts w:ascii="Open Sans" w:hAnsi="Open Sans" w:cs="Open Sans"/>
                <w:b/>
              </w:rPr>
              <w:t xml:space="preserve">Name / </w:t>
            </w:r>
            <w:proofErr w:type="spellStart"/>
            <w:r w:rsidRPr="008069B2">
              <w:rPr>
                <w:rFonts w:ascii="Open Sans" w:hAnsi="Open Sans" w:cs="Open Sans"/>
                <w:b/>
              </w:rPr>
              <w:t>Funktion</w:t>
            </w:r>
            <w:proofErr w:type="spellEnd"/>
          </w:p>
        </w:tc>
        <w:tc>
          <w:tcPr>
            <w:tcW w:w="5102" w:type="dxa"/>
            <w:shd w:val="clear" w:color="auto" w:fill="D9EAF7"/>
          </w:tcPr>
          <w:p w14:paraId="24FD08F6" w14:textId="77777777" w:rsidR="00101DEC" w:rsidRPr="008069B2" w:rsidRDefault="001D461A">
            <w:pPr>
              <w:rPr>
                <w:rFonts w:ascii="Open Sans" w:hAnsi="Open Sans" w:cs="Open Sans"/>
              </w:rPr>
            </w:pPr>
            <w:proofErr w:type="spellStart"/>
            <w:r w:rsidRPr="008069B2">
              <w:rPr>
                <w:rFonts w:ascii="Open Sans" w:hAnsi="Open Sans" w:cs="Open Sans"/>
                <w:b/>
              </w:rPr>
              <w:t>Unterschrift</w:t>
            </w:r>
            <w:proofErr w:type="spellEnd"/>
            <w:r w:rsidRPr="008069B2">
              <w:rPr>
                <w:rFonts w:ascii="Open Sans" w:hAnsi="Open Sans" w:cs="Open Sans"/>
                <w:b/>
              </w:rPr>
              <w:t xml:space="preserve"> / </w:t>
            </w:r>
            <w:proofErr w:type="spellStart"/>
            <w:r w:rsidRPr="008069B2">
              <w:rPr>
                <w:rFonts w:ascii="Open Sans" w:hAnsi="Open Sans" w:cs="Open Sans"/>
                <w:b/>
              </w:rPr>
              <w:t>Textform</w:t>
            </w:r>
            <w:proofErr w:type="spellEnd"/>
          </w:p>
        </w:tc>
      </w:tr>
      <w:tr w:rsidR="00101DEC" w:rsidRPr="008069B2" w14:paraId="2377CB58" w14:textId="77777777">
        <w:trPr>
          <w:jc w:val="center"/>
        </w:trPr>
        <w:tc>
          <w:tcPr>
            <w:tcW w:w="4535" w:type="dxa"/>
          </w:tcPr>
          <w:p w14:paraId="2AE7F3B5" w14:textId="77777777" w:rsidR="00101DEC" w:rsidRPr="008069B2" w:rsidRDefault="00101DEC">
            <w:pPr>
              <w:rPr>
                <w:rFonts w:ascii="Open Sans" w:hAnsi="Open Sans" w:cs="Open Sans"/>
              </w:rPr>
            </w:pPr>
          </w:p>
        </w:tc>
        <w:tc>
          <w:tcPr>
            <w:tcW w:w="4535" w:type="dxa"/>
          </w:tcPr>
          <w:p w14:paraId="1F7D4132" w14:textId="77777777" w:rsidR="00101DEC" w:rsidRPr="008069B2" w:rsidRDefault="00101DEC">
            <w:pPr>
              <w:rPr>
                <w:rFonts w:ascii="Open Sans" w:hAnsi="Open Sans" w:cs="Open Sans"/>
              </w:rPr>
            </w:pPr>
          </w:p>
        </w:tc>
        <w:tc>
          <w:tcPr>
            <w:tcW w:w="5102" w:type="dxa"/>
          </w:tcPr>
          <w:p w14:paraId="233AD7DC" w14:textId="77777777" w:rsidR="00101DEC" w:rsidRPr="008069B2" w:rsidRDefault="00101DEC">
            <w:pPr>
              <w:rPr>
                <w:rFonts w:ascii="Open Sans" w:hAnsi="Open Sans" w:cs="Open Sans"/>
              </w:rPr>
            </w:pPr>
          </w:p>
        </w:tc>
      </w:tr>
    </w:tbl>
    <w:p w14:paraId="45C0C031" w14:textId="77777777" w:rsidR="00101DEC" w:rsidRPr="008069B2" w:rsidRDefault="00101DEC">
      <w:pPr>
        <w:rPr>
          <w:rFonts w:ascii="Open Sans" w:hAnsi="Open Sans" w:cs="Open Sans"/>
        </w:rPr>
      </w:pPr>
    </w:p>
    <w:sectPr w:rsidR="00101DEC" w:rsidRPr="008069B2">
      <w:pgSz w:w="16838" w:h="11906" w:orient="landscape"/>
      <w:pgMar w:top="680" w:right="794" w:bottom="68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811674208">
    <w:abstractNumId w:val="8"/>
  </w:num>
  <w:num w:numId="2" w16cid:durableId="1634675885">
    <w:abstractNumId w:val="6"/>
  </w:num>
  <w:num w:numId="3" w16cid:durableId="2076201105">
    <w:abstractNumId w:val="5"/>
  </w:num>
  <w:num w:numId="4" w16cid:durableId="363360499">
    <w:abstractNumId w:val="4"/>
  </w:num>
  <w:num w:numId="5" w16cid:durableId="906648321">
    <w:abstractNumId w:val="7"/>
  </w:num>
  <w:num w:numId="6" w16cid:durableId="1646354613">
    <w:abstractNumId w:val="3"/>
  </w:num>
  <w:num w:numId="7" w16cid:durableId="2145997943">
    <w:abstractNumId w:val="2"/>
  </w:num>
  <w:num w:numId="8" w16cid:durableId="974333334">
    <w:abstractNumId w:val="1"/>
  </w:num>
  <w:num w:numId="9" w16cid:durableId="21963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1F4C"/>
    <w:rsid w:val="0006063C"/>
    <w:rsid w:val="00101DEC"/>
    <w:rsid w:val="0015074B"/>
    <w:rsid w:val="001D461A"/>
    <w:rsid w:val="0029639D"/>
    <w:rsid w:val="00326F90"/>
    <w:rsid w:val="008069B2"/>
    <w:rsid w:val="00AA1D8D"/>
    <w:rsid w:val="00B47730"/>
    <w:rsid w:val="00CB0664"/>
    <w:rsid w:val="00FC55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27D854"/>
  <w14:defaultImageDpi w14:val="300"/>
  <w15:docId w15:val="{11F291A0-769C-4102-B43A-37C02340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sz w:val="18"/>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607</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ZDPol Springer, Nicola Elke</cp:lastModifiedBy>
  <cp:revision>3</cp:revision>
  <dcterms:created xsi:type="dcterms:W3CDTF">2013-12-23T23:15:00Z</dcterms:created>
  <dcterms:modified xsi:type="dcterms:W3CDTF">2026-07-09T13:23:00Z</dcterms:modified>
  <cp:category/>
</cp:coreProperties>
</file>