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F551D" w14:textId="23982268" w:rsidR="00E05574" w:rsidRPr="00E05574" w:rsidRDefault="00E05574" w:rsidP="00E05574">
      <w:pPr>
        <w:pStyle w:val="Kopfzeile"/>
        <w:rPr>
          <w:rFonts w:ascii="Open Sans" w:hAnsi="Open Sans" w:cs="Open Sans"/>
          <w:sz w:val="28"/>
          <w:szCs w:val="28"/>
          <w:lang w:val="de-DE"/>
        </w:rPr>
      </w:pPr>
      <w:r>
        <w:rPr>
          <w:rFonts w:ascii="Open Sans" w:hAnsi="Open Sans" w:cs="Open Sans"/>
          <w:noProof/>
          <w:sz w:val="28"/>
          <w:szCs w:val="28"/>
          <w:lang w:val="de-DE"/>
        </w:rPr>
        <w:drawing>
          <wp:anchor distT="0" distB="0" distL="114300" distR="114300" simplePos="0" relativeHeight="251657216" behindDoc="0" locked="0" layoutInCell="1" allowOverlap="1" wp14:anchorId="0F51572D" wp14:editId="7EB497BD">
            <wp:simplePos x="0" y="0"/>
            <wp:positionH relativeFrom="column">
              <wp:posOffset>7588250</wp:posOffset>
            </wp:positionH>
            <wp:positionV relativeFrom="paragraph">
              <wp:posOffset>-5080</wp:posOffset>
            </wp:positionV>
            <wp:extent cx="1957070" cy="524510"/>
            <wp:effectExtent l="0" t="0" r="5080" b="8890"/>
            <wp:wrapNone/>
            <wp:docPr id="181286145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574">
        <w:rPr>
          <w:rFonts w:ascii="Open Sans" w:hAnsi="Open Sans" w:cs="Open Sans"/>
          <w:sz w:val="28"/>
          <w:szCs w:val="28"/>
          <w:lang w:val="de-DE"/>
        </w:rPr>
        <w:t>E.</w:t>
      </w:r>
      <w:r w:rsidRPr="00E05574">
        <w:rPr>
          <w:rFonts w:ascii="Open Sans" w:hAnsi="Open Sans" w:cs="Open Sans"/>
          <w:sz w:val="28"/>
          <w:szCs w:val="28"/>
          <w:lang w:val="de-DE"/>
        </w:rPr>
        <w:t xml:space="preserve"> </w:t>
      </w:r>
      <w:r w:rsidRPr="00E05574">
        <w:rPr>
          <w:rFonts w:ascii="Open Sans" w:hAnsi="Open Sans" w:cs="Open Sans"/>
          <w:sz w:val="28"/>
          <w:szCs w:val="28"/>
          <w:lang w:val="de-DE"/>
        </w:rPr>
        <w:t>Eigenerklärung zu Personal</w:t>
      </w:r>
      <w:r w:rsidRPr="00E05574">
        <w:rPr>
          <w:rFonts w:ascii="Open Sans" w:hAnsi="Open Sans" w:cs="Open Sans"/>
          <w:sz w:val="28"/>
          <w:szCs w:val="28"/>
          <w:lang w:val="de-DE"/>
        </w:rPr>
        <w:tab/>
      </w:r>
      <w:r w:rsidRPr="00E05574">
        <w:rPr>
          <w:rFonts w:ascii="Open Sans" w:hAnsi="Open Sans" w:cs="Open Sans"/>
          <w:sz w:val="28"/>
          <w:szCs w:val="28"/>
          <w:lang w:val="de-DE"/>
        </w:rPr>
        <w:tab/>
      </w:r>
      <w:r w:rsidRPr="00E05574">
        <w:rPr>
          <w:rFonts w:ascii="Open Sans" w:hAnsi="Open Sans" w:cs="Open Sans"/>
          <w:noProof/>
          <w:sz w:val="28"/>
          <w:szCs w:val="28"/>
          <w:lang w:val="de-DE"/>
        </w:rPr>
        <w:t xml:space="preserve"> </w:t>
      </w:r>
    </w:p>
    <w:p w14:paraId="12C0F482" w14:textId="5B88A112" w:rsidR="00E05574" w:rsidRPr="00E05574" w:rsidRDefault="00E05574" w:rsidP="00E05574">
      <w:pPr>
        <w:pStyle w:val="Kopfzeile"/>
        <w:rPr>
          <w:rFonts w:ascii="Open Sans" w:hAnsi="Open Sans" w:cs="Open Sans"/>
          <w:sz w:val="28"/>
          <w:szCs w:val="28"/>
          <w:lang w:val="de-DE"/>
        </w:rPr>
      </w:pPr>
      <w:r w:rsidRPr="00E05574">
        <w:rPr>
          <w:rFonts w:ascii="Open Sans" w:hAnsi="Open Sans" w:cs="Open Sans"/>
          <w:sz w:val="28"/>
          <w:szCs w:val="28"/>
          <w:lang w:val="de-DE"/>
        </w:rPr>
        <w:t>Anlage E 19</w:t>
      </w:r>
      <w:r w:rsidRPr="00E05574">
        <w:rPr>
          <w:rFonts w:ascii="Open Sans" w:hAnsi="Open Sans" w:cs="Open Sans"/>
          <w:sz w:val="28"/>
          <w:szCs w:val="28"/>
          <w:lang w:val="de-DE"/>
        </w:rPr>
        <w:tab/>
      </w:r>
    </w:p>
    <w:p w14:paraId="0F70D0D5" w14:textId="013D281F" w:rsidR="00E05574" w:rsidRPr="00E05574" w:rsidRDefault="00E05574" w:rsidP="00E05574">
      <w:pPr>
        <w:pStyle w:val="Kopfzeile"/>
        <w:pBdr>
          <w:bottom w:val="single" w:sz="12" w:space="1" w:color="auto"/>
        </w:pBdr>
        <w:rPr>
          <w:rFonts w:ascii="Open Sans" w:hAnsi="Open Sans" w:cs="Open Sans"/>
          <w:sz w:val="28"/>
          <w:szCs w:val="28"/>
          <w:lang w:val="de-DE"/>
        </w:rPr>
      </w:pPr>
      <w:r w:rsidRPr="00E05574">
        <w:rPr>
          <w:rFonts w:ascii="Open Sans" w:hAnsi="Open Sans" w:cs="Open Sans"/>
          <w:sz w:val="28"/>
          <w:szCs w:val="28"/>
          <w:lang w:val="de-DE"/>
        </w:rPr>
        <w:t>V-</w:t>
      </w:r>
      <w:r w:rsidRPr="00E05574">
        <w:rPr>
          <w:rFonts w:ascii="Open Sans" w:hAnsi="Open Sans" w:cs="Open Sans"/>
          <w:sz w:val="28"/>
          <w:szCs w:val="28"/>
          <w:lang w:val="de-DE"/>
        </w:rPr>
        <w:t>26</w:t>
      </w:r>
      <w:r w:rsidRPr="00E05574">
        <w:rPr>
          <w:rFonts w:ascii="Open Sans" w:hAnsi="Open Sans" w:cs="Open Sans"/>
          <w:sz w:val="28"/>
          <w:szCs w:val="28"/>
          <w:lang w:val="de-DE"/>
        </w:rPr>
        <w:t>/</w:t>
      </w:r>
      <w:r w:rsidRPr="00E05574">
        <w:rPr>
          <w:rFonts w:ascii="Open Sans" w:hAnsi="Open Sans" w:cs="Open Sans"/>
          <w:sz w:val="28"/>
          <w:szCs w:val="28"/>
          <w:lang w:val="de-DE"/>
        </w:rPr>
        <w:t>0170</w:t>
      </w:r>
      <w:r w:rsidRPr="00E05574">
        <w:rPr>
          <w:rFonts w:ascii="Open Sans" w:hAnsi="Open Sans" w:cs="Open Sans"/>
          <w:sz w:val="28"/>
          <w:szCs w:val="28"/>
          <w:lang w:val="de-DE"/>
        </w:rPr>
        <w:t xml:space="preserve"> </w:t>
      </w:r>
    </w:p>
    <w:p w14:paraId="4B5DAE84" w14:textId="77777777" w:rsidR="00E05574" w:rsidRDefault="00E05574">
      <w:pPr>
        <w:spacing w:after="60"/>
        <w:rPr>
          <w:rFonts w:ascii="Open Sans" w:hAnsi="Open Sans" w:cs="Open Sans"/>
          <w:b/>
          <w:sz w:val="20"/>
          <w:lang w:val="de-DE"/>
        </w:rPr>
      </w:pPr>
    </w:p>
    <w:p w14:paraId="20BDFCE7" w14:textId="1E6CB4B8" w:rsidR="00E3319B" w:rsidRPr="00E05574" w:rsidRDefault="00E05574">
      <w:pPr>
        <w:spacing w:after="60"/>
        <w:rPr>
          <w:rFonts w:ascii="Open Sans" w:hAnsi="Open Sans" w:cs="Open Sans"/>
          <w:lang w:val="de-DE"/>
        </w:rPr>
      </w:pPr>
      <w:r w:rsidRPr="00E05574">
        <w:rPr>
          <w:rFonts w:ascii="Open Sans" w:hAnsi="Open Sans" w:cs="Open Sans"/>
          <w:b/>
          <w:sz w:val="20"/>
          <w:lang w:val="de-DE"/>
        </w:rPr>
        <w:t>Los 1 - Support Anwendungsmanagement SAP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14173"/>
      </w:tblGrid>
      <w:tr w:rsidR="00E3319B" w:rsidRPr="00E05574" w14:paraId="0293E34D" w14:textId="77777777">
        <w:trPr>
          <w:tblHeader/>
          <w:jc w:val="center"/>
        </w:trPr>
        <w:tc>
          <w:tcPr>
            <w:tcW w:w="14173" w:type="dxa"/>
            <w:shd w:val="clear" w:color="auto" w:fill="D9EAF7"/>
          </w:tcPr>
          <w:p w14:paraId="339BFF0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Ausfüllhinweise für den Bieter</w:t>
            </w:r>
          </w:p>
        </w:tc>
      </w:tr>
      <w:tr w:rsidR="00E3319B" w:rsidRPr="00E05574" w14:paraId="1C47219F" w14:textId="77777777">
        <w:trPr>
          <w:jc w:val="center"/>
        </w:trPr>
        <w:tc>
          <w:tcPr>
            <w:tcW w:w="14173" w:type="dxa"/>
          </w:tcPr>
          <w:p w14:paraId="7E83AB14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Für jede vorgesehene Person ist ein Profilblatt vollständig auszufüllen. Bewertungsrelevante Angaben sind durch konkrete </w:t>
            </w:r>
            <w:r w:rsidRPr="00E05574">
              <w:rPr>
                <w:rFonts w:ascii="Open Sans" w:hAnsi="Open Sans" w:cs="Open Sans"/>
                <w:lang w:val="de-DE"/>
              </w:rPr>
              <w:t>Zeiträume, Rollen, Aufgaben, SAP-Systeme/Module, Projektbezug und Anlagenverweise nachvollziehbar zu belegen. Reine Schlagworte oder Sammelangaben ohne Bezug zu einer Person oder Referenz reichen für eine belastbare Bewertung nicht aus.</w:t>
            </w:r>
          </w:p>
        </w:tc>
      </w:tr>
    </w:tbl>
    <w:p w14:paraId="6FE184D6" w14:textId="77777777" w:rsidR="00E3319B" w:rsidRPr="00E05574" w:rsidRDefault="00E3319B">
      <w:pPr>
        <w:rPr>
          <w:rFonts w:ascii="Open Sans" w:hAnsi="Open Sans" w:cs="Open Sans"/>
          <w:lang w:val="de-DE"/>
        </w:rPr>
      </w:pPr>
    </w:p>
    <w:p w14:paraId="39B1E8CC" w14:textId="77777777" w:rsidR="00E3319B" w:rsidRPr="00E05574" w:rsidRDefault="00E05574">
      <w:pPr>
        <w:pStyle w:val="berschrift1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t>1. Übersicht der vorgesehenen Rollen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567"/>
        <w:gridCol w:w="5102"/>
        <w:gridCol w:w="2835"/>
        <w:gridCol w:w="2835"/>
        <w:gridCol w:w="2835"/>
      </w:tblGrid>
      <w:tr w:rsidR="00E3319B" w:rsidRPr="00E05574" w14:paraId="72A16703" w14:textId="77777777">
        <w:trPr>
          <w:tblHeader/>
          <w:jc w:val="center"/>
        </w:trPr>
        <w:tc>
          <w:tcPr>
            <w:tcW w:w="567" w:type="dxa"/>
            <w:shd w:val="clear" w:color="auto" w:fill="D9EAF7"/>
          </w:tcPr>
          <w:p w14:paraId="793CB90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5102" w:type="dxa"/>
            <w:shd w:val="clear" w:color="auto" w:fill="D9EAF7"/>
          </w:tcPr>
          <w:p w14:paraId="2993BA2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Los / Rolle</w:t>
            </w:r>
          </w:p>
        </w:tc>
        <w:tc>
          <w:tcPr>
            <w:tcW w:w="2835" w:type="dxa"/>
            <w:shd w:val="clear" w:color="auto" w:fill="D9EAF7"/>
          </w:tcPr>
          <w:p w14:paraId="23595E62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Benannte Person</w:t>
            </w:r>
          </w:p>
        </w:tc>
        <w:tc>
          <w:tcPr>
            <w:tcW w:w="2835" w:type="dxa"/>
            <w:shd w:val="clear" w:color="auto" w:fill="D9EAF7"/>
          </w:tcPr>
          <w:p w14:paraId="3686A4E0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Arbeitgeber / Unternehmen</w:t>
            </w:r>
          </w:p>
        </w:tc>
        <w:tc>
          <w:tcPr>
            <w:tcW w:w="2835" w:type="dxa"/>
            <w:shd w:val="clear" w:color="auto" w:fill="D9EAF7"/>
          </w:tcPr>
          <w:p w14:paraId="667005F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Anlage Profil / Lebenslauf</w:t>
            </w:r>
          </w:p>
        </w:tc>
      </w:tr>
      <w:tr w:rsidR="00E3319B" w:rsidRPr="00E05574" w14:paraId="02128C27" w14:textId="77777777">
        <w:trPr>
          <w:jc w:val="center"/>
        </w:trPr>
        <w:tc>
          <w:tcPr>
            <w:tcW w:w="567" w:type="dxa"/>
          </w:tcPr>
          <w:p w14:paraId="34F9C43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5102" w:type="dxa"/>
          </w:tcPr>
          <w:p w14:paraId="6CE961FF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SAP Consultant Schwerpunkt Modul PSM</w:t>
            </w:r>
          </w:p>
        </w:tc>
        <w:tc>
          <w:tcPr>
            <w:tcW w:w="2835" w:type="dxa"/>
          </w:tcPr>
          <w:p w14:paraId="506162A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43138E8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6050427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04DF0787" w14:textId="77777777">
        <w:trPr>
          <w:jc w:val="center"/>
        </w:trPr>
        <w:tc>
          <w:tcPr>
            <w:tcW w:w="567" w:type="dxa"/>
          </w:tcPr>
          <w:p w14:paraId="1C975B22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5102" w:type="dxa"/>
          </w:tcPr>
          <w:p w14:paraId="758FEC3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SAP Consultant Schwerpunkt Modulberatung FI / CO</w:t>
            </w:r>
          </w:p>
        </w:tc>
        <w:tc>
          <w:tcPr>
            <w:tcW w:w="2835" w:type="dxa"/>
          </w:tcPr>
          <w:p w14:paraId="2D65C1B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33C4505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0D4AAD1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3E035D2B" w14:textId="77777777">
        <w:trPr>
          <w:jc w:val="center"/>
        </w:trPr>
        <w:tc>
          <w:tcPr>
            <w:tcW w:w="567" w:type="dxa"/>
          </w:tcPr>
          <w:p w14:paraId="7B30740C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5102" w:type="dxa"/>
          </w:tcPr>
          <w:p w14:paraId="0CE0DE6F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SAP Consultant Schwerpunkt Modul MM </w:t>
            </w:r>
            <w:r w:rsidRPr="00E05574">
              <w:rPr>
                <w:rFonts w:ascii="Open Sans" w:hAnsi="Open Sans" w:cs="Open Sans"/>
                <w:lang w:val="de-DE"/>
              </w:rPr>
              <w:t>inklusive PUR und IM</w:t>
            </w:r>
          </w:p>
        </w:tc>
        <w:tc>
          <w:tcPr>
            <w:tcW w:w="2835" w:type="dxa"/>
          </w:tcPr>
          <w:p w14:paraId="29C1F55C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835" w:type="dxa"/>
          </w:tcPr>
          <w:p w14:paraId="10EE8445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835" w:type="dxa"/>
          </w:tcPr>
          <w:p w14:paraId="2955073C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04104EE4" w14:textId="77777777">
        <w:trPr>
          <w:jc w:val="center"/>
        </w:trPr>
        <w:tc>
          <w:tcPr>
            <w:tcW w:w="567" w:type="dxa"/>
          </w:tcPr>
          <w:p w14:paraId="221A0254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4</w:t>
            </w:r>
          </w:p>
        </w:tc>
        <w:tc>
          <w:tcPr>
            <w:tcW w:w="5102" w:type="dxa"/>
          </w:tcPr>
          <w:p w14:paraId="5AD823D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SAP Consultant Schwerpunkt Modul SD</w:t>
            </w:r>
          </w:p>
        </w:tc>
        <w:tc>
          <w:tcPr>
            <w:tcW w:w="2835" w:type="dxa"/>
          </w:tcPr>
          <w:p w14:paraId="30E3A1F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27CA00D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0B8EE5B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182B14E7" w14:textId="77777777">
        <w:trPr>
          <w:jc w:val="center"/>
        </w:trPr>
        <w:tc>
          <w:tcPr>
            <w:tcW w:w="567" w:type="dxa"/>
          </w:tcPr>
          <w:p w14:paraId="00AF426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5</w:t>
            </w:r>
          </w:p>
        </w:tc>
        <w:tc>
          <w:tcPr>
            <w:tcW w:w="5102" w:type="dxa"/>
          </w:tcPr>
          <w:p w14:paraId="5E92CDB1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SAP Consultant Schwerpunkt Modul WM</w:t>
            </w:r>
          </w:p>
        </w:tc>
        <w:tc>
          <w:tcPr>
            <w:tcW w:w="2835" w:type="dxa"/>
          </w:tcPr>
          <w:p w14:paraId="40E9F79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6ACB22B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0DFF59F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5AE53B35" w14:textId="77777777">
        <w:trPr>
          <w:jc w:val="center"/>
        </w:trPr>
        <w:tc>
          <w:tcPr>
            <w:tcW w:w="567" w:type="dxa"/>
          </w:tcPr>
          <w:p w14:paraId="47CD8FEC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6</w:t>
            </w:r>
          </w:p>
        </w:tc>
        <w:tc>
          <w:tcPr>
            <w:tcW w:w="5102" w:type="dxa"/>
          </w:tcPr>
          <w:p w14:paraId="34173ECE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SAP Consultant Schwerpunkt Modul PM</w:t>
            </w:r>
          </w:p>
        </w:tc>
        <w:tc>
          <w:tcPr>
            <w:tcW w:w="2835" w:type="dxa"/>
          </w:tcPr>
          <w:p w14:paraId="7AD1382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47642FC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69897F4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370CD6B6" w14:textId="77777777">
        <w:trPr>
          <w:jc w:val="center"/>
        </w:trPr>
        <w:tc>
          <w:tcPr>
            <w:tcW w:w="567" w:type="dxa"/>
          </w:tcPr>
          <w:p w14:paraId="271D4DB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7</w:t>
            </w:r>
          </w:p>
        </w:tc>
        <w:tc>
          <w:tcPr>
            <w:tcW w:w="5102" w:type="dxa"/>
          </w:tcPr>
          <w:p w14:paraId="2A3B9A82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SAP Consultant für modulübergreifende und strategische Beratung inkl. TQM und Koordination</w:t>
            </w:r>
          </w:p>
        </w:tc>
        <w:tc>
          <w:tcPr>
            <w:tcW w:w="2835" w:type="dxa"/>
          </w:tcPr>
          <w:p w14:paraId="4BA34112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835" w:type="dxa"/>
          </w:tcPr>
          <w:p w14:paraId="51043331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835" w:type="dxa"/>
          </w:tcPr>
          <w:p w14:paraId="292CCEF8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</w:tbl>
    <w:p w14:paraId="0295DD10" w14:textId="77777777" w:rsidR="00E3319B" w:rsidRPr="00E05574" w:rsidRDefault="00E3319B">
      <w:pPr>
        <w:rPr>
          <w:rFonts w:ascii="Open Sans" w:hAnsi="Open Sans" w:cs="Open Sans"/>
          <w:lang w:val="de-DE"/>
        </w:rPr>
      </w:pPr>
    </w:p>
    <w:p w14:paraId="4A4E533A" w14:textId="77777777" w:rsidR="00E3319B" w:rsidRPr="00E05574" w:rsidRDefault="00E05574">
      <w:pPr>
        <w:pStyle w:val="berschrift1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t xml:space="preserve">2. </w:t>
      </w:r>
      <w:r w:rsidRPr="00E05574">
        <w:rPr>
          <w:rFonts w:ascii="Open Sans" w:hAnsi="Open Sans" w:cs="Open Sans"/>
        </w:rPr>
        <w:t>Allgemeine Erklärung zum Personaleinsatz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9638"/>
        <w:gridCol w:w="4535"/>
      </w:tblGrid>
      <w:tr w:rsidR="00E3319B" w:rsidRPr="00E05574" w14:paraId="6E047695" w14:textId="77777777">
        <w:trPr>
          <w:tblHeader/>
          <w:jc w:val="center"/>
        </w:trPr>
        <w:tc>
          <w:tcPr>
            <w:tcW w:w="9638" w:type="dxa"/>
            <w:shd w:val="clear" w:color="auto" w:fill="D9EAF7"/>
          </w:tcPr>
          <w:p w14:paraId="39DBBC8D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Erklärung</w:t>
            </w:r>
          </w:p>
        </w:tc>
        <w:tc>
          <w:tcPr>
            <w:tcW w:w="4535" w:type="dxa"/>
            <w:shd w:val="clear" w:color="auto" w:fill="D9EAF7"/>
          </w:tcPr>
          <w:p w14:paraId="3DDD4DF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Antwort / Bestätigung des Bieters</w:t>
            </w:r>
          </w:p>
        </w:tc>
      </w:tr>
      <w:tr w:rsidR="00E3319B" w:rsidRPr="00E05574" w14:paraId="75630893" w14:textId="77777777">
        <w:trPr>
          <w:jc w:val="center"/>
        </w:trPr>
        <w:tc>
          <w:tcPr>
            <w:tcW w:w="9638" w:type="dxa"/>
          </w:tcPr>
          <w:p w14:paraId="3C463661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Der Bieter erklärt, dass die im Angebot benannten Personen für die jeweilige Rolle vorgesehen sind und grundsätzlich für die Leistungserbringung zur Verfügung </w:t>
            </w:r>
            <w:r w:rsidRPr="00E05574">
              <w:rPr>
                <w:rFonts w:ascii="Open Sans" w:hAnsi="Open Sans" w:cs="Open Sans"/>
                <w:lang w:val="de-DE"/>
              </w:rPr>
              <w:t>stehen.</w:t>
            </w:r>
          </w:p>
        </w:tc>
        <w:tc>
          <w:tcPr>
            <w:tcW w:w="4535" w:type="dxa"/>
          </w:tcPr>
          <w:p w14:paraId="6CA0F1A4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4E4ACDF5" w14:textId="77777777">
        <w:trPr>
          <w:jc w:val="center"/>
        </w:trPr>
        <w:tc>
          <w:tcPr>
            <w:tcW w:w="9638" w:type="dxa"/>
          </w:tcPr>
          <w:p w14:paraId="734CF419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Ein Austausch benannter Personen erfolgt nur aus wichtigem Grund und nur mit vorheriger Zustimmung des Auftraggebers. </w:t>
            </w:r>
            <w:r w:rsidRPr="00E05574">
              <w:rPr>
                <w:rFonts w:ascii="Open Sans" w:hAnsi="Open Sans" w:cs="Open Sans"/>
              </w:rPr>
              <w:t>Ersatzpersonen müssen mindestens gleichwertig qualifiziert sein.</w:t>
            </w:r>
          </w:p>
        </w:tc>
        <w:tc>
          <w:tcPr>
            <w:tcW w:w="4535" w:type="dxa"/>
          </w:tcPr>
          <w:p w14:paraId="6A3D574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53CA7175" w14:textId="77777777">
        <w:trPr>
          <w:jc w:val="center"/>
        </w:trPr>
        <w:tc>
          <w:tcPr>
            <w:tcW w:w="9638" w:type="dxa"/>
          </w:tcPr>
          <w:p w14:paraId="26CC178F" w14:textId="63FCD63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Für alle Personen, die Zugang zu nicht allgemein zugänglichen Informationen oder Systemen erhalten sollen, wird die Bereitschaft zur Sicherheitsüberprüfung nach E</w:t>
            </w:r>
            <w:r>
              <w:rPr>
                <w:rFonts w:ascii="Open Sans" w:hAnsi="Open Sans" w:cs="Open Sans"/>
                <w:lang w:val="de-DE"/>
              </w:rPr>
              <w:t>1</w:t>
            </w:r>
            <w:r w:rsidRPr="00E05574">
              <w:rPr>
                <w:rFonts w:ascii="Open Sans" w:hAnsi="Open Sans" w:cs="Open Sans"/>
                <w:lang w:val="de-DE"/>
              </w:rPr>
              <w:t>8 erklärt.</w:t>
            </w:r>
          </w:p>
        </w:tc>
        <w:tc>
          <w:tcPr>
            <w:tcW w:w="4535" w:type="dxa"/>
          </w:tcPr>
          <w:p w14:paraId="7EB07D78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</w:tbl>
    <w:p w14:paraId="186F81EE" w14:textId="77777777" w:rsidR="00E3319B" w:rsidRPr="00E05574" w:rsidRDefault="00E3319B">
      <w:pPr>
        <w:rPr>
          <w:rFonts w:ascii="Open Sans" w:hAnsi="Open Sans" w:cs="Open Sans"/>
          <w:lang w:val="de-DE"/>
        </w:rPr>
      </w:pPr>
    </w:p>
    <w:p w14:paraId="08D83492" w14:textId="77777777" w:rsidR="00E3319B" w:rsidRPr="00E05574" w:rsidRDefault="00E05574">
      <w:pPr>
        <w:rPr>
          <w:rFonts w:ascii="Open Sans" w:hAnsi="Open Sans" w:cs="Open Sans"/>
          <w:lang w:val="de-DE"/>
        </w:rPr>
      </w:pPr>
      <w:r w:rsidRPr="00E05574">
        <w:rPr>
          <w:rFonts w:ascii="Open Sans" w:hAnsi="Open Sans" w:cs="Open Sans"/>
          <w:lang w:val="de-DE"/>
        </w:rPr>
        <w:br w:type="page"/>
      </w:r>
    </w:p>
    <w:p w14:paraId="696585DA" w14:textId="77777777" w:rsidR="00E3319B" w:rsidRPr="00E05574" w:rsidRDefault="00E05574">
      <w:pPr>
        <w:pStyle w:val="berschrift1"/>
        <w:rPr>
          <w:rFonts w:ascii="Open Sans" w:hAnsi="Open Sans" w:cs="Open Sans"/>
          <w:lang w:val="de-DE"/>
        </w:rPr>
      </w:pPr>
      <w:r w:rsidRPr="00E05574">
        <w:rPr>
          <w:rFonts w:ascii="Open Sans" w:hAnsi="Open Sans" w:cs="Open Sans"/>
          <w:lang w:val="de-DE"/>
        </w:rPr>
        <w:lastRenderedPageBreak/>
        <w:t>Profilblatt - Los 1: SAP Consultant Schwerpunkt Modul PSM</w:t>
      </w:r>
    </w:p>
    <w:p w14:paraId="76CCDA9A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t>A. Persönliche Angaben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3969"/>
        <w:gridCol w:w="10205"/>
      </w:tblGrid>
      <w:tr w:rsidR="00E3319B" w:rsidRPr="00E05574" w14:paraId="4E016E04" w14:textId="77777777">
        <w:trPr>
          <w:tblHeader/>
          <w:jc w:val="center"/>
        </w:trPr>
        <w:tc>
          <w:tcPr>
            <w:tcW w:w="3969" w:type="dxa"/>
            <w:shd w:val="clear" w:color="auto" w:fill="D9EAF7"/>
          </w:tcPr>
          <w:p w14:paraId="2BEB410E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Feld</w:t>
            </w:r>
          </w:p>
        </w:tc>
        <w:tc>
          <w:tcPr>
            <w:tcW w:w="10205" w:type="dxa"/>
            <w:shd w:val="clear" w:color="auto" w:fill="D9EAF7"/>
          </w:tcPr>
          <w:p w14:paraId="7B2B7A5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Angabe des Bieters</w:t>
            </w:r>
          </w:p>
        </w:tc>
      </w:tr>
      <w:tr w:rsidR="00E3319B" w:rsidRPr="00E05574" w14:paraId="4987B3B2" w14:textId="77777777">
        <w:trPr>
          <w:jc w:val="center"/>
        </w:trPr>
        <w:tc>
          <w:tcPr>
            <w:tcW w:w="3969" w:type="dxa"/>
          </w:tcPr>
          <w:p w14:paraId="27E66699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 xml:space="preserve">Name der vorgesehenen </w:t>
            </w:r>
            <w:r w:rsidRPr="00E05574">
              <w:rPr>
                <w:rFonts w:ascii="Open Sans" w:hAnsi="Open Sans" w:cs="Open Sans"/>
              </w:rPr>
              <w:t>Person</w:t>
            </w:r>
          </w:p>
        </w:tc>
        <w:tc>
          <w:tcPr>
            <w:tcW w:w="10205" w:type="dxa"/>
          </w:tcPr>
          <w:p w14:paraId="4CFAB89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70971AE1" w14:textId="77777777">
        <w:trPr>
          <w:jc w:val="center"/>
        </w:trPr>
        <w:tc>
          <w:tcPr>
            <w:tcW w:w="3969" w:type="dxa"/>
          </w:tcPr>
          <w:p w14:paraId="76059AC3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Rolle im Angebot</w:t>
            </w:r>
          </w:p>
        </w:tc>
        <w:tc>
          <w:tcPr>
            <w:tcW w:w="10205" w:type="dxa"/>
          </w:tcPr>
          <w:p w14:paraId="500F28A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SAP Consultant Schwerpunkt Modul PSM</w:t>
            </w:r>
          </w:p>
        </w:tc>
      </w:tr>
      <w:tr w:rsidR="00E3319B" w:rsidRPr="00E05574" w14:paraId="351F03E4" w14:textId="77777777">
        <w:trPr>
          <w:jc w:val="center"/>
        </w:trPr>
        <w:tc>
          <w:tcPr>
            <w:tcW w:w="3969" w:type="dxa"/>
          </w:tcPr>
          <w:p w14:paraId="6FEF1AE1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Beschäftigt bei / Unternehmen</w:t>
            </w:r>
          </w:p>
        </w:tc>
        <w:tc>
          <w:tcPr>
            <w:tcW w:w="10205" w:type="dxa"/>
          </w:tcPr>
          <w:p w14:paraId="42E70E5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0BA43BDF" w14:textId="77777777">
        <w:trPr>
          <w:jc w:val="center"/>
        </w:trPr>
        <w:tc>
          <w:tcPr>
            <w:tcW w:w="3969" w:type="dxa"/>
          </w:tcPr>
          <w:p w14:paraId="01E51035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Dort beschäftigt seit (MM/JJJJ)</w:t>
            </w:r>
          </w:p>
        </w:tc>
        <w:tc>
          <w:tcPr>
            <w:tcW w:w="10205" w:type="dxa"/>
          </w:tcPr>
          <w:p w14:paraId="4BAB7494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11552611" w14:textId="77777777">
        <w:trPr>
          <w:jc w:val="center"/>
        </w:trPr>
        <w:tc>
          <w:tcPr>
            <w:tcW w:w="3969" w:type="dxa"/>
          </w:tcPr>
          <w:p w14:paraId="369985EC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Verfügbarkeit / vorgesehener Einsatzumfang</w:t>
            </w:r>
          </w:p>
        </w:tc>
        <w:tc>
          <w:tcPr>
            <w:tcW w:w="10205" w:type="dxa"/>
          </w:tcPr>
          <w:p w14:paraId="3AB3732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0509582E" w14:textId="77777777">
        <w:trPr>
          <w:jc w:val="center"/>
        </w:trPr>
        <w:tc>
          <w:tcPr>
            <w:tcW w:w="3969" w:type="dxa"/>
          </w:tcPr>
          <w:p w14:paraId="0AA20291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Einschlägige Ausbildung / Studium</w:t>
            </w:r>
          </w:p>
        </w:tc>
        <w:tc>
          <w:tcPr>
            <w:tcW w:w="10205" w:type="dxa"/>
          </w:tcPr>
          <w:p w14:paraId="0449247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0ACC8E76" w14:textId="77777777">
        <w:trPr>
          <w:jc w:val="center"/>
        </w:trPr>
        <w:tc>
          <w:tcPr>
            <w:tcW w:w="3969" w:type="dxa"/>
          </w:tcPr>
          <w:p w14:paraId="528899D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Wesentliche SAP-Schwerpunkte</w:t>
            </w:r>
          </w:p>
        </w:tc>
        <w:tc>
          <w:tcPr>
            <w:tcW w:w="10205" w:type="dxa"/>
          </w:tcPr>
          <w:p w14:paraId="5D83226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3BD46860" w14:textId="77777777">
        <w:trPr>
          <w:jc w:val="center"/>
        </w:trPr>
        <w:tc>
          <w:tcPr>
            <w:tcW w:w="3969" w:type="dxa"/>
          </w:tcPr>
          <w:p w14:paraId="6481F6B1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Anlagenverweis Lebenslauf / Profil</w:t>
            </w:r>
          </w:p>
        </w:tc>
        <w:tc>
          <w:tcPr>
            <w:tcW w:w="10205" w:type="dxa"/>
          </w:tcPr>
          <w:p w14:paraId="68E1DC7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</w:tbl>
    <w:p w14:paraId="5EB4F0DB" w14:textId="77777777" w:rsidR="00E3319B" w:rsidRPr="00E05574" w:rsidRDefault="00E3319B">
      <w:pPr>
        <w:rPr>
          <w:rFonts w:ascii="Open Sans" w:hAnsi="Open Sans" w:cs="Open Sans"/>
        </w:rPr>
      </w:pPr>
    </w:p>
    <w:p w14:paraId="5E88F46C" w14:textId="77777777" w:rsidR="00E3319B" w:rsidRPr="00E05574" w:rsidRDefault="00E05574">
      <w:pPr>
        <w:pStyle w:val="berschrift2"/>
        <w:rPr>
          <w:rFonts w:ascii="Open Sans" w:hAnsi="Open Sans" w:cs="Open Sans"/>
          <w:lang w:val="de-DE"/>
        </w:rPr>
      </w:pPr>
      <w:r w:rsidRPr="00E05574">
        <w:rPr>
          <w:rFonts w:ascii="Open Sans" w:hAnsi="Open Sans" w:cs="Open Sans"/>
          <w:lang w:val="de-DE"/>
        </w:rPr>
        <w:t>B. Mindestanforderungen an die Person / Rolle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567"/>
        <w:gridCol w:w="7370"/>
        <w:gridCol w:w="1701"/>
        <w:gridCol w:w="4535"/>
      </w:tblGrid>
      <w:tr w:rsidR="00E3319B" w:rsidRPr="00E05574" w14:paraId="5DED452F" w14:textId="77777777">
        <w:trPr>
          <w:tblHeader/>
          <w:jc w:val="center"/>
        </w:trPr>
        <w:tc>
          <w:tcPr>
            <w:tcW w:w="567" w:type="dxa"/>
            <w:shd w:val="clear" w:color="auto" w:fill="D9EAF7"/>
          </w:tcPr>
          <w:p w14:paraId="4715BE8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7370" w:type="dxa"/>
            <w:shd w:val="clear" w:color="auto" w:fill="D9EAF7"/>
          </w:tcPr>
          <w:p w14:paraId="283B4571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Mindestanforderung</w:t>
            </w:r>
          </w:p>
        </w:tc>
        <w:tc>
          <w:tcPr>
            <w:tcW w:w="1701" w:type="dxa"/>
            <w:shd w:val="clear" w:color="auto" w:fill="D9EAF7"/>
          </w:tcPr>
          <w:p w14:paraId="04E3D852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Erfüllt? (Ja/Nein)</w:t>
            </w:r>
          </w:p>
        </w:tc>
        <w:tc>
          <w:tcPr>
            <w:tcW w:w="4535" w:type="dxa"/>
            <w:shd w:val="clear" w:color="auto" w:fill="D9EAF7"/>
          </w:tcPr>
          <w:p w14:paraId="33EE743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Konkrete Erläuterung / Nachweis / Anlagenverweis</w:t>
            </w:r>
          </w:p>
        </w:tc>
      </w:tr>
      <w:tr w:rsidR="00E3319B" w:rsidRPr="00E05574" w14:paraId="3B220D81" w14:textId="77777777">
        <w:trPr>
          <w:jc w:val="center"/>
        </w:trPr>
        <w:tc>
          <w:tcPr>
            <w:tcW w:w="567" w:type="dxa"/>
          </w:tcPr>
          <w:p w14:paraId="728408CB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7370" w:type="dxa"/>
          </w:tcPr>
          <w:p w14:paraId="4E524317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Mehrjährige Erfahrungen mit Beratung, Entwicklung (Customizing, </w:t>
            </w:r>
            <w:r w:rsidRPr="00E05574">
              <w:rPr>
                <w:rFonts w:ascii="Open Sans" w:hAnsi="Open Sans" w:cs="Open Sans"/>
                <w:lang w:val="de-DE"/>
              </w:rPr>
              <w:t>Programmierung) und Reporting für das SAP Modul PSM in SAP S/4HANA oder, bei fehlender PSM-Erfahrung, mindestens 1 bis 2 Jahre einschlägige Erfahrungen in SAP FI/CO sowie nachvollziehbares Einarbeitungskonzept in PSM.</w:t>
            </w:r>
          </w:p>
        </w:tc>
        <w:tc>
          <w:tcPr>
            <w:tcW w:w="1701" w:type="dxa"/>
          </w:tcPr>
          <w:p w14:paraId="44E4A033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4535" w:type="dxa"/>
          </w:tcPr>
          <w:p w14:paraId="11E28C03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6F9B1095" w14:textId="77777777">
        <w:trPr>
          <w:jc w:val="center"/>
        </w:trPr>
        <w:tc>
          <w:tcPr>
            <w:tcW w:w="567" w:type="dxa"/>
          </w:tcPr>
          <w:p w14:paraId="246CF37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7370" w:type="dxa"/>
          </w:tcPr>
          <w:p w14:paraId="02C501C3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Einschlägiges </w:t>
            </w:r>
            <w:r w:rsidRPr="00E05574">
              <w:rPr>
                <w:rFonts w:ascii="Open Sans" w:hAnsi="Open Sans" w:cs="Open Sans"/>
                <w:lang w:val="de-DE"/>
              </w:rPr>
              <w:t>Fachstudium (BA, FH oder Universität) oder gleichwertige berufliche Qualifikation, soweit zugelassen.</w:t>
            </w:r>
          </w:p>
        </w:tc>
        <w:tc>
          <w:tcPr>
            <w:tcW w:w="1701" w:type="dxa"/>
          </w:tcPr>
          <w:p w14:paraId="5AE14E09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4535" w:type="dxa"/>
          </w:tcPr>
          <w:p w14:paraId="107B91F5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47A19AE3" w14:textId="77777777">
        <w:trPr>
          <w:jc w:val="center"/>
        </w:trPr>
        <w:tc>
          <w:tcPr>
            <w:tcW w:w="567" w:type="dxa"/>
          </w:tcPr>
          <w:p w14:paraId="2AD82741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7370" w:type="dxa"/>
          </w:tcPr>
          <w:p w14:paraId="4166BDA8" w14:textId="6DC2764E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Bereitschaft zur Sicherheitsüberprüfung der Stufe </w:t>
            </w:r>
            <w:r>
              <w:rPr>
                <w:rFonts w:ascii="Open Sans" w:hAnsi="Open Sans" w:cs="Open Sans"/>
                <w:lang w:val="de-DE"/>
              </w:rPr>
              <w:t>2</w:t>
            </w:r>
            <w:r w:rsidRPr="00E05574">
              <w:rPr>
                <w:rFonts w:ascii="Open Sans" w:hAnsi="Open Sans" w:cs="Open Sans"/>
                <w:lang w:val="de-DE"/>
              </w:rPr>
              <w:t xml:space="preserve"> gemäß E</w:t>
            </w:r>
            <w:r>
              <w:rPr>
                <w:rFonts w:ascii="Open Sans" w:hAnsi="Open Sans" w:cs="Open Sans"/>
                <w:lang w:val="de-DE"/>
              </w:rPr>
              <w:t>1</w:t>
            </w:r>
            <w:r w:rsidRPr="00E05574">
              <w:rPr>
                <w:rFonts w:ascii="Open Sans" w:hAnsi="Open Sans" w:cs="Open Sans"/>
                <w:lang w:val="de-DE"/>
              </w:rPr>
              <w:t>8.</w:t>
            </w:r>
          </w:p>
        </w:tc>
        <w:tc>
          <w:tcPr>
            <w:tcW w:w="1701" w:type="dxa"/>
          </w:tcPr>
          <w:p w14:paraId="1D86B617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4535" w:type="dxa"/>
          </w:tcPr>
          <w:p w14:paraId="540464F3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</w:tbl>
    <w:p w14:paraId="1DBFE3CA" w14:textId="77777777" w:rsidR="00E3319B" w:rsidRPr="00E05574" w:rsidRDefault="00E3319B">
      <w:pPr>
        <w:rPr>
          <w:rFonts w:ascii="Open Sans" w:hAnsi="Open Sans" w:cs="Open Sans"/>
          <w:lang w:val="de-DE"/>
        </w:rPr>
      </w:pPr>
    </w:p>
    <w:p w14:paraId="65927062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t>C. Bewertungsrelevante Angaben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567"/>
        <w:gridCol w:w="7370"/>
        <w:gridCol w:w="3969"/>
        <w:gridCol w:w="2268"/>
      </w:tblGrid>
      <w:tr w:rsidR="00E3319B" w:rsidRPr="00E05574" w14:paraId="4E69C7E4" w14:textId="77777777">
        <w:trPr>
          <w:tblHeader/>
          <w:jc w:val="center"/>
        </w:trPr>
        <w:tc>
          <w:tcPr>
            <w:tcW w:w="567" w:type="dxa"/>
            <w:shd w:val="clear" w:color="auto" w:fill="D9EAF7"/>
          </w:tcPr>
          <w:p w14:paraId="3DEE3BB0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7370" w:type="dxa"/>
            <w:shd w:val="clear" w:color="auto" w:fill="D9EAF7"/>
          </w:tcPr>
          <w:p w14:paraId="7774B1D7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Bewertungsrelevantes Kriterium</w:t>
            </w:r>
          </w:p>
        </w:tc>
        <w:tc>
          <w:tcPr>
            <w:tcW w:w="3969" w:type="dxa"/>
            <w:shd w:val="clear" w:color="auto" w:fill="D9EAF7"/>
          </w:tcPr>
          <w:p w14:paraId="52D77C51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Konkrete Angabe des Bieters</w:t>
            </w:r>
          </w:p>
        </w:tc>
        <w:tc>
          <w:tcPr>
            <w:tcW w:w="2268" w:type="dxa"/>
            <w:shd w:val="clear" w:color="auto" w:fill="D9EAF7"/>
          </w:tcPr>
          <w:p w14:paraId="2FC908F7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Nachweis / Referenz / Anlage</w:t>
            </w:r>
          </w:p>
        </w:tc>
      </w:tr>
      <w:tr w:rsidR="00E3319B" w:rsidRPr="00E05574" w14:paraId="41FD2F45" w14:textId="77777777">
        <w:trPr>
          <w:jc w:val="center"/>
        </w:trPr>
        <w:tc>
          <w:tcPr>
            <w:tcW w:w="567" w:type="dxa"/>
          </w:tcPr>
          <w:p w14:paraId="4B265FB4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7370" w:type="dxa"/>
          </w:tcPr>
          <w:p w14:paraId="1A32491F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Dauer der einschlägigen PSM-Erfahrung in Jahren, belegt durch konkrete Projekt-/Aufgabenreferenzen.</w:t>
            </w:r>
          </w:p>
        </w:tc>
        <w:tc>
          <w:tcPr>
            <w:tcW w:w="3969" w:type="dxa"/>
          </w:tcPr>
          <w:p w14:paraId="162BDDBE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2BE66D55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5876B0E9" w14:textId="77777777">
        <w:trPr>
          <w:jc w:val="center"/>
        </w:trPr>
        <w:tc>
          <w:tcPr>
            <w:tcW w:w="567" w:type="dxa"/>
          </w:tcPr>
          <w:p w14:paraId="290B384B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7370" w:type="dxa"/>
          </w:tcPr>
          <w:p w14:paraId="2E7B6100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Anzahl abgeschlossener S/4HANA-Umstellungsprojekte mit modulspezifischer Mitarbeit.</w:t>
            </w:r>
          </w:p>
        </w:tc>
        <w:tc>
          <w:tcPr>
            <w:tcW w:w="3969" w:type="dxa"/>
          </w:tcPr>
          <w:p w14:paraId="4E4508FA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49763FB4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33D64F24" w14:textId="77777777">
        <w:trPr>
          <w:jc w:val="center"/>
        </w:trPr>
        <w:tc>
          <w:tcPr>
            <w:tcW w:w="567" w:type="dxa"/>
          </w:tcPr>
          <w:p w14:paraId="5C6DB049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7370" w:type="dxa"/>
          </w:tcPr>
          <w:p w14:paraId="7710D1F5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Erfahrungen im öffentlichen Dienst in Jahren, belegt durch Kunden-/Projektbezug.</w:t>
            </w:r>
          </w:p>
        </w:tc>
        <w:tc>
          <w:tcPr>
            <w:tcW w:w="3969" w:type="dxa"/>
          </w:tcPr>
          <w:p w14:paraId="5B53A45B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32D516BE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502D2924" w14:textId="77777777">
        <w:trPr>
          <w:jc w:val="center"/>
        </w:trPr>
        <w:tc>
          <w:tcPr>
            <w:tcW w:w="567" w:type="dxa"/>
          </w:tcPr>
          <w:p w14:paraId="3FA6E2EF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4</w:t>
            </w:r>
          </w:p>
        </w:tc>
        <w:tc>
          <w:tcPr>
            <w:tcW w:w="7370" w:type="dxa"/>
          </w:tcPr>
          <w:p w14:paraId="005CAFEA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Modulbezogene SAP-Zertifizierung einschließlich Level und Anlagenverweis.</w:t>
            </w:r>
          </w:p>
        </w:tc>
        <w:tc>
          <w:tcPr>
            <w:tcW w:w="3969" w:type="dxa"/>
          </w:tcPr>
          <w:p w14:paraId="7ED54340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5681E4A3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</w:tbl>
    <w:p w14:paraId="6F902171" w14:textId="77777777" w:rsidR="00E3319B" w:rsidRPr="00E05574" w:rsidRDefault="00E3319B">
      <w:pPr>
        <w:rPr>
          <w:rFonts w:ascii="Open Sans" w:hAnsi="Open Sans" w:cs="Open Sans"/>
          <w:lang w:val="de-DE"/>
        </w:rPr>
      </w:pPr>
    </w:p>
    <w:p w14:paraId="075FE451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lastRenderedPageBreak/>
        <w:t>D. Persönliche Referenzen / Projektnachweise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96"/>
        <w:gridCol w:w="1701"/>
        <w:gridCol w:w="1134"/>
        <w:gridCol w:w="1701"/>
        <w:gridCol w:w="1134"/>
        <w:gridCol w:w="850"/>
        <w:gridCol w:w="1417"/>
        <w:gridCol w:w="1417"/>
        <w:gridCol w:w="1417"/>
        <w:gridCol w:w="2268"/>
        <w:gridCol w:w="1619"/>
      </w:tblGrid>
      <w:tr w:rsidR="00E3319B" w:rsidRPr="00E05574" w14:paraId="136BC2A3" w14:textId="77777777">
        <w:trPr>
          <w:tblHeader/>
          <w:jc w:val="center"/>
        </w:trPr>
        <w:tc>
          <w:tcPr>
            <w:tcW w:w="454" w:type="dxa"/>
            <w:shd w:val="clear" w:color="auto" w:fill="D9EAF7"/>
          </w:tcPr>
          <w:p w14:paraId="04C69913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1701" w:type="dxa"/>
            <w:shd w:val="clear" w:color="auto" w:fill="D9EAF7"/>
          </w:tcPr>
          <w:p w14:paraId="51EB105E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Auftraggeber / Branche</w:t>
            </w:r>
          </w:p>
        </w:tc>
        <w:tc>
          <w:tcPr>
            <w:tcW w:w="1134" w:type="dxa"/>
            <w:shd w:val="clear" w:color="auto" w:fill="D9EAF7"/>
          </w:tcPr>
          <w:p w14:paraId="41DFD544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Öffentl. Dienst? Ja/Nein</w:t>
            </w:r>
          </w:p>
        </w:tc>
        <w:tc>
          <w:tcPr>
            <w:tcW w:w="1701" w:type="dxa"/>
            <w:shd w:val="clear" w:color="auto" w:fill="D9EAF7"/>
          </w:tcPr>
          <w:p w14:paraId="430579DB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Projekt / Aufgabe</w:t>
            </w:r>
          </w:p>
        </w:tc>
        <w:tc>
          <w:tcPr>
            <w:tcW w:w="1134" w:type="dxa"/>
            <w:shd w:val="clear" w:color="auto" w:fill="D9EAF7"/>
          </w:tcPr>
          <w:p w14:paraId="44208C77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Zeitraum von-bis</w:t>
            </w:r>
          </w:p>
        </w:tc>
        <w:tc>
          <w:tcPr>
            <w:tcW w:w="850" w:type="dxa"/>
            <w:shd w:val="clear" w:color="auto" w:fill="D9EAF7"/>
          </w:tcPr>
          <w:p w14:paraId="2FB99D21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Dauer</w:t>
            </w:r>
          </w:p>
        </w:tc>
        <w:tc>
          <w:tcPr>
            <w:tcW w:w="1417" w:type="dxa"/>
            <w:shd w:val="clear" w:color="auto" w:fill="D9EAF7"/>
          </w:tcPr>
          <w:p w14:paraId="7ECDC40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SAP-System / Release</w:t>
            </w:r>
          </w:p>
        </w:tc>
        <w:tc>
          <w:tcPr>
            <w:tcW w:w="1417" w:type="dxa"/>
            <w:shd w:val="clear" w:color="auto" w:fill="D9EAF7"/>
          </w:tcPr>
          <w:p w14:paraId="36E6B7A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Modul / Komponente</w:t>
            </w:r>
          </w:p>
        </w:tc>
        <w:tc>
          <w:tcPr>
            <w:tcW w:w="1417" w:type="dxa"/>
            <w:shd w:val="clear" w:color="auto" w:fill="D9EAF7"/>
          </w:tcPr>
          <w:p w14:paraId="4C2083F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Rolle der Person</w:t>
            </w:r>
          </w:p>
        </w:tc>
        <w:tc>
          <w:tcPr>
            <w:tcW w:w="2268" w:type="dxa"/>
            <w:shd w:val="clear" w:color="auto" w:fill="D9EAF7"/>
          </w:tcPr>
          <w:p w14:paraId="16739611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Konkrete Tätigkeiten</w:t>
            </w:r>
          </w:p>
        </w:tc>
        <w:tc>
          <w:tcPr>
            <w:tcW w:w="1134" w:type="dxa"/>
            <w:shd w:val="clear" w:color="auto" w:fill="D9EAF7"/>
          </w:tcPr>
          <w:p w14:paraId="6B50BCE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Abgeschlossen? / Anlage</w:t>
            </w:r>
          </w:p>
        </w:tc>
      </w:tr>
      <w:tr w:rsidR="00E3319B" w:rsidRPr="00E05574" w14:paraId="3A6B0C1C" w14:textId="77777777">
        <w:trPr>
          <w:jc w:val="center"/>
        </w:trPr>
        <w:tc>
          <w:tcPr>
            <w:tcW w:w="454" w:type="dxa"/>
          </w:tcPr>
          <w:p w14:paraId="28169D17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1701" w:type="dxa"/>
          </w:tcPr>
          <w:p w14:paraId="069545D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27A4EB5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7CE58F8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0DC0BC0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35F983F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4047D85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1F43845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7C396F7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42765BA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51A8239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5D0CDAF9" w14:textId="77777777">
        <w:trPr>
          <w:jc w:val="center"/>
        </w:trPr>
        <w:tc>
          <w:tcPr>
            <w:tcW w:w="454" w:type="dxa"/>
          </w:tcPr>
          <w:p w14:paraId="37BC725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1701" w:type="dxa"/>
          </w:tcPr>
          <w:p w14:paraId="537BBAE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4CBE8324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43B9D7A4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4B92871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4F5484D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787A35D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0370DA0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1B69969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3CC1DF7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74A79BB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1BE022CA" w14:textId="77777777">
        <w:trPr>
          <w:jc w:val="center"/>
        </w:trPr>
        <w:tc>
          <w:tcPr>
            <w:tcW w:w="454" w:type="dxa"/>
          </w:tcPr>
          <w:p w14:paraId="51395E1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1701" w:type="dxa"/>
          </w:tcPr>
          <w:p w14:paraId="20DB9E2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24500DE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2E32EDF4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72DF6D9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007C7D1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42D8CF8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129E298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58AC5A9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671D1DD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630D9A2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733ABC45" w14:textId="77777777">
        <w:trPr>
          <w:jc w:val="center"/>
        </w:trPr>
        <w:tc>
          <w:tcPr>
            <w:tcW w:w="454" w:type="dxa"/>
          </w:tcPr>
          <w:p w14:paraId="00A3579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4</w:t>
            </w:r>
          </w:p>
        </w:tc>
        <w:tc>
          <w:tcPr>
            <w:tcW w:w="1701" w:type="dxa"/>
          </w:tcPr>
          <w:p w14:paraId="1563AB7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2BB516B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5D35822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68CFB4B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03542FF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4FC0D0A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331159C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3BAF1B1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47AF005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1FAE0D2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53242038" w14:textId="77777777">
        <w:trPr>
          <w:jc w:val="center"/>
        </w:trPr>
        <w:tc>
          <w:tcPr>
            <w:tcW w:w="454" w:type="dxa"/>
          </w:tcPr>
          <w:p w14:paraId="2F55AAFD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5</w:t>
            </w:r>
          </w:p>
        </w:tc>
        <w:tc>
          <w:tcPr>
            <w:tcW w:w="1701" w:type="dxa"/>
          </w:tcPr>
          <w:p w14:paraId="048D7292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4171098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28876C9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6E5EA47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3FD761F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44D6DFC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0253D054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646BE3B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1A0C662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68B7181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</w:tbl>
    <w:p w14:paraId="2BF4D378" w14:textId="77777777" w:rsidR="00E3319B" w:rsidRPr="00E05574" w:rsidRDefault="00E3319B">
      <w:pPr>
        <w:rPr>
          <w:rFonts w:ascii="Open Sans" w:hAnsi="Open Sans" w:cs="Open Sans"/>
        </w:rPr>
      </w:pPr>
    </w:p>
    <w:p w14:paraId="6A61753D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t xml:space="preserve">E. Zertifizierungen und </w:t>
      </w:r>
      <w:r w:rsidRPr="00E05574">
        <w:rPr>
          <w:rFonts w:ascii="Open Sans" w:hAnsi="Open Sans" w:cs="Open Sans"/>
        </w:rPr>
        <w:t>Qualifikationen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567"/>
        <w:gridCol w:w="3402"/>
        <w:gridCol w:w="2268"/>
        <w:gridCol w:w="3402"/>
        <w:gridCol w:w="1701"/>
        <w:gridCol w:w="2835"/>
      </w:tblGrid>
      <w:tr w:rsidR="00E3319B" w:rsidRPr="00E05574" w14:paraId="01F4CAE6" w14:textId="77777777">
        <w:trPr>
          <w:tblHeader/>
          <w:jc w:val="center"/>
        </w:trPr>
        <w:tc>
          <w:tcPr>
            <w:tcW w:w="567" w:type="dxa"/>
            <w:shd w:val="clear" w:color="auto" w:fill="D9EAF7"/>
          </w:tcPr>
          <w:p w14:paraId="37DB8C6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3402" w:type="dxa"/>
            <w:shd w:val="clear" w:color="auto" w:fill="D9EAF7"/>
          </w:tcPr>
          <w:p w14:paraId="7CA67D8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Zertifikat / Qualifikation</w:t>
            </w:r>
          </w:p>
        </w:tc>
        <w:tc>
          <w:tcPr>
            <w:tcW w:w="2268" w:type="dxa"/>
            <w:shd w:val="clear" w:color="auto" w:fill="D9EAF7"/>
          </w:tcPr>
          <w:p w14:paraId="1A2A4E4E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Aussteller</w:t>
            </w:r>
          </w:p>
        </w:tc>
        <w:tc>
          <w:tcPr>
            <w:tcW w:w="3402" w:type="dxa"/>
            <w:shd w:val="clear" w:color="auto" w:fill="D9EAF7"/>
          </w:tcPr>
          <w:p w14:paraId="640ACAE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Level (Associate / Specialist / Professional / sonstiges)</w:t>
            </w:r>
          </w:p>
        </w:tc>
        <w:tc>
          <w:tcPr>
            <w:tcW w:w="1701" w:type="dxa"/>
            <w:shd w:val="clear" w:color="auto" w:fill="D9EAF7"/>
          </w:tcPr>
          <w:p w14:paraId="0D1694C0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Gültig seit / bis</w:t>
            </w:r>
          </w:p>
        </w:tc>
        <w:tc>
          <w:tcPr>
            <w:tcW w:w="2835" w:type="dxa"/>
            <w:shd w:val="clear" w:color="auto" w:fill="D9EAF7"/>
          </w:tcPr>
          <w:p w14:paraId="36555042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Anlage</w:t>
            </w:r>
          </w:p>
        </w:tc>
      </w:tr>
      <w:tr w:rsidR="00E3319B" w:rsidRPr="00E05574" w14:paraId="738D3C92" w14:textId="77777777">
        <w:trPr>
          <w:jc w:val="center"/>
        </w:trPr>
        <w:tc>
          <w:tcPr>
            <w:tcW w:w="567" w:type="dxa"/>
          </w:tcPr>
          <w:p w14:paraId="271881A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3402" w:type="dxa"/>
          </w:tcPr>
          <w:p w14:paraId="7232513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0F6367C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3402" w:type="dxa"/>
          </w:tcPr>
          <w:p w14:paraId="7391163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200EC694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71E4DA0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1F2C7086" w14:textId="77777777">
        <w:trPr>
          <w:jc w:val="center"/>
        </w:trPr>
        <w:tc>
          <w:tcPr>
            <w:tcW w:w="567" w:type="dxa"/>
          </w:tcPr>
          <w:p w14:paraId="0C599AF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3402" w:type="dxa"/>
          </w:tcPr>
          <w:p w14:paraId="649A94D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194C4B1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3402" w:type="dxa"/>
          </w:tcPr>
          <w:p w14:paraId="1EEA063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12FDBA7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2AE7F19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0C96D36F" w14:textId="77777777">
        <w:trPr>
          <w:jc w:val="center"/>
        </w:trPr>
        <w:tc>
          <w:tcPr>
            <w:tcW w:w="567" w:type="dxa"/>
          </w:tcPr>
          <w:p w14:paraId="06E5746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3402" w:type="dxa"/>
          </w:tcPr>
          <w:p w14:paraId="2BAFAEA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0DCCBDC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3402" w:type="dxa"/>
          </w:tcPr>
          <w:p w14:paraId="02982A3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22996EE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734080B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</w:tbl>
    <w:p w14:paraId="113A12FB" w14:textId="77777777" w:rsidR="00E3319B" w:rsidRPr="00E05574" w:rsidRDefault="00E3319B">
      <w:pPr>
        <w:rPr>
          <w:rFonts w:ascii="Open Sans" w:hAnsi="Open Sans" w:cs="Open Sans"/>
        </w:rPr>
      </w:pPr>
    </w:p>
    <w:p w14:paraId="7BF6EFDC" w14:textId="77777777" w:rsidR="00E3319B" w:rsidRPr="00E05574" w:rsidRDefault="00E05574">
      <w:pPr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br w:type="page"/>
      </w:r>
    </w:p>
    <w:p w14:paraId="4B5CD277" w14:textId="77777777" w:rsidR="00E3319B" w:rsidRPr="00E05574" w:rsidRDefault="00E05574">
      <w:pPr>
        <w:pStyle w:val="berschrift1"/>
        <w:rPr>
          <w:rFonts w:ascii="Open Sans" w:hAnsi="Open Sans" w:cs="Open Sans"/>
          <w:lang w:val="de-DE"/>
        </w:rPr>
      </w:pPr>
      <w:r w:rsidRPr="00E05574">
        <w:rPr>
          <w:rFonts w:ascii="Open Sans" w:hAnsi="Open Sans" w:cs="Open Sans"/>
          <w:lang w:val="de-DE"/>
        </w:rPr>
        <w:lastRenderedPageBreak/>
        <w:t>Profilblatt - Los 1: SAP Consultant Schwerpunkt Modulberatung FI / CO</w:t>
      </w:r>
    </w:p>
    <w:p w14:paraId="43030FB3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t xml:space="preserve">A. </w:t>
      </w:r>
      <w:r w:rsidRPr="00E05574">
        <w:rPr>
          <w:rFonts w:ascii="Open Sans" w:hAnsi="Open Sans" w:cs="Open Sans"/>
        </w:rPr>
        <w:t>Persönliche Angaben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3969"/>
        <w:gridCol w:w="10205"/>
      </w:tblGrid>
      <w:tr w:rsidR="00E3319B" w:rsidRPr="00E05574" w14:paraId="7DAEC62F" w14:textId="77777777">
        <w:trPr>
          <w:tblHeader/>
          <w:jc w:val="center"/>
        </w:trPr>
        <w:tc>
          <w:tcPr>
            <w:tcW w:w="3969" w:type="dxa"/>
            <w:shd w:val="clear" w:color="auto" w:fill="D9EAF7"/>
          </w:tcPr>
          <w:p w14:paraId="677E1227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Feld</w:t>
            </w:r>
          </w:p>
        </w:tc>
        <w:tc>
          <w:tcPr>
            <w:tcW w:w="10205" w:type="dxa"/>
            <w:shd w:val="clear" w:color="auto" w:fill="D9EAF7"/>
          </w:tcPr>
          <w:p w14:paraId="6A8B50FC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Angabe des Bieters</w:t>
            </w:r>
          </w:p>
        </w:tc>
      </w:tr>
      <w:tr w:rsidR="00E3319B" w:rsidRPr="00E05574" w14:paraId="12538986" w14:textId="77777777">
        <w:trPr>
          <w:jc w:val="center"/>
        </w:trPr>
        <w:tc>
          <w:tcPr>
            <w:tcW w:w="3969" w:type="dxa"/>
          </w:tcPr>
          <w:p w14:paraId="34F5F5D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Name der vorgesehenen Person</w:t>
            </w:r>
          </w:p>
        </w:tc>
        <w:tc>
          <w:tcPr>
            <w:tcW w:w="10205" w:type="dxa"/>
          </w:tcPr>
          <w:p w14:paraId="5AE4B07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01A6B169" w14:textId="77777777">
        <w:trPr>
          <w:jc w:val="center"/>
        </w:trPr>
        <w:tc>
          <w:tcPr>
            <w:tcW w:w="3969" w:type="dxa"/>
          </w:tcPr>
          <w:p w14:paraId="29CF928D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Rolle im Angebot</w:t>
            </w:r>
          </w:p>
        </w:tc>
        <w:tc>
          <w:tcPr>
            <w:tcW w:w="10205" w:type="dxa"/>
          </w:tcPr>
          <w:p w14:paraId="1B35FFE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SAP Consultant Schwerpunkt Modulberatung FI / CO</w:t>
            </w:r>
          </w:p>
        </w:tc>
      </w:tr>
      <w:tr w:rsidR="00E3319B" w:rsidRPr="00E05574" w14:paraId="741DDFE9" w14:textId="77777777">
        <w:trPr>
          <w:jc w:val="center"/>
        </w:trPr>
        <w:tc>
          <w:tcPr>
            <w:tcW w:w="3969" w:type="dxa"/>
          </w:tcPr>
          <w:p w14:paraId="72F0CBF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Beschäftigt bei / Unternehmen</w:t>
            </w:r>
          </w:p>
        </w:tc>
        <w:tc>
          <w:tcPr>
            <w:tcW w:w="10205" w:type="dxa"/>
          </w:tcPr>
          <w:p w14:paraId="1ACE36E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1CE97B75" w14:textId="77777777">
        <w:trPr>
          <w:jc w:val="center"/>
        </w:trPr>
        <w:tc>
          <w:tcPr>
            <w:tcW w:w="3969" w:type="dxa"/>
          </w:tcPr>
          <w:p w14:paraId="3923E83A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Dort beschäftigt seit (MM/JJJJ)</w:t>
            </w:r>
          </w:p>
        </w:tc>
        <w:tc>
          <w:tcPr>
            <w:tcW w:w="10205" w:type="dxa"/>
          </w:tcPr>
          <w:p w14:paraId="3190D934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32D2E8EB" w14:textId="77777777">
        <w:trPr>
          <w:jc w:val="center"/>
        </w:trPr>
        <w:tc>
          <w:tcPr>
            <w:tcW w:w="3969" w:type="dxa"/>
          </w:tcPr>
          <w:p w14:paraId="4431E9A2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 xml:space="preserve">Verfügbarkeit / vorgesehener </w:t>
            </w:r>
            <w:r w:rsidRPr="00E05574">
              <w:rPr>
                <w:rFonts w:ascii="Open Sans" w:hAnsi="Open Sans" w:cs="Open Sans"/>
              </w:rPr>
              <w:t>Einsatzumfang</w:t>
            </w:r>
          </w:p>
        </w:tc>
        <w:tc>
          <w:tcPr>
            <w:tcW w:w="10205" w:type="dxa"/>
          </w:tcPr>
          <w:p w14:paraId="49DCB32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028C1F10" w14:textId="77777777">
        <w:trPr>
          <w:jc w:val="center"/>
        </w:trPr>
        <w:tc>
          <w:tcPr>
            <w:tcW w:w="3969" w:type="dxa"/>
          </w:tcPr>
          <w:p w14:paraId="603E46D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Einschlägige Ausbildung / Studium</w:t>
            </w:r>
          </w:p>
        </w:tc>
        <w:tc>
          <w:tcPr>
            <w:tcW w:w="10205" w:type="dxa"/>
          </w:tcPr>
          <w:p w14:paraId="5030FDF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4F6E42EC" w14:textId="77777777">
        <w:trPr>
          <w:jc w:val="center"/>
        </w:trPr>
        <w:tc>
          <w:tcPr>
            <w:tcW w:w="3969" w:type="dxa"/>
          </w:tcPr>
          <w:p w14:paraId="549067F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Wesentliche SAP-Schwerpunkte</w:t>
            </w:r>
          </w:p>
        </w:tc>
        <w:tc>
          <w:tcPr>
            <w:tcW w:w="10205" w:type="dxa"/>
          </w:tcPr>
          <w:p w14:paraId="42F1C062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41E8B12B" w14:textId="77777777">
        <w:trPr>
          <w:jc w:val="center"/>
        </w:trPr>
        <w:tc>
          <w:tcPr>
            <w:tcW w:w="3969" w:type="dxa"/>
          </w:tcPr>
          <w:p w14:paraId="540A30F9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Anlagenverweis Lebenslauf / Profil</w:t>
            </w:r>
          </w:p>
        </w:tc>
        <w:tc>
          <w:tcPr>
            <w:tcW w:w="10205" w:type="dxa"/>
          </w:tcPr>
          <w:p w14:paraId="2605A71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</w:tbl>
    <w:p w14:paraId="16E189DA" w14:textId="77777777" w:rsidR="00E3319B" w:rsidRPr="00E05574" w:rsidRDefault="00E3319B">
      <w:pPr>
        <w:rPr>
          <w:rFonts w:ascii="Open Sans" w:hAnsi="Open Sans" w:cs="Open Sans"/>
        </w:rPr>
      </w:pPr>
    </w:p>
    <w:p w14:paraId="657231C1" w14:textId="77777777" w:rsidR="00E3319B" w:rsidRPr="00E05574" w:rsidRDefault="00E05574">
      <w:pPr>
        <w:pStyle w:val="berschrift2"/>
        <w:rPr>
          <w:rFonts w:ascii="Open Sans" w:hAnsi="Open Sans" w:cs="Open Sans"/>
          <w:lang w:val="de-DE"/>
        </w:rPr>
      </w:pPr>
      <w:r w:rsidRPr="00E05574">
        <w:rPr>
          <w:rFonts w:ascii="Open Sans" w:hAnsi="Open Sans" w:cs="Open Sans"/>
          <w:lang w:val="de-DE"/>
        </w:rPr>
        <w:t>B. Mindestanforderungen an die Person / Rolle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567"/>
        <w:gridCol w:w="7370"/>
        <w:gridCol w:w="1701"/>
        <w:gridCol w:w="4535"/>
      </w:tblGrid>
      <w:tr w:rsidR="00E3319B" w:rsidRPr="00E05574" w14:paraId="303A6DA7" w14:textId="77777777">
        <w:trPr>
          <w:tblHeader/>
          <w:jc w:val="center"/>
        </w:trPr>
        <w:tc>
          <w:tcPr>
            <w:tcW w:w="567" w:type="dxa"/>
            <w:shd w:val="clear" w:color="auto" w:fill="D9EAF7"/>
          </w:tcPr>
          <w:p w14:paraId="68EBB6D7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7370" w:type="dxa"/>
            <w:shd w:val="clear" w:color="auto" w:fill="D9EAF7"/>
          </w:tcPr>
          <w:p w14:paraId="35D24E5E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Mindestanforderung</w:t>
            </w:r>
          </w:p>
        </w:tc>
        <w:tc>
          <w:tcPr>
            <w:tcW w:w="1701" w:type="dxa"/>
            <w:shd w:val="clear" w:color="auto" w:fill="D9EAF7"/>
          </w:tcPr>
          <w:p w14:paraId="60153414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Erfüllt? (Ja/Nein)</w:t>
            </w:r>
          </w:p>
        </w:tc>
        <w:tc>
          <w:tcPr>
            <w:tcW w:w="4535" w:type="dxa"/>
            <w:shd w:val="clear" w:color="auto" w:fill="D9EAF7"/>
          </w:tcPr>
          <w:p w14:paraId="287BCB7E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 xml:space="preserve">Konkrete Erläuterung / Nachweis / </w:t>
            </w:r>
            <w:r w:rsidRPr="00E05574">
              <w:rPr>
                <w:rFonts w:ascii="Open Sans" w:hAnsi="Open Sans" w:cs="Open Sans"/>
                <w:b/>
              </w:rPr>
              <w:t>Anlagenverweis</w:t>
            </w:r>
          </w:p>
        </w:tc>
      </w:tr>
      <w:tr w:rsidR="00E3319B" w:rsidRPr="00E05574" w14:paraId="3C258D8A" w14:textId="77777777">
        <w:trPr>
          <w:jc w:val="center"/>
        </w:trPr>
        <w:tc>
          <w:tcPr>
            <w:tcW w:w="567" w:type="dxa"/>
          </w:tcPr>
          <w:p w14:paraId="4C8D6114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7370" w:type="dxa"/>
          </w:tcPr>
          <w:p w14:paraId="66D22C0E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Mehrjährige Erfahrungen mit Beratung, Entwicklung (Customizing, Programmierung) und Reporting für das SAP Modul FI/CO in der relevanten SAP-Systemlandschaft (SAP S/4HANA in der relevanten SAP-Systemlandschaft).</w:t>
            </w:r>
          </w:p>
        </w:tc>
        <w:tc>
          <w:tcPr>
            <w:tcW w:w="1701" w:type="dxa"/>
          </w:tcPr>
          <w:p w14:paraId="27F11597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4535" w:type="dxa"/>
          </w:tcPr>
          <w:p w14:paraId="66D60909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3187762B" w14:textId="77777777">
        <w:trPr>
          <w:jc w:val="center"/>
        </w:trPr>
        <w:tc>
          <w:tcPr>
            <w:tcW w:w="567" w:type="dxa"/>
          </w:tcPr>
          <w:p w14:paraId="07B3B6DC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7370" w:type="dxa"/>
          </w:tcPr>
          <w:p w14:paraId="147AD397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Einschlägiges Fachstudium (BA, FH oder Universität) oder gleichwertige berufliche Qualifikation, soweit zugelassen.</w:t>
            </w:r>
          </w:p>
        </w:tc>
        <w:tc>
          <w:tcPr>
            <w:tcW w:w="1701" w:type="dxa"/>
          </w:tcPr>
          <w:p w14:paraId="47140E23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4535" w:type="dxa"/>
          </w:tcPr>
          <w:p w14:paraId="676F3D16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39019214" w14:textId="77777777">
        <w:trPr>
          <w:jc w:val="center"/>
        </w:trPr>
        <w:tc>
          <w:tcPr>
            <w:tcW w:w="567" w:type="dxa"/>
          </w:tcPr>
          <w:p w14:paraId="34CD2F2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7370" w:type="dxa"/>
          </w:tcPr>
          <w:p w14:paraId="3E96DBB6" w14:textId="14E5919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Bereitschaft zur Sicherheitsüberprüfung der Stufe </w:t>
            </w:r>
            <w:r>
              <w:rPr>
                <w:rFonts w:ascii="Open Sans" w:hAnsi="Open Sans" w:cs="Open Sans"/>
                <w:lang w:val="de-DE"/>
              </w:rPr>
              <w:t>2</w:t>
            </w:r>
            <w:r w:rsidRPr="00E05574">
              <w:rPr>
                <w:rFonts w:ascii="Open Sans" w:hAnsi="Open Sans" w:cs="Open Sans"/>
                <w:lang w:val="de-DE"/>
              </w:rPr>
              <w:t xml:space="preserve"> gemäß E</w:t>
            </w:r>
            <w:r>
              <w:rPr>
                <w:rFonts w:ascii="Open Sans" w:hAnsi="Open Sans" w:cs="Open Sans"/>
                <w:lang w:val="de-DE"/>
              </w:rPr>
              <w:t>1</w:t>
            </w:r>
            <w:r w:rsidRPr="00E05574">
              <w:rPr>
                <w:rFonts w:ascii="Open Sans" w:hAnsi="Open Sans" w:cs="Open Sans"/>
                <w:lang w:val="de-DE"/>
              </w:rPr>
              <w:t>8.</w:t>
            </w:r>
          </w:p>
        </w:tc>
        <w:tc>
          <w:tcPr>
            <w:tcW w:w="1701" w:type="dxa"/>
          </w:tcPr>
          <w:p w14:paraId="3C77A837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4535" w:type="dxa"/>
          </w:tcPr>
          <w:p w14:paraId="557D0A50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</w:tbl>
    <w:p w14:paraId="0C4DDC24" w14:textId="77777777" w:rsidR="00E3319B" w:rsidRPr="00E05574" w:rsidRDefault="00E3319B">
      <w:pPr>
        <w:rPr>
          <w:rFonts w:ascii="Open Sans" w:hAnsi="Open Sans" w:cs="Open Sans"/>
          <w:lang w:val="de-DE"/>
        </w:rPr>
      </w:pPr>
    </w:p>
    <w:p w14:paraId="22030083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t>C. Bewertungsrelevante Angaben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567"/>
        <w:gridCol w:w="7370"/>
        <w:gridCol w:w="3969"/>
        <w:gridCol w:w="2268"/>
      </w:tblGrid>
      <w:tr w:rsidR="00E3319B" w:rsidRPr="00E05574" w14:paraId="72715784" w14:textId="77777777">
        <w:trPr>
          <w:tblHeader/>
          <w:jc w:val="center"/>
        </w:trPr>
        <w:tc>
          <w:tcPr>
            <w:tcW w:w="567" w:type="dxa"/>
            <w:shd w:val="clear" w:color="auto" w:fill="D9EAF7"/>
          </w:tcPr>
          <w:p w14:paraId="6837543D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7370" w:type="dxa"/>
            <w:shd w:val="clear" w:color="auto" w:fill="D9EAF7"/>
          </w:tcPr>
          <w:p w14:paraId="2DA7A04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Bewertungsrelevantes Kriterium</w:t>
            </w:r>
          </w:p>
        </w:tc>
        <w:tc>
          <w:tcPr>
            <w:tcW w:w="3969" w:type="dxa"/>
            <w:shd w:val="clear" w:color="auto" w:fill="D9EAF7"/>
          </w:tcPr>
          <w:p w14:paraId="12BC576D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Konkrete Angabe des Bieters</w:t>
            </w:r>
          </w:p>
        </w:tc>
        <w:tc>
          <w:tcPr>
            <w:tcW w:w="2268" w:type="dxa"/>
            <w:shd w:val="clear" w:color="auto" w:fill="D9EAF7"/>
          </w:tcPr>
          <w:p w14:paraId="5E72BAB3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Nachweis / Referenz / Anlage</w:t>
            </w:r>
          </w:p>
        </w:tc>
      </w:tr>
      <w:tr w:rsidR="00E3319B" w:rsidRPr="00E05574" w14:paraId="23B2492B" w14:textId="77777777">
        <w:trPr>
          <w:jc w:val="center"/>
        </w:trPr>
        <w:tc>
          <w:tcPr>
            <w:tcW w:w="567" w:type="dxa"/>
          </w:tcPr>
          <w:p w14:paraId="013751C7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7370" w:type="dxa"/>
          </w:tcPr>
          <w:p w14:paraId="4248E548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Dauer der einschlägigen Erfahrung im Modul FI/CO in Jahren, belegt durch konkrete Projekt-/Aufgabenreferenzen.</w:t>
            </w:r>
          </w:p>
        </w:tc>
        <w:tc>
          <w:tcPr>
            <w:tcW w:w="3969" w:type="dxa"/>
          </w:tcPr>
          <w:p w14:paraId="0190D886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2CCF31B2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53C3A18C" w14:textId="77777777">
        <w:trPr>
          <w:jc w:val="center"/>
        </w:trPr>
        <w:tc>
          <w:tcPr>
            <w:tcW w:w="567" w:type="dxa"/>
          </w:tcPr>
          <w:p w14:paraId="09ADAAE3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7370" w:type="dxa"/>
          </w:tcPr>
          <w:p w14:paraId="66818165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Anzahl abgeschlossener S/4HANA-Umstellungsprojekte mit </w:t>
            </w:r>
            <w:r w:rsidRPr="00E05574">
              <w:rPr>
                <w:rFonts w:ascii="Open Sans" w:hAnsi="Open Sans" w:cs="Open Sans"/>
                <w:lang w:val="de-DE"/>
              </w:rPr>
              <w:t>modulspezifischer Mitarbeit.</w:t>
            </w:r>
          </w:p>
        </w:tc>
        <w:tc>
          <w:tcPr>
            <w:tcW w:w="3969" w:type="dxa"/>
          </w:tcPr>
          <w:p w14:paraId="114DE75C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74B1602D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7956952A" w14:textId="77777777">
        <w:trPr>
          <w:jc w:val="center"/>
        </w:trPr>
        <w:tc>
          <w:tcPr>
            <w:tcW w:w="567" w:type="dxa"/>
          </w:tcPr>
          <w:p w14:paraId="131953CD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7370" w:type="dxa"/>
          </w:tcPr>
          <w:p w14:paraId="4DB08E14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Erfahrungen im öffentlichen Dienst in Jahren, belegt durch Projekt-/Kundenbezug.</w:t>
            </w:r>
          </w:p>
        </w:tc>
        <w:tc>
          <w:tcPr>
            <w:tcW w:w="3969" w:type="dxa"/>
          </w:tcPr>
          <w:p w14:paraId="09476E5C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146171C7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20917EDF" w14:textId="77777777">
        <w:trPr>
          <w:jc w:val="center"/>
        </w:trPr>
        <w:tc>
          <w:tcPr>
            <w:tcW w:w="567" w:type="dxa"/>
          </w:tcPr>
          <w:p w14:paraId="09A55D1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4</w:t>
            </w:r>
          </w:p>
        </w:tc>
        <w:tc>
          <w:tcPr>
            <w:tcW w:w="7370" w:type="dxa"/>
          </w:tcPr>
          <w:p w14:paraId="27F17734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Modulbezogene SAP-Zertifizierung einschließlich Level und Anlagenverweis.</w:t>
            </w:r>
          </w:p>
        </w:tc>
        <w:tc>
          <w:tcPr>
            <w:tcW w:w="3969" w:type="dxa"/>
          </w:tcPr>
          <w:p w14:paraId="7576C7AD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68D7241E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</w:tbl>
    <w:p w14:paraId="08BD010A" w14:textId="77777777" w:rsidR="00E3319B" w:rsidRPr="00E05574" w:rsidRDefault="00E3319B">
      <w:pPr>
        <w:rPr>
          <w:rFonts w:ascii="Open Sans" w:hAnsi="Open Sans" w:cs="Open Sans"/>
          <w:lang w:val="de-DE"/>
        </w:rPr>
      </w:pPr>
    </w:p>
    <w:p w14:paraId="55DD8FCF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lastRenderedPageBreak/>
        <w:t xml:space="preserve">D. Persönliche Referenzen / </w:t>
      </w:r>
      <w:r w:rsidRPr="00E05574">
        <w:rPr>
          <w:rFonts w:ascii="Open Sans" w:hAnsi="Open Sans" w:cs="Open Sans"/>
        </w:rPr>
        <w:t>Projektnachweise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96"/>
        <w:gridCol w:w="1701"/>
        <w:gridCol w:w="1134"/>
        <w:gridCol w:w="1701"/>
        <w:gridCol w:w="1134"/>
        <w:gridCol w:w="850"/>
        <w:gridCol w:w="1417"/>
        <w:gridCol w:w="1417"/>
        <w:gridCol w:w="1417"/>
        <w:gridCol w:w="2268"/>
        <w:gridCol w:w="1619"/>
      </w:tblGrid>
      <w:tr w:rsidR="00E3319B" w:rsidRPr="00E05574" w14:paraId="1811A8ED" w14:textId="77777777">
        <w:trPr>
          <w:tblHeader/>
          <w:jc w:val="center"/>
        </w:trPr>
        <w:tc>
          <w:tcPr>
            <w:tcW w:w="454" w:type="dxa"/>
            <w:shd w:val="clear" w:color="auto" w:fill="D9EAF7"/>
          </w:tcPr>
          <w:p w14:paraId="2FE2D45D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1701" w:type="dxa"/>
            <w:shd w:val="clear" w:color="auto" w:fill="D9EAF7"/>
          </w:tcPr>
          <w:p w14:paraId="2BF9B74C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Auftraggeber / Branche</w:t>
            </w:r>
          </w:p>
        </w:tc>
        <w:tc>
          <w:tcPr>
            <w:tcW w:w="1134" w:type="dxa"/>
            <w:shd w:val="clear" w:color="auto" w:fill="D9EAF7"/>
          </w:tcPr>
          <w:p w14:paraId="25F9AB5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Öffentl. Dienst? Ja/Nein</w:t>
            </w:r>
          </w:p>
        </w:tc>
        <w:tc>
          <w:tcPr>
            <w:tcW w:w="1701" w:type="dxa"/>
            <w:shd w:val="clear" w:color="auto" w:fill="D9EAF7"/>
          </w:tcPr>
          <w:p w14:paraId="762EDC14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Projekt / Aufgabe</w:t>
            </w:r>
          </w:p>
        </w:tc>
        <w:tc>
          <w:tcPr>
            <w:tcW w:w="1134" w:type="dxa"/>
            <w:shd w:val="clear" w:color="auto" w:fill="D9EAF7"/>
          </w:tcPr>
          <w:p w14:paraId="7EBDE34C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Zeitraum von-bis</w:t>
            </w:r>
          </w:p>
        </w:tc>
        <w:tc>
          <w:tcPr>
            <w:tcW w:w="850" w:type="dxa"/>
            <w:shd w:val="clear" w:color="auto" w:fill="D9EAF7"/>
          </w:tcPr>
          <w:p w14:paraId="55C5DA83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Dauer</w:t>
            </w:r>
          </w:p>
        </w:tc>
        <w:tc>
          <w:tcPr>
            <w:tcW w:w="1417" w:type="dxa"/>
            <w:shd w:val="clear" w:color="auto" w:fill="D9EAF7"/>
          </w:tcPr>
          <w:p w14:paraId="225CAFD4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SAP-System / Release</w:t>
            </w:r>
          </w:p>
        </w:tc>
        <w:tc>
          <w:tcPr>
            <w:tcW w:w="1417" w:type="dxa"/>
            <w:shd w:val="clear" w:color="auto" w:fill="D9EAF7"/>
          </w:tcPr>
          <w:p w14:paraId="58D2227E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Modul / Komponente</w:t>
            </w:r>
          </w:p>
        </w:tc>
        <w:tc>
          <w:tcPr>
            <w:tcW w:w="1417" w:type="dxa"/>
            <w:shd w:val="clear" w:color="auto" w:fill="D9EAF7"/>
          </w:tcPr>
          <w:p w14:paraId="10822ABF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Rolle der Person</w:t>
            </w:r>
          </w:p>
        </w:tc>
        <w:tc>
          <w:tcPr>
            <w:tcW w:w="2268" w:type="dxa"/>
            <w:shd w:val="clear" w:color="auto" w:fill="D9EAF7"/>
          </w:tcPr>
          <w:p w14:paraId="6CAE953C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Konkrete Tätigkeiten</w:t>
            </w:r>
          </w:p>
        </w:tc>
        <w:tc>
          <w:tcPr>
            <w:tcW w:w="1134" w:type="dxa"/>
            <w:shd w:val="clear" w:color="auto" w:fill="D9EAF7"/>
          </w:tcPr>
          <w:p w14:paraId="00A01351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Abgeschlossen? / Anlage</w:t>
            </w:r>
          </w:p>
        </w:tc>
      </w:tr>
      <w:tr w:rsidR="00E3319B" w:rsidRPr="00E05574" w14:paraId="5B784D03" w14:textId="77777777">
        <w:trPr>
          <w:jc w:val="center"/>
        </w:trPr>
        <w:tc>
          <w:tcPr>
            <w:tcW w:w="454" w:type="dxa"/>
          </w:tcPr>
          <w:p w14:paraId="788A3CCD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1701" w:type="dxa"/>
          </w:tcPr>
          <w:p w14:paraId="6A4B6C5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6A88EC9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21E987F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1712F00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4C8EB40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199C491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1BAC5F62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3ED3E14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6176673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16627D94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6D15DF03" w14:textId="77777777">
        <w:trPr>
          <w:jc w:val="center"/>
        </w:trPr>
        <w:tc>
          <w:tcPr>
            <w:tcW w:w="454" w:type="dxa"/>
          </w:tcPr>
          <w:p w14:paraId="312F5969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1701" w:type="dxa"/>
          </w:tcPr>
          <w:p w14:paraId="0085EB8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2CA8B65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5F66FDF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0D29EF72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1CD3AA34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7F3552C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3BB64802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5AF53DC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0D4FFF52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5102A23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7258BF1B" w14:textId="77777777">
        <w:trPr>
          <w:jc w:val="center"/>
        </w:trPr>
        <w:tc>
          <w:tcPr>
            <w:tcW w:w="454" w:type="dxa"/>
          </w:tcPr>
          <w:p w14:paraId="7B19576B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1701" w:type="dxa"/>
          </w:tcPr>
          <w:p w14:paraId="163BA24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08CD41C2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4560594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1C4E2CF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7E21068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5405603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6D48BD5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1A95E9D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0438883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07CD844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4520609E" w14:textId="77777777">
        <w:trPr>
          <w:jc w:val="center"/>
        </w:trPr>
        <w:tc>
          <w:tcPr>
            <w:tcW w:w="454" w:type="dxa"/>
          </w:tcPr>
          <w:p w14:paraId="51A85FCD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4</w:t>
            </w:r>
          </w:p>
        </w:tc>
        <w:tc>
          <w:tcPr>
            <w:tcW w:w="1701" w:type="dxa"/>
          </w:tcPr>
          <w:p w14:paraId="43701204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3D6FF56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0B27258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77D65D3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75C3E0C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7692F04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7E17F634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784D2E2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43F1C6A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2D5F893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599F9BC2" w14:textId="77777777">
        <w:trPr>
          <w:jc w:val="center"/>
        </w:trPr>
        <w:tc>
          <w:tcPr>
            <w:tcW w:w="454" w:type="dxa"/>
          </w:tcPr>
          <w:p w14:paraId="0627727B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5</w:t>
            </w:r>
          </w:p>
        </w:tc>
        <w:tc>
          <w:tcPr>
            <w:tcW w:w="1701" w:type="dxa"/>
          </w:tcPr>
          <w:p w14:paraId="325F8D6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16C1B05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1F97E63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216753D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14088872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2667445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62B6CAE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1991CF7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09D0C4C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2919B0C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</w:tbl>
    <w:p w14:paraId="5B2736AB" w14:textId="77777777" w:rsidR="00E3319B" w:rsidRPr="00E05574" w:rsidRDefault="00E3319B">
      <w:pPr>
        <w:rPr>
          <w:rFonts w:ascii="Open Sans" w:hAnsi="Open Sans" w:cs="Open Sans"/>
        </w:rPr>
      </w:pPr>
    </w:p>
    <w:p w14:paraId="0A692C1F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t>E. Zertifizierungen und Qualifikationen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567"/>
        <w:gridCol w:w="3402"/>
        <w:gridCol w:w="2268"/>
        <w:gridCol w:w="3402"/>
        <w:gridCol w:w="1701"/>
        <w:gridCol w:w="2835"/>
      </w:tblGrid>
      <w:tr w:rsidR="00E3319B" w:rsidRPr="00E05574" w14:paraId="70AE71A3" w14:textId="77777777">
        <w:trPr>
          <w:tblHeader/>
          <w:jc w:val="center"/>
        </w:trPr>
        <w:tc>
          <w:tcPr>
            <w:tcW w:w="567" w:type="dxa"/>
            <w:shd w:val="clear" w:color="auto" w:fill="D9EAF7"/>
          </w:tcPr>
          <w:p w14:paraId="7FCE473F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3402" w:type="dxa"/>
            <w:shd w:val="clear" w:color="auto" w:fill="D9EAF7"/>
          </w:tcPr>
          <w:p w14:paraId="27903F9D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Zertifikat / Qualifikation</w:t>
            </w:r>
          </w:p>
        </w:tc>
        <w:tc>
          <w:tcPr>
            <w:tcW w:w="2268" w:type="dxa"/>
            <w:shd w:val="clear" w:color="auto" w:fill="D9EAF7"/>
          </w:tcPr>
          <w:p w14:paraId="63E52A19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Aussteller</w:t>
            </w:r>
          </w:p>
        </w:tc>
        <w:tc>
          <w:tcPr>
            <w:tcW w:w="3402" w:type="dxa"/>
            <w:shd w:val="clear" w:color="auto" w:fill="D9EAF7"/>
          </w:tcPr>
          <w:p w14:paraId="698CE68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Level (Associate / Specialist / Professional / sonstiges)</w:t>
            </w:r>
          </w:p>
        </w:tc>
        <w:tc>
          <w:tcPr>
            <w:tcW w:w="1701" w:type="dxa"/>
            <w:shd w:val="clear" w:color="auto" w:fill="D9EAF7"/>
          </w:tcPr>
          <w:p w14:paraId="5D74ED5C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Gültig seit / bis</w:t>
            </w:r>
          </w:p>
        </w:tc>
        <w:tc>
          <w:tcPr>
            <w:tcW w:w="2835" w:type="dxa"/>
            <w:shd w:val="clear" w:color="auto" w:fill="D9EAF7"/>
          </w:tcPr>
          <w:p w14:paraId="69C2C939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Anlage</w:t>
            </w:r>
          </w:p>
        </w:tc>
      </w:tr>
      <w:tr w:rsidR="00E3319B" w:rsidRPr="00E05574" w14:paraId="5EDB5AC4" w14:textId="77777777">
        <w:trPr>
          <w:jc w:val="center"/>
        </w:trPr>
        <w:tc>
          <w:tcPr>
            <w:tcW w:w="567" w:type="dxa"/>
          </w:tcPr>
          <w:p w14:paraId="6F4A6390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3402" w:type="dxa"/>
          </w:tcPr>
          <w:p w14:paraId="13DA7424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3EA6410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3402" w:type="dxa"/>
          </w:tcPr>
          <w:p w14:paraId="0B1A5D8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0D81BFC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45A8268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72E14CE8" w14:textId="77777777">
        <w:trPr>
          <w:jc w:val="center"/>
        </w:trPr>
        <w:tc>
          <w:tcPr>
            <w:tcW w:w="567" w:type="dxa"/>
          </w:tcPr>
          <w:p w14:paraId="2035FADB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3402" w:type="dxa"/>
          </w:tcPr>
          <w:p w14:paraId="51E55B6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66EF7E7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3402" w:type="dxa"/>
          </w:tcPr>
          <w:p w14:paraId="0CD2859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035C228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00A5C774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290DB817" w14:textId="77777777">
        <w:trPr>
          <w:jc w:val="center"/>
        </w:trPr>
        <w:tc>
          <w:tcPr>
            <w:tcW w:w="567" w:type="dxa"/>
          </w:tcPr>
          <w:p w14:paraId="4850611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3402" w:type="dxa"/>
          </w:tcPr>
          <w:p w14:paraId="4EA9514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50A0B55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3402" w:type="dxa"/>
          </w:tcPr>
          <w:p w14:paraId="40589CB2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2280425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2D7CD54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</w:tbl>
    <w:p w14:paraId="0E5C1AE8" w14:textId="77777777" w:rsidR="00E3319B" w:rsidRPr="00E05574" w:rsidRDefault="00E3319B">
      <w:pPr>
        <w:rPr>
          <w:rFonts w:ascii="Open Sans" w:hAnsi="Open Sans" w:cs="Open Sans"/>
        </w:rPr>
      </w:pPr>
    </w:p>
    <w:p w14:paraId="7E80F3DE" w14:textId="77777777" w:rsidR="00E3319B" w:rsidRPr="00E05574" w:rsidRDefault="00E05574">
      <w:pPr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br w:type="page"/>
      </w:r>
    </w:p>
    <w:p w14:paraId="341897B1" w14:textId="77777777" w:rsidR="00E3319B" w:rsidRPr="00E05574" w:rsidRDefault="00E05574">
      <w:pPr>
        <w:pStyle w:val="berschrift1"/>
        <w:rPr>
          <w:rFonts w:ascii="Open Sans" w:hAnsi="Open Sans" w:cs="Open Sans"/>
          <w:lang w:val="de-DE"/>
        </w:rPr>
      </w:pPr>
      <w:r w:rsidRPr="00E05574">
        <w:rPr>
          <w:rFonts w:ascii="Open Sans" w:hAnsi="Open Sans" w:cs="Open Sans"/>
          <w:lang w:val="de-DE"/>
        </w:rPr>
        <w:lastRenderedPageBreak/>
        <w:t xml:space="preserve">Profilblatt - Los 1: SAP </w:t>
      </w:r>
      <w:r w:rsidRPr="00E05574">
        <w:rPr>
          <w:rFonts w:ascii="Open Sans" w:hAnsi="Open Sans" w:cs="Open Sans"/>
          <w:lang w:val="de-DE"/>
        </w:rPr>
        <w:t>Consultant Schwerpunkt Modul MM inklusive PUR und IM</w:t>
      </w:r>
    </w:p>
    <w:p w14:paraId="2E802783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t>A. Persönliche Angaben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3969"/>
        <w:gridCol w:w="10205"/>
      </w:tblGrid>
      <w:tr w:rsidR="00E3319B" w:rsidRPr="00E05574" w14:paraId="7B746E2D" w14:textId="77777777">
        <w:trPr>
          <w:tblHeader/>
          <w:jc w:val="center"/>
        </w:trPr>
        <w:tc>
          <w:tcPr>
            <w:tcW w:w="3969" w:type="dxa"/>
            <w:shd w:val="clear" w:color="auto" w:fill="D9EAF7"/>
          </w:tcPr>
          <w:p w14:paraId="057887A3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Feld</w:t>
            </w:r>
          </w:p>
        </w:tc>
        <w:tc>
          <w:tcPr>
            <w:tcW w:w="10205" w:type="dxa"/>
            <w:shd w:val="clear" w:color="auto" w:fill="D9EAF7"/>
          </w:tcPr>
          <w:p w14:paraId="7BF830C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Angabe des Bieters</w:t>
            </w:r>
          </w:p>
        </w:tc>
      </w:tr>
      <w:tr w:rsidR="00E3319B" w:rsidRPr="00E05574" w14:paraId="356D19F2" w14:textId="77777777">
        <w:trPr>
          <w:jc w:val="center"/>
        </w:trPr>
        <w:tc>
          <w:tcPr>
            <w:tcW w:w="3969" w:type="dxa"/>
          </w:tcPr>
          <w:p w14:paraId="3CB3A890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Name der vorgesehenen Person</w:t>
            </w:r>
          </w:p>
        </w:tc>
        <w:tc>
          <w:tcPr>
            <w:tcW w:w="10205" w:type="dxa"/>
          </w:tcPr>
          <w:p w14:paraId="53566BA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53DEADE1" w14:textId="77777777">
        <w:trPr>
          <w:jc w:val="center"/>
        </w:trPr>
        <w:tc>
          <w:tcPr>
            <w:tcW w:w="3969" w:type="dxa"/>
          </w:tcPr>
          <w:p w14:paraId="358933CE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Rolle im Angebot</w:t>
            </w:r>
          </w:p>
        </w:tc>
        <w:tc>
          <w:tcPr>
            <w:tcW w:w="10205" w:type="dxa"/>
          </w:tcPr>
          <w:p w14:paraId="6B9525F9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SAP Consultant Schwerpunkt Modul MM inklusive PUR und IM</w:t>
            </w:r>
          </w:p>
        </w:tc>
      </w:tr>
      <w:tr w:rsidR="00E3319B" w:rsidRPr="00E05574" w14:paraId="12B1C044" w14:textId="77777777">
        <w:trPr>
          <w:jc w:val="center"/>
        </w:trPr>
        <w:tc>
          <w:tcPr>
            <w:tcW w:w="3969" w:type="dxa"/>
          </w:tcPr>
          <w:p w14:paraId="20C16449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Beschäftigt bei / Unternehmen</w:t>
            </w:r>
          </w:p>
        </w:tc>
        <w:tc>
          <w:tcPr>
            <w:tcW w:w="10205" w:type="dxa"/>
          </w:tcPr>
          <w:p w14:paraId="36310C4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7DBA5BE0" w14:textId="77777777">
        <w:trPr>
          <w:jc w:val="center"/>
        </w:trPr>
        <w:tc>
          <w:tcPr>
            <w:tcW w:w="3969" w:type="dxa"/>
          </w:tcPr>
          <w:p w14:paraId="48299F75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Dort </w:t>
            </w:r>
            <w:r w:rsidRPr="00E05574">
              <w:rPr>
                <w:rFonts w:ascii="Open Sans" w:hAnsi="Open Sans" w:cs="Open Sans"/>
                <w:lang w:val="de-DE"/>
              </w:rPr>
              <w:t>beschäftigt seit (MM/JJJJ)</w:t>
            </w:r>
          </w:p>
        </w:tc>
        <w:tc>
          <w:tcPr>
            <w:tcW w:w="10205" w:type="dxa"/>
          </w:tcPr>
          <w:p w14:paraId="7FD73287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1123F837" w14:textId="77777777">
        <w:trPr>
          <w:jc w:val="center"/>
        </w:trPr>
        <w:tc>
          <w:tcPr>
            <w:tcW w:w="3969" w:type="dxa"/>
          </w:tcPr>
          <w:p w14:paraId="7163A3DF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Verfügbarkeit / vorgesehener Einsatzumfang</w:t>
            </w:r>
          </w:p>
        </w:tc>
        <w:tc>
          <w:tcPr>
            <w:tcW w:w="10205" w:type="dxa"/>
          </w:tcPr>
          <w:p w14:paraId="169299D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349CF57A" w14:textId="77777777">
        <w:trPr>
          <w:jc w:val="center"/>
        </w:trPr>
        <w:tc>
          <w:tcPr>
            <w:tcW w:w="3969" w:type="dxa"/>
          </w:tcPr>
          <w:p w14:paraId="2BF6112D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Einschlägige Ausbildung / Studium</w:t>
            </w:r>
          </w:p>
        </w:tc>
        <w:tc>
          <w:tcPr>
            <w:tcW w:w="10205" w:type="dxa"/>
          </w:tcPr>
          <w:p w14:paraId="19FDB1D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02BF8DB0" w14:textId="77777777">
        <w:trPr>
          <w:jc w:val="center"/>
        </w:trPr>
        <w:tc>
          <w:tcPr>
            <w:tcW w:w="3969" w:type="dxa"/>
          </w:tcPr>
          <w:p w14:paraId="048217C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Wesentliche SAP-Schwerpunkte</w:t>
            </w:r>
          </w:p>
        </w:tc>
        <w:tc>
          <w:tcPr>
            <w:tcW w:w="10205" w:type="dxa"/>
          </w:tcPr>
          <w:p w14:paraId="0DD6C13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6DCEFB2C" w14:textId="77777777">
        <w:trPr>
          <w:jc w:val="center"/>
        </w:trPr>
        <w:tc>
          <w:tcPr>
            <w:tcW w:w="3969" w:type="dxa"/>
          </w:tcPr>
          <w:p w14:paraId="09AB549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Anlagenverweis Lebenslauf / Profil</w:t>
            </w:r>
          </w:p>
        </w:tc>
        <w:tc>
          <w:tcPr>
            <w:tcW w:w="10205" w:type="dxa"/>
          </w:tcPr>
          <w:p w14:paraId="0CD8A21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</w:tbl>
    <w:p w14:paraId="3886CC16" w14:textId="77777777" w:rsidR="00E3319B" w:rsidRPr="00E05574" w:rsidRDefault="00E3319B">
      <w:pPr>
        <w:rPr>
          <w:rFonts w:ascii="Open Sans" w:hAnsi="Open Sans" w:cs="Open Sans"/>
        </w:rPr>
      </w:pPr>
    </w:p>
    <w:p w14:paraId="265039BE" w14:textId="77777777" w:rsidR="00E3319B" w:rsidRPr="00E05574" w:rsidRDefault="00E05574">
      <w:pPr>
        <w:pStyle w:val="berschrift2"/>
        <w:rPr>
          <w:rFonts w:ascii="Open Sans" w:hAnsi="Open Sans" w:cs="Open Sans"/>
          <w:lang w:val="de-DE"/>
        </w:rPr>
      </w:pPr>
      <w:r w:rsidRPr="00E05574">
        <w:rPr>
          <w:rFonts w:ascii="Open Sans" w:hAnsi="Open Sans" w:cs="Open Sans"/>
          <w:lang w:val="de-DE"/>
        </w:rPr>
        <w:t>B. Mindestanforderungen an die Person / Rolle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567"/>
        <w:gridCol w:w="7370"/>
        <w:gridCol w:w="1701"/>
        <w:gridCol w:w="4535"/>
      </w:tblGrid>
      <w:tr w:rsidR="00E3319B" w:rsidRPr="00E05574" w14:paraId="7CEC630F" w14:textId="77777777">
        <w:trPr>
          <w:tblHeader/>
          <w:jc w:val="center"/>
        </w:trPr>
        <w:tc>
          <w:tcPr>
            <w:tcW w:w="567" w:type="dxa"/>
            <w:shd w:val="clear" w:color="auto" w:fill="D9EAF7"/>
          </w:tcPr>
          <w:p w14:paraId="6EC3E804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7370" w:type="dxa"/>
            <w:shd w:val="clear" w:color="auto" w:fill="D9EAF7"/>
          </w:tcPr>
          <w:p w14:paraId="6CA8D1EB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Mindestanforderung</w:t>
            </w:r>
          </w:p>
        </w:tc>
        <w:tc>
          <w:tcPr>
            <w:tcW w:w="1701" w:type="dxa"/>
            <w:shd w:val="clear" w:color="auto" w:fill="D9EAF7"/>
          </w:tcPr>
          <w:p w14:paraId="238A16F0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Erfüllt? (Ja/Nein)</w:t>
            </w:r>
          </w:p>
        </w:tc>
        <w:tc>
          <w:tcPr>
            <w:tcW w:w="4535" w:type="dxa"/>
            <w:shd w:val="clear" w:color="auto" w:fill="D9EAF7"/>
          </w:tcPr>
          <w:p w14:paraId="039EC4B1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Konkrete Erläuterung / Nachweis / Anlagenverweis</w:t>
            </w:r>
          </w:p>
        </w:tc>
      </w:tr>
      <w:tr w:rsidR="00E3319B" w:rsidRPr="00E05574" w14:paraId="5B4AAAE4" w14:textId="77777777">
        <w:trPr>
          <w:jc w:val="center"/>
        </w:trPr>
        <w:tc>
          <w:tcPr>
            <w:tcW w:w="567" w:type="dxa"/>
          </w:tcPr>
          <w:p w14:paraId="13A12F7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7370" w:type="dxa"/>
          </w:tcPr>
          <w:p w14:paraId="29A682D5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Mehrjährige Erfahrungen mit Beratung, Entwicklung (Customizing, Programmierung) und Reporting für das SAP Modul MM inklusive PUR und IM in der relevanten </w:t>
            </w:r>
            <w:r w:rsidRPr="00E05574">
              <w:rPr>
                <w:rFonts w:ascii="Open Sans" w:hAnsi="Open Sans" w:cs="Open Sans"/>
                <w:lang w:val="de-DE"/>
              </w:rPr>
              <w:t>SAP-Systemlandschaft (SAP S/4HANA in der relevanten SAP-Systemlandschaft).</w:t>
            </w:r>
          </w:p>
        </w:tc>
        <w:tc>
          <w:tcPr>
            <w:tcW w:w="1701" w:type="dxa"/>
          </w:tcPr>
          <w:p w14:paraId="73F5EB5C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4535" w:type="dxa"/>
          </w:tcPr>
          <w:p w14:paraId="3C531B4A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700CA748" w14:textId="77777777">
        <w:trPr>
          <w:jc w:val="center"/>
        </w:trPr>
        <w:tc>
          <w:tcPr>
            <w:tcW w:w="567" w:type="dxa"/>
          </w:tcPr>
          <w:p w14:paraId="5A8AD1D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7370" w:type="dxa"/>
          </w:tcPr>
          <w:p w14:paraId="1AA0AC87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Einschlägiges Fachstudium (BA, FH oder Universität) oder gleichwertige berufliche Qualifikation, soweit zugelassen.</w:t>
            </w:r>
          </w:p>
        </w:tc>
        <w:tc>
          <w:tcPr>
            <w:tcW w:w="1701" w:type="dxa"/>
          </w:tcPr>
          <w:p w14:paraId="210769D9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4535" w:type="dxa"/>
          </w:tcPr>
          <w:p w14:paraId="34746327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48AA3137" w14:textId="77777777">
        <w:trPr>
          <w:jc w:val="center"/>
        </w:trPr>
        <w:tc>
          <w:tcPr>
            <w:tcW w:w="567" w:type="dxa"/>
          </w:tcPr>
          <w:p w14:paraId="307A6660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7370" w:type="dxa"/>
          </w:tcPr>
          <w:p w14:paraId="62B63608" w14:textId="4FAC8F1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Bereitschaft zur </w:t>
            </w:r>
            <w:r w:rsidRPr="00E05574">
              <w:rPr>
                <w:rFonts w:ascii="Open Sans" w:hAnsi="Open Sans" w:cs="Open Sans"/>
                <w:lang w:val="de-DE"/>
              </w:rPr>
              <w:t xml:space="preserve">Sicherheitsüberprüfung der Stufe </w:t>
            </w:r>
            <w:r>
              <w:rPr>
                <w:rFonts w:ascii="Open Sans" w:hAnsi="Open Sans" w:cs="Open Sans"/>
                <w:lang w:val="de-DE"/>
              </w:rPr>
              <w:t>2</w:t>
            </w:r>
            <w:r w:rsidRPr="00E05574">
              <w:rPr>
                <w:rFonts w:ascii="Open Sans" w:hAnsi="Open Sans" w:cs="Open Sans"/>
                <w:lang w:val="de-DE"/>
              </w:rPr>
              <w:t xml:space="preserve"> gemäß E</w:t>
            </w:r>
            <w:r>
              <w:rPr>
                <w:rFonts w:ascii="Open Sans" w:hAnsi="Open Sans" w:cs="Open Sans"/>
                <w:lang w:val="de-DE"/>
              </w:rPr>
              <w:t>1</w:t>
            </w:r>
            <w:r w:rsidRPr="00E05574">
              <w:rPr>
                <w:rFonts w:ascii="Open Sans" w:hAnsi="Open Sans" w:cs="Open Sans"/>
                <w:lang w:val="de-DE"/>
              </w:rPr>
              <w:t>8.</w:t>
            </w:r>
          </w:p>
        </w:tc>
        <w:tc>
          <w:tcPr>
            <w:tcW w:w="1701" w:type="dxa"/>
          </w:tcPr>
          <w:p w14:paraId="0343C3DA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4535" w:type="dxa"/>
          </w:tcPr>
          <w:p w14:paraId="59BD27BC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</w:tbl>
    <w:p w14:paraId="442ED443" w14:textId="77777777" w:rsidR="00E3319B" w:rsidRPr="00E05574" w:rsidRDefault="00E3319B">
      <w:pPr>
        <w:rPr>
          <w:rFonts w:ascii="Open Sans" w:hAnsi="Open Sans" w:cs="Open Sans"/>
          <w:lang w:val="de-DE"/>
        </w:rPr>
      </w:pPr>
    </w:p>
    <w:p w14:paraId="5391DA8B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t>C. Bewertungsrelevante Angaben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567"/>
        <w:gridCol w:w="7370"/>
        <w:gridCol w:w="3969"/>
        <w:gridCol w:w="2268"/>
      </w:tblGrid>
      <w:tr w:rsidR="00E3319B" w:rsidRPr="00E05574" w14:paraId="66821E9E" w14:textId="77777777">
        <w:trPr>
          <w:tblHeader/>
          <w:jc w:val="center"/>
        </w:trPr>
        <w:tc>
          <w:tcPr>
            <w:tcW w:w="567" w:type="dxa"/>
            <w:shd w:val="clear" w:color="auto" w:fill="D9EAF7"/>
          </w:tcPr>
          <w:p w14:paraId="1D79D5EC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7370" w:type="dxa"/>
            <w:shd w:val="clear" w:color="auto" w:fill="D9EAF7"/>
          </w:tcPr>
          <w:p w14:paraId="661086E3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Bewertungsrelevantes Kriterium</w:t>
            </w:r>
          </w:p>
        </w:tc>
        <w:tc>
          <w:tcPr>
            <w:tcW w:w="3969" w:type="dxa"/>
            <w:shd w:val="clear" w:color="auto" w:fill="D9EAF7"/>
          </w:tcPr>
          <w:p w14:paraId="2313AF99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Konkrete Angabe des Bieters</w:t>
            </w:r>
          </w:p>
        </w:tc>
        <w:tc>
          <w:tcPr>
            <w:tcW w:w="2268" w:type="dxa"/>
            <w:shd w:val="clear" w:color="auto" w:fill="D9EAF7"/>
          </w:tcPr>
          <w:p w14:paraId="4544411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Nachweis / Referenz / Anlage</w:t>
            </w:r>
          </w:p>
        </w:tc>
      </w:tr>
      <w:tr w:rsidR="00E3319B" w:rsidRPr="00E05574" w14:paraId="01ADE897" w14:textId="77777777">
        <w:trPr>
          <w:jc w:val="center"/>
        </w:trPr>
        <w:tc>
          <w:tcPr>
            <w:tcW w:w="567" w:type="dxa"/>
          </w:tcPr>
          <w:p w14:paraId="28DD78A1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7370" w:type="dxa"/>
          </w:tcPr>
          <w:p w14:paraId="53697B2C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Dauer der einschlägigen Erfahrung im Modul MM inklusive PUR und IM in </w:t>
            </w:r>
            <w:r w:rsidRPr="00E05574">
              <w:rPr>
                <w:rFonts w:ascii="Open Sans" w:hAnsi="Open Sans" w:cs="Open Sans"/>
                <w:lang w:val="de-DE"/>
              </w:rPr>
              <w:t>Jahren, belegt durch konkrete Projekt-/Aufgabenreferenzen.</w:t>
            </w:r>
          </w:p>
        </w:tc>
        <w:tc>
          <w:tcPr>
            <w:tcW w:w="3969" w:type="dxa"/>
          </w:tcPr>
          <w:p w14:paraId="10A73A27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7A6EA49C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51426960" w14:textId="77777777">
        <w:trPr>
          <w:jc w:val="center"/>
        </w:trPr>
        <w:tc>
          <w:tcPr>
            <w:tcW w:w="567" w:type="dxa"/>
          </w:tcPr>
          <w:p w14:paraId="07C09C5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7370" w:type="dxa"/>
          </w:tcPr>
          <w:p w14:paraId="033A3A8F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Anzahl abgeschlossener S/4HANA-Umstellungsprojekte mit modulspezifischer Mitarbeit.</w:t>
            </w:r>
          </w:p>
        </w:tc>
        <w:tc>
          <w:tcPr>
            <w:tcW w:w="3969" w:type="dxa"/>
          </w:tcPr>
          <w:p w14:paraId="6BE5239A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5093CD93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752A3D64" w14:textId="77777777">
        <w:trPr>
          <w:jc w:val="center"/>
        </w:trPr>
        <w:tc>
          <w:tcPr>
            <w:tcW w:w="567" w:type="dxa"/>
          </w:tcPr>
          <w:p w14:paraId="7BD17411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7370" w:type="dxa"/>
          </w:tcPr>
          <w:p w14:paraId="2D5EBB78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Erfahrungen im öffentlichen Dienst in Jahren, belegt durch Projekt-/Kundenbezug.</w:t>
            </w:r>
          </w:p>
        </w:tc>
        <w:tc>
          <w:tcPr>
            <w:tcW w:w="3969" w:type="dxa"/>
          </w:tcPr>
          <w:p w14:paraId="264AB7D9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1B7BBDBA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3B2D7A52" w14:textId="77777777">
        <w:trPr>
          <w:jc w:val="center"/>
        </w:trPr>
        <w:tc>
          <w:tcPr>
            <w:tcW w:w="567" w:type="dxa"/>
          </w:tcPr>
          <w:p w14:paraId="708227B3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4</w:t>
            </w:r>
          </w:p>
        </w:tc>
        <w:tc>
          <w:tcPr>
            <w:tcW w:w="7370" w:type="dxa"/>
          </w:tcPr>
          <w:p w14:paraId="4C3A0054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Modulbezogene SAP-Zertifizierung einschließlich Level und Anlagenverweis.</w:t>
            </w:r>
          </w:p>
        </w:tc>
        <w:tc>
          <w:tcPr>
            <w:tcW w:w="3969" w:type="dxa"/>
          </w:tcPr>
          <w:p w14:paraId="682B6B8F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64CA2D01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</w:tbl>
    <w:p w14:paraId="5ABA7866" w14:textId="77777777" w:rsidR="00E3319B" w:rsidRPr="00E05574" w:rsidRDefault="00E3319B">
      <w:pPr>
        <w:rPr>
          <w:rFonts w:ascii="Open Sans" w:hAnsi="Open Sans" w:cs="Open Sans"/>
          <w:lang w:val="de-DE"/>
        </w:rPr>
      </w:pPr>
    </w:p>
    <w:p w14:paraId="3EA9CE60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lastRenderedPageBreak/>
        <w:t>D. Persönliche Referenzen / Projektnachweise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96"/>
        <w:gridCol w:w="1701"/>
        <w:gridCol w:w="1134"/>
        <w:gridCol w:w="1701"/>
        <w:gridCol w:w="1134"/>
        <w:gridCol w:w="850"/>
        <w:gridCol w:w="1417"/>
        <w:gridCol w:w="1417"/>
        <w:gridCol w:w="1417"/>
        <w:gridCol w:w="2268"/>
        <w:gridCol w:w="1619"/>
      </w:tblGrid>
      <w:tr w:rsidR="00E3319B" w:rsidRPr="00E05574" w14:paraId="3D4A79CD" w14:textId="77777777">
        <w:trPr>
          <w:tblHeader/>
          <w:jc w:val="center"/>
        </w:trPr>
        <w:tc>
          <w:tcPr>
            <w:tcW w:w="454" w:type="dxa"/>
            <w:shd w:val="clear" w:color="auto" w:fill="D9EAF7"/>
          </w:tcPr>
          <w:p w14:paraId="135F133E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1701" w:type="dxa"/>
            <w:shd w:val="clear" w:color="auto" w:fill="D9EAF7"/>
          </w:tcPr>
          <w:p w14:paraId="4171E73F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Auftraggeber / Branche</w:t>
            </w:r>
          </w:p>
        </w:tc>
        <w:tc>
          <w:tcPr>
            <w:tcW w:w="1134" w:type="dxa"/>
            <w:shd w:val="clear" w:color="auto" w:fill="D9EAF7"/>
          </w:tcPr>
          <w:p w14:paraId="49C13ECB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Öffentl. Dienst? Ja/Nein</w:t>
            </w:r>
          </w:p>
        </w:tc>
        <w:tc>
          <w:tcPr>
            <w:tcW w:w="1701" w:type="dxa"/>
            <w:shd w:val="clear" w:color="auto" w:fill="D9EAF7"/>
          </w:tcPr>
          <w:p w14:paraId="1592C299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Projekt / Aufgabe</w:t>
            </w:r>
          </w:p>
        </w:tc>
        <w:tc>
          <w:tcPr>
            <w:tcW w:w="1134" w:type="dxa"/>
            <w:shd w:val="clear" w:color="auto" w:fill="D9EAF7"/>
          </w:tcPr>
          <w:p w14:paraId="3A401AAF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Zeitraum von-bis</w:t>
            </w:r>
          </w:p>
        </w:tc>
        <w:tc>
          <w:tcPr>
            <w:tcW w:w="850" w:type="dxa"/>
            <w:shd w:val="clear" w:color="auto" w:fill="D9EAF7"/>
          </w:tcPr>
          <w:p w14:paraId="484C80C4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Dauer</w:t>
            </w:r>
          </w:p>
        </w:tc>
        <w:tc>
          <w:tcPr>
            <w:tcW w:w="1417" w:type="dxa"/>
            <w:shd w:val="clear" w:color="auto" w:fill="D9EAF7"/>
          </w:tcPr>
          <w:p w14:paraId="39F4CD33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SAP-System / Release</w:t>
            </w:r>
          </w:p>
        </w:tc>
        <w:tc>
          <w:tcPr>
            <w:tcW w:w="1417" w:type="dxa"/>
            <w:shd w:val="clear" w:color="auto" w:fill="D9EAF7"/>
          </w:tcPr>
          <w:p w14:paraId="7F70E9E0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 xml:space="preserve">Modul / </w:t>
            </w:r>
            <w:r w:rsidRPr="00E05574">
              <w:rPr>
                <w:rFonts w:ascii="Open Sans" w:hAnsi="Open Sans" w:cs="Open Sans"/>
                <w:b/>
              </w:rPr>
              <w:t>Komponente</w:t>
            </w:r>
          </w:p>
        </w:tc>
        <w:tc>
          <w:tcPr>
            <w:tcW w:w="1417" w:type="dxa"/>
            <w:shd w:val="clear" w:color="auto" w:fill="D9EAF7"/>
          </w:tcPr>
          <w:p w14:paraId="29C93A1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Rolle der Person</w:t>
            </w:r>
          </w:p>
        </w:tc>
        <w:tc>
          <w:tcPr>
            <w:tcW w:w="2268" w:type="dxa"/>
            <w:shd w:val="clear" w:color="auto" w:fill="D9EAF7"/>
          </w:tcPr>
          <w:p w14:paraId="27C6B783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Konkrete Tätigkeiten</w:t>
            </w:r>
          </w:p>
        </w:tc>
        <w:tc>
          <w:tcPr>
            <w:tcW w:w="1134" w:type="dxa"/>
            <w:shd w:val="clear" w:color="auto" w:fill="D9EAF7"/>
          </w:tcPr>
          <w:p w14:paraId="0D7ADBAF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Abgeschlossen? / Anlage</w:t>
            </w:r>
          </w:p>
        </w:tc>
      </w:tr>
      <w:tr w:rsidR="00E3319B" w:rsidRPr="00E05574" w14:paraId="1F6CBC2B" w14:textId="77777777">
        <w:trPr>
          <w:jc w:val="center"/>
        </w:trPr>
        <w:tc>
          <w:tcPr>
            <w:tcW w:w="454" w:type="dxa"/>
          </w:tcPr>
          <w:p w14:paraId="6D2F944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1701" w:type="dxa"/>
          </w:tcPr>
          <w:p w14:paraId="5558235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315169D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1B56731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5E8AEBB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1282811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339EF12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73961592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5FC668E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59B3C1F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6025A66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5371FE91" w14:textId="77777777">
        <w:trPr>
          <w:jc w:val="center"/>
        </w:trPr>
        <w:tc>
          <w:tcPr>
            <w:tcW w:w="454" w:type="dxa"/>
          </w:tcPr>
          <w:p w14:paraId="297B8ACD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1701" w:type="dxa"/>
          </w:tcPr>
          <w:p w14:paraId="0388916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293EAF0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64CC6EA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11BD42A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24B3AA0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1B8FD8A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7877DC14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2942E1C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05DD5D1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184969F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2D51E1E7" w14:textId="77777777">
        <w:trPr>
          <w:jc w:val="center"/>
        </w:trPr>
        <w:tc>
          <w:tcPr>
            <w:tcW w:w="454" w:type="dxa"/>
          </w:tcPr>
          <w:p w14:paraId="573FED7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1701" w:type="dxa"/>
          </w:tcPr>
          <w:p w14:paraId="4A860AE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135D38D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7A5AE37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0BD5A8D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1EBA508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6CB0863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4B19BBC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3545AC5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4CF25B4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08A4976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1EE84B58" w14:textId="77777777">
        <w:trPr>
          <w:jc w:val="center"/>
        </w:trPr>
        <w:tc>
          <w:tcPr>
            <w:tcW w:w="454" w:type="dxa"/>
          </w:tcPr>
          <w:p w14:paraId="39542253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4</w:t>
            </w:r>
          </w:p>
        </w:tc>
        <w:tc>
          <w:tcPr>
            <w:tcW w:w="1701" w:type="dxa"/>
          </w:tcPr>
          <w:p w14:paraId="6BB5A7F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32F9721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269AC19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1A015A2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40ED638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6E0F796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62B10B9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3D17132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39466A7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5D6FA3B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6B920E9F" w14:textId="77777777">
        <w:trPr>
          <w:jc w:val="center"/>
        </w:trPr>
        <w:tc>
          <w:tcPr>
            <w:tcW w:w="454" w:type="dxa"/>
          </w:tcPr>
          <w:p w14:paraId="509F3AB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5</w:t>
            </w:r>
          </w:p>
        </w:tc>
        <w:tc>
          <w:tcPr>
            <w:tcW w:w="1701" w:type="dxa"/>
          </w:tcPr>
          <w:p w14:paraId="079C973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1D60C6F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24BD798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13EBDF5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5AE33E3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5AD7376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0D7609D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0464749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1CDAA06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0A47479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</w:tbl>
    <w:p w14:paraId="5D47CE64" w14:textId="77777777" w:rsidR="00E3319B" w:rsidRPr="00E05574" w:rsidRDefault="00E3319B">
      <w:pPr>
        <w:rPr>
          <w:rFonts w:ascii="Open Sans" w:hAnsi="Open Sans" w:cs="Open Sans"/>
        </w:rPr>
      </w:pPr>
    </w:p>
    <w:p w14:paraId="26C5AA12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t>E. Zertifizierungen und Qualifikationen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567"/>
        <w:gridCol w:w="3402"/>
        <w:gridCol w:w="2268"/>
        <w:gridCol w:w="3402"/>
        <w:gridCol w:w="1701"/>
        <w:gridCol w:w="2835"/>
      </w:tblGrid>
      <w:tr w:rsidR="00E3319B" w:rsidRPr="00E05574" w14:paraId="4B11A829" w14:textId="77777777">
        <w:trPr>
          <w:tblHeader/>
          <w:jc w:val="center"/>
        </w:trPr>
        <w:tc>
          <w:tcPr>
            <w:tcW w:w="567" w:type="dxa"/>
            <w:shd w:val="clear" w:color="auto" w:fill="D9EAF7"/>
          </w:tcPr>
          <w:p w14:paraId="081A42EB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3402" w:type="dxa"/>
            <w:shd w:val="clear" w:color="auto" w:fill="D9EAF7"/>
          </w:tcPr>
          <w:p w14:paraId="7285E4B2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Zertifikat / Qualifikation</w:t>
            </w:r>
          </w:p>
        </w:tc>
        <w:tc>
          <w:tcPr>
            <w:tcW w:w="2268" w:type="dxa"/>
            <w:shd w:val="clear" w:color="auto" w:fill="D9EAF7"/>
          </w:tcPr>
          <w:p w14:paraId="15A36AC4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Aussteller</w:t>
            </w:r>
          </w:p>
        </w:tc>
        <w:tc>
          <w:tcPr>
            <w:tcW w:w="3402" w:type="dxa"/>
            <w:shd w:val="clear" w:color="auto" w:fill="D9EAF7"/>
          </w:tcPr>
          <w:p w14:paraId="39439C79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 xml:space="preserve">Level (Associate / </w:t>
            </w:r>
            <w:r w:rsidRPr="00E05574">
              <w:rPr>
                <w:rFonts w:ascii="Open Sans" w:hAnsi="Open Sans" w:cs="Open Sans"/>
                <w:b/>
              </w:rPr>
              <w:t>Specialist / Professional / sonstiges)</w:t>
            </w:r>
          </w:p>
        </w:tc>
        <w:tc>
          <w:tcPr>
            <w:tcW w:w="1701" w:type="dxa"/>
            <w:shd w:val="clear" w:color="auto" w:fill="D9EAF7"/>
          </w:tcPr>
          <w:p w14:paraId="71D69B6E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Gültig seit / bis</w:t>
            </w:r>
          </w:p>
        </w:tc>
        <w:tc>
          <w:tcPr>
            <w:tcW w:w="2835" w:type="dxa"/>
            <w:shd w:val="clear" w:color="auto" w:fill="D9EAF7"/>
          </w:tcPr>
          <w:p w14:paraId="5115C41F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Anlage</w:t>
            </w:r>
          </w:p>
        </w:tc>
      </w:tr>
      <w:tr w:rsidR="00E3319B" w:rsidRPr="00E05574" w14:paraId="67591D22" w14:textId="77777777">
        <w:trPr>
          <w:jc w:val="center"/>
        </w:trPr>
        <w:tc>
          <w:tcPr>
            <w:tcW w:w="567" w:type="dxa"/>
          </w:tcPr>
          <w:p w14:paraId="7F6D10FF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3402" w:type="dxa"/>
          </w:tcPr>
          <w:p w14:paraId="1631FA4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165A4D9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3402" w:type="dxa"/>
          </w:tcPr>
          <w:p w14:paraId="215F08E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55E61DA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780B5F6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5D8E033F" w14:textId="77777777">
        <w:trPr>
          <w:jc w:val="center"/>
        </w:trPr>
        <w:tc>
          <w:tcPr>
            <w:tcW w:w="567" w:type="dxa"/>
          </w:tcPr>
          <w:p w14:paraId="60BF8C4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3402" w:type="dxa"/>
          </w:tcPr>
          <w:p w14:paraId="2F753AF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3F64C26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3402" w:type="dxa"/>
          </w:tcPr>
          <w:p w14:paraId="178359C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251868D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347A940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5FC2843E" w14:textId="77777777">
        <w:trPr>
          <w:jc w:val="center"/>
        </w:trPr>
        <w:tc>
          <w:tcPr>
            <w:tcW w:w="567" w:type="dxa"/>
          </w:tcPr>
          <w:p w14:paraId="2C1F69E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3402" w:type="dxa"/>
          </w:tcPr>
          <w:p w14:paraId="4C2E402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255FAFF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3402" w:type="dxa"/>
          </w:tcPr>
          <w:p w14:paraId="62EF9A5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1D00A0C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3C24830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</w:tbl>
    <w:p w14:paraId="44583848" w14:textId="77777777" w:rsidR="00E3319B" w:rsidRPr="00E05574" w:rsidRDefault="00E3319B">
      <w:pPr>
        <w:rPr>
          <w:rFonts w:ascii="Open Sans" w:hAnsi="Open Sans" w:cs="Open Sans"/>
        </w:rPr>
      </w:pPr>
    </w:p>
    <w:p w14:paraId="0774025E" w14:textId="77777777" w:rsidR="00E3319B" w:rsidRPr="00E05574" w:rsidRDefault="00E05574">
      <w:pPr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br w:type="page"/>
      </w:r>
    </w:p>
    <w:p w14:paraId="088B8C52" w14:textId="77777777" w:rsidR="00E3319B" w:rsidRPr="00E05574" w:rsidRDefault="00E05574">
      <w:pPr>
        <w:pStyle w:val="berschrift1"/>
        <w:rPr>
          <w:rFonts w:ascii="Open Sans" w:hAnsi="Open Sans" w:cs="Open Sans"/>
          <w:lang w:val="de-DE"/>
        </w:rPr>
      </w:pPr>
      <w:r w:rsidRPr="00E05574">
        <w:rPr>
          <w:rFonts w:ascii="Open Sans" w:hAnsi="Open Sans" w:cs="Open Sans"/>
          <w:lang w:val="de-DE"/>
        </w:rPr>
        <w:lastRenderedPageBreak/>
        <w:t>Profilblatt - Los 1: SAP Consultant Schwerpunkt Modul SD</w:t>
      </w:r>
    </w:p>
    <w:p w14:paraId="6C92D3CB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t>A. Persönliche Angaben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3969"/>
        <w:gridCol w:w="10205"/>
      </w:tblGrid>
      <w:tr w:rsidR="00E3319B" w:rsidRPr="00E05574" w14:paraId="01149B00" w14:textId="77777777">
        <w:trPr>
          <w:tblHeader/>
          <w:jc w:val="center"/>
        </w:trPr>
        <w:tc>
          <w:tcPr>
            <w:tcW w:w="3969" w:type="dxa"/>
            <w:shd w:val="clear" w:color="auto" w:fill="D9EAF7"/>
          </w:tcPr>
          <w:p w14:paraId="57D400D1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Feld</w:t>
            </w:r>
          </w:p>
        </w:tc>
        <w:tc>
          <w:tcPr>
            <w:tcW w:w="10205" w:type="dxa"/>
            <w:shd w:val="clear" w:color="auto" w:fill="D9EAF7"/>
          </w:tcPr>
          <w:p w14:paraId="7B302551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Angabe des Bieters</w:t>
            </w:r>
          </w:p>
        </w:tc>
      </w:tr>
      <w:tr w:rsidR="00E3319B" w:rsidRPr="00E05574" w14:paraId="14BB977C" w14:textId="77777777">
        <w:trPr>
          <w:jc w:val="center"/>
        </w:trPr>
        <w:tc>
          <w:tcPr>
            <w:tcW w:w="3969" w:type="dxa"/>
          </w:tcPr>
          <w:p w14:paraId="0E8B0B2C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Name der vorgesehenen Person</w:t>
            </w:r>
          </w:p>
        </w:tc>
        <w:tc>
          <w:tcPr>
            <w:tcW w:w="10205" w:type="dxa"/>
          </w:tcPr>
          <w:p w14:paraId="073844F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1B634056" w14:textId="77777777">
        <w:trPr>
          <w:jc w:val="center"/>
        </w:trPr>
        <w:tc>
          <w:tcPr>
            <w:tcW w:w="3969" w:type="dxa"/>
          </w:tcPr>
          <w:p w14:paraId="7BAF2BA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Rolle im Angebot</w:t>
            </w:r>
          </w:p>
        </w:tc>
        <w:tc>
          <w:tcPr>
            <w:tcW w:w="10205" w:type="dxa"/>
          </w:tcPr>
          <w:p w14:paraId="0A2A7F53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 xml:space="preserve">SAP </w:t>
            </w:r>
            <w:r w:rsidRPr="00E05574">
              <w:rPr>
                <w:rFonts w:ascii="Open Sans" w:hAnsi="Open Sans" w:cs="Open Sans"/>
              </w:rPr>
              <w:t>Consultant Schwerpunkt Modul SD</w:t>
            </w:r>
          </w:p>
        </w:tc>
      </w:tr>
      <w:tr w:rsidR="00E3319B" w:rsidRPr="00E05574" w14:paraId="1BF413B7" w14:textId="77777777">
        <w:trPr>
          <w:jc w:val="center"/>
        </w:trPr>
        <w:tc>
          <w:tcPr>
            <w:tcW w:w="3969" w:type="dxa"/>
          </w:tcPr>
          <w:p w14:paraId="49A7EB0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Beschäftigt bei / Unternehmen</w:t>
            </w:r>
          </w:p>
        </w:tc>
        <w:tc>
          <w:tcPr>
            <w:tcW w:w="10205" w:type="dxa"/>
          </w:tcPr>
          <w:p w14:paraId="49F01F7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1CBDB125" w14:textId="77777777">
        <w:trPr>
          <w:jc w:val="center"/>
        </w:trPr>
        <w:tc>
          <w:tcPr>
            <w:tcW w:w="3969" w:type="dxa"/>
          </w:tcPr>
          <w:p w14:paraId="7DA51424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Dort beschäftigt seit (MM/JJJJ)</w:t>
            </w:r>
          </w:p>
        </w:tc>
        <w:tc>
          <w:tcPr>
            <w:tcW w:w="10205" w:type="dxa"/>
          </w:tcPr>
          <w:p w14:paraId="41029FEA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1CABF1C3" w14:textId="77777777">
        <w:trPr>
          <w:jc w:val="center"/>
        </w:trPr>
        <w:tc>
          <w:tcPr>
            <w:tcW w:w="3969" w:type="dxa"/>
          </w:tcPr>
          <w:p w14:paraId="3441A9D1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Verfügbarkeit / vorgesehener Einsatzumfang</w:t>
            </w:r>
          </w:p>
        </w:tc>
        <w:tc>
          <w:tcPr>
            <w:tcW w:w="10205" w:type="dxa"/>
          </w:tcPr>
          <w:p w14:paraId="561C747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7CE7593B" w14:textId="77777777">
        <w:trPr>
          <w:jc w:val="center"/>
        </w:trPr>
        <w:tc>
          <w:tcPr>
            <w:tcW w:w="3969" w:type="dxa"/>
          </w:tcPr>
          <w:p w14:paraId="0B669019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Einschlägige Ausbildung / Studium</w:t>
            </w:r>
          </w:p>
        </w:tc>
        <w:tc>
          <w:tcPr>
            <w:tcW w:w="10205" w:type="dxa"/>
          </w:tcPr>
          <w:p w14:paraId="78B2C2C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1A187E51" w14:textId="77777777">
        <w:trPr>
          <w:jc w:val="center"/>
        </w:trPr>
        <w:tc>
          <w:tcPr>
            <w:tcW w:w="3969" w:type="dxa"/>
          </w:tcPr>
          <w:p w14:paraId="52571FE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Wesentliche SAP-Schwerpunkte</w:t>
            </w:r>
          </w:p>
        </w:tc>
        <w:tc>
          <w:tcPr>
            <w:tcW w:w="10205" w:type="dxa"/>
          </w:tcPr>
          <w:p w14:paraId="736F90F2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495A652E" w14:textId="77777777">
        <w:trPr>
          <w:jc w:val="center"/>
        </w:trPr>
        <w:tc>
          <w:tcPr>
            <w:tcW w:w="3969" w:type="dxa"/>
          </w:tcPr>
          <w:p w14:paraId="38B29A34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Anlagenverweis Lebenslauf / Profil</w:t>
            </w:r>
          </w:p>
        </w:tc>
        <w:tc>
          <w:tcPr>
            <w:tcW w:w="10205" w:type="dxa"/>
          </w:tcPr>
          <w:p w14:paraId="36D2A03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</w:tbl>
    <w:p w14:paraId="2BE87CD0" w14:textId="77777777" w:rsidR="00E3319B" w:rsidRPr="00E05574" w:rsidRDefault="00E3319B">
      <w:pPr>
        <w:rPr>
          <w:rFonts w:ascii="Open Sans" w:hAnsi="Open Sans" w:cs="Open Sans"/>
        </w:rPr>
      </w:pPr>
    </w:p>
    <w:p w14:paraId="11090F02" w14:textId="77777777" w:rsidR="00E3319B" w:rsidRPr="00E05574" w:rsidRDefault="00E05574">
      <w:pPr>
        <w:pStyle w:val="berschrift2"/>
        <w:rPr>
          <w:rFonts w:ascii="Open Sans" w:hAnsi="Open Sans" w:cs="Open Sans"/>
          <w:lang w:val="de-DE"/>
        </w:rPr>
      </w:pPr>
      <w:r w:rsidRPr="00E05574">
        <w:rPr>
          <w:rFonts w:ascii="Open Sans" w:hAnsi="Open Sans" w:cs="Open Sans"/>
          <w:lang w:val="de-DE"/>
        </w:rPr>
        <w:t xml:space="preserve">B. </w:t>
      </w:r>
      <w:r w:rsidRPr="00E05574">
        <w:rPr>
          <w:rFonts w:ascii="Open Sans" w:hAnsi="Open Sans" w:cs="Open Sans"/>
          <w:lang w:val="de-DE"/>
        </w:rPr>
        <w:t>Mindestanforderungen an die Person / Rolle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567"/>
        <w:gridCol w:w="7370"/>
        <w:gridCol w:w="1701"/>
        <w:gridCol w:w="4535"/>
      </w:tblGrid>
      <w:tr w:rsidR="00E3319B" w:rsidRPr="00E05574" w14:paraId="39C2585B" w14:textId="77777777">
        <w:trPr>
          <w:tblHeader/>
          <w:jc w:val="center"/>
        </w:trPr>
        <w:tc>
          <w:tcPr>
            <w:tcW w:w="567" w:type="dxa"/>
            <w:shd w:val="clear" w:color="auto" w:fill="D9EAF7"/>
          </w:tcPr>
          <w:p w14:paraId="2391723B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7370" w:type="dxa"/>
            <w:shd w:val="clear" w:color="auto" w:fill="D9EAF7"/>
          </w:tcPr>
          <w:p w14:paraId="1DD8053F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Mindestanforderung</w:t>
            </w:r>
          </w:p>
        </w:tc>
        <w:tc>
          <w:tcPr>
            <w:tcW w:w="1701" w:type="dxa"/>
            <w:shd w:val="clear" w:color="auto" w:fill="D9EAF7"/>
          </w:tcPr>
          <w:p w14:paraId="034E0421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Erfüllt? (Ja/Nein)</w:t>
            </w:r>
          </w:p>
        </w:tc>
        <w:tc>
          <w:tcPr>
            <w:tcW w:w="4535" w:type="dxa"/>
            <w:shd w:val="clear" w:color="auto" w:fill="D9EAF7"/>
          </w:tcPr>
          <w:p w14:paraId="630108F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Konkrete Erläuterung / Nachweis / Anlagenverweis</w:t>
            </w:r>
          </w:p>
        </w:tc>
      </w:tr>
      <w:tr w:rsidR="00E3319B" w:rsidRPr="00E05574" w14:paraId="65C5C30E" w14:textId="77777777">
        <w:trPr>
          <w:jc w:val="center"/>
        </w:trPr>
        <w:tc>
          <w:tcPr>
            <w:tcW w:w="567" w:type="dxa"/>
          </w:tcPr>
          <w:p w14:paraId="6FC47D5D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7370" w:type="dxa"/>
          </w:tcPr>
          <w:p w14:paraId="600A3E9C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Mehrjährige Erfahrungen mit Beratung, Entwicklung (Customizing, Programmierung) und Reporting für das SAP Modul SD in </w:t>
            </w:r>
            <w:r w:rsidRPr="00E05574">
              <w:rPr>
                <w:rFonts w:ascii="Open Sans" w:hAnsi="Open Sans" w:cs="Open Sans"/>
                <w:lang w:val="de-DE"/>
              </w:rPr>
              <w:t>der relevanten SAP-Systemlandschaft (SAP S/4HANA in der relevanten SAP-Systemlandschaft).</w:t>
            </w:r>
          </w:p>
        </w:tc>
        <w:tc>
          <w:tcPr>
            <w:tcW w:w="1701" w:type="dxa"/>
          </w:tcPr>
          <w:p w14:paraId="0410E12F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4535" w:type="dxa"/>
          </w:tcPr>
          <w:p w14:paraId="169B7AE1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5C315184" w14:textId="77777777">
        <w:trPr>
          <w:jc w:val="center"/>
        </w:trPr>
        <w:tc>
          <w:tcPr>
            <w:tcW w:w="567" w:type="dxa"/>
          </w:tcPr>
          <w:p w14:paraId="6ED8EE90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7370" w:type="dxa"/>
          </w:tcPr>
          <w:p w14:paraId="1344FB88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Einschlägiges Fachstudium (BA, FH oder Universität) oder gleichwertige berufliche Qualifikation, soweit zugelassen.</w:t>
            </w:r>
          </w:p>
        </w:tc>
        <w:tc>
          <w:tcPr>
            <w:tcW w:w="1701" w:type="dxa"/>
          </w:tcPr>
          <w:p w14:paraId="58725590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4535" w:type="dxa"/>
          </w:tcPr>
          <w:p w14:paraId="35496841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21FC50D7" w14:textId="77777777">
        <w:trPr>
          <w:jc w:val="center"/>
        </w:trPr>
        <w:tc>
          <w:tcPr>
            <w:tcW w:w="567" w:type="dxa"/>
          </w:tcPr>
          <w:p w14:paraId="6B110EDD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7370" w:type="dxa"/>
          </w:tcPr>
          <w:p w14:paraId="0874334B" w14:textId="7D4A736B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Bereitschaft zur </w:t>
            </w:r>
            <w:r w:rsidRPr="00E05574">
              <w:rPr>
                <w:rFonts w:ascii="Open Sans" w:hAnsi="Open Sans" w:cs="Open Sans"/>
                <w:lang w:val="de-DE"/>
              </w:rPr>
              <w:t xml:space="preserve">Sicherheitsüberprüfung der Stufe </w:t>
            </w:r>
            <w:r>
              <w:rPr>
                <w:rFonts w:ascii="Open Sans" w:hAnsi="Open Sans" w:cs="Open Sans"/>
                <w:lang w:val="de-DE"/>
              </w:rPr>
              <w:t>2</w:t>
            </w:r>
            <w:r w:rsidRPr="00E05574">
              <w:rPr>
                <w:rFonts w:ascii="Open Sans" w:hAnsi="Open Sans" w:cs="Open Sans"/>
                <w:lang w:val="de-DE"/>
              </w:rPr>
              <w:t xml:space="preserve"> gemäß E</w:t>
            </w:r>
            <w:r>
              <w:rPr>
                <w:rFonts w:ascii="Open Sans" w:hAnsi="Open Sans" w:cs="Open Sans"/>
                <w:lang w:val="de-DE"/>
              </w:rPr>
              <w:t>1</w:t>
            </w:r>
            <w:r w:rsidRPr="00E05574">
              <w:rPr>
                <w:rFonts w:ascii="Open Sans" w:hAnsi="Open Sans" w:cs="Open Sans"/>
                <w:lang w:val="de-DE"/>
              </w:rPr>
              <w:t>8.</w:t>
            </w:r>
          </w:p>
        </w:tc>
        <w:tc>
          <w:tcPr>
            <w:tcW w:w="1701" w:type="dxa"/>
          </w:tcPr>
          <w:p w14:paraId="6CE07339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4535" w:type="dxa"/>
          </w:tcPr>
          <w:p w14:paraId="79B14DA3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</w:tbl>
    <w:p w14:paraId="67B60DDD" w14:textId="77777777" w:rsidR="00E3319B" w:rsidRPr="00E05574" w:rsidRDefault="00E3319B">
      <w:pPr>
        <w:rPr>
          <w:rFonts w:ascii="Open Sans" w:hAnsi="Open Sans" w:cs="Open Sans"/>
          <w:lang w:val="de-DE"/>
        </w:rPr>
      </w:pPr>
    </w:p>
    <w:p w14:paraId="4E3EB53F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t>C. Bewertungsrelevante Angaben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567"/>
        <w:gridCol w:w="7370"/>
        <w:gridCol w:w="3969"/>
        <w:gridCol w:w="2268"/>
      </w:tblGrid>
      <w:tr w:rsidR="00E3319B" w:rsidRPr="00E05574" w14:paraId="6931CF7B" w14:textId="77777777">
        <w:trPr>
          <w:tblHeader/>
          <w:jc w:val="center"/>
        </w:trPr>
        <w:tc>
          <w:tcPr>
            <w:tcW w:w="567" w:type="dxa"/>
            <w:shd w:val="clear" w:color="auto" w:fill="D9EAF7"/>
          </w:tcPr>
          <w:p w14:paraId="56BC032F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7370" w:type="dxa"/>
            <w:shd w:val="clear" w:color="auto" w:fill="D9EAF7"/>
          </w:tcPr>
          <w:p w14:paraId="05D2FEFD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Bewertungsrelevantes Kriterium</w:t>
            </w:r>
          </w:p>
        </w:tc>
        <w:tc>
          <w:tcPr>
            <w:tcW w:w="3969" w:type="dxa"/>
            <w:shd w:val="clear" w:color="auto" w:fill="D9EAF7"/>
          </w:tcPr>
          <w:p w14:paraId="0A8CEC62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Konkrete Angabe des Bieters</w:t>
            </w:r>
          </w:p>
        </w:tc>
        <w:tc>
          <w:tcPr>
            <w:tcW w:w="2268" w:type="dxa"/>
            <w:shd w:val="clear" w:color="auto" w:fill="D9EAF7"/>
          </w:tcPr>
          <w:p w14:paraId="5B550F1E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Nachweis / Referenz / Anlage</w:t>
            </w:r>
          </w:p>
        </w:tc>
      </w:tr>
      <w:tr w:rsidR="00E3319B" w:rsidRPr="00E05574" w14:paraId="6D89300A" w14:textId="77777777">
        <w:trPr>
          <w:jc w:val="center"/>
        </w:trPr>
        <w:tc>
          <w:tcPr>
            <w:tcW w:w="567" w:type="dxa"/>
          </w:tcPr>
          <w:p w14:paraId="36F19CDE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7370" w:type="dxa"/>
          </w:tcPr>
          <w:p w14:paraId="6E1BBBCD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Dauer der einschlägigen Erfahrung im Modul SD in Jahren, belegt durch </w:t>
            </w:r>
            <w:r w:rsidRPr="00E05574">
              <w:rPr>
                <w:rFonts w:ascii="Open Sans" w:hAnsi="Open Sans" w:cs="Open Sans"/>
                <w:lang w:val="de-DE"/>
              </w:rPr>
              <w:t>konkrete Projekt-/Aufgabenreferenzen.</w:t>
            </w:r>
          </w:p>
        </w:tc>
        <w:tc>
          <w:tcPr>
            <w:tcW w:w="3969" w:type="dxa"/>
          </w:tcPr>
          <w:p w14:paraId="3900886E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647EBF99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7B29752C" w14:textId="77777777">
        <w:trPr>
          <w:jc w:val="center"/>
        </w:trPr>
        <w:tc>
          <w:tcPr>
            <w:tcW w:w="567" w:type="dxa"/>
          </w:tcPr>
          <w:p w14:paraId="4304D93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7370" w:type="dxa"/>
          </w:tcPr>
          <w:p w14:paraId="2C0D9D8C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Anzahl abgeschlossener S/4HANA-Umstellungsprojekte mit modulspezifischer Mitarbeit.</w:t>
            </w:r>
          </w:p>
        </w:tc>
        <w:tc>
          <w:tcPr>
            <w:tcW w:w="3969" w:type="dxa"/>
          </w:tcPr>
          <w:p w14:paraId="2161CECA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4046E76F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7AB92AC0" w14:textId="77777777">
        <w:trPr>
          <w:jc w:val="center"/>
        </w:trPr>
        <w:tc>
          <w:tcPr>
            <w:tcW w:w="567" w:type="dxa"/>
          </w:tcPr>
          <w:p w14:paraId="00810FC0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7370" w:type="dxa"/>
          </w:tcPr>
          <w:p w14:paraId="7245E87A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Erfahrungen im öffentlichen Dienst in Jahren, belegt durch Projekt-/Kundenbezug.</w:t>
            </w:r>
          </w:p>
        </w:tc>
        <w:tc>
          <w:tcPr>
            <w:tcW w:w="3969" w:type="dxa"/>
          </w:tcPr>
          <w:p w14:paraId="7EF48535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05A7356C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023C3DB5" w14:textId="77777777">
        <w:trPr>
          <w:jc w:val="center"/>
        </w:trPr>
        <w:tc>
          <w:tcPr>
            <w:tcW w:w="567" w:type="dxa"/>
          </w:tcPr>
          <w:p w14:paraId="2CAA02A2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4</w:t>
            </w:r>
          </w:p>
        </w:tc>
        <w:tc>
          <w:tcPr>
            <w:tcW w:w="7370" w:type="dxa"/>
          </w:tcPr>
          <w:p w14:paraId="1133D67F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Modulbezogene </w:t>
            </w:r>
            <w:r w:rsidRPr="00E05574">
              <w:rPr>
                <w:rFonts w:ascii="Open Sans" w:hAnsi="Open Sans" w:cs="Open Sans"/>
                <w:lang w:val="de-DE"/>
              </w:rPr>
              <w:t>SAP-Zertifizierung einschließlich Level und Anlagenverweis.</w:t>
            </w:r>
          </w:p>
        </w:tc>
        <w:tc>
          <w:tcPr>
            <w:tcW w:w="3969" w:type="dxa"/>
          </w:tcPr>
          <w:p w14:paraId="0CB89138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1FA7C4F9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</w:tbl>
    <w:p w14:paraId="5C17F389" w14:textId="77777777" w:rsidR="00E3319B" w:rsidRPr="00E05574" w:rsidRDefault="00E3319B">
      <w:pPr>
        <w:rPr>
          <w:rFonts w:ascii="Open Sans" w:hAnsi="Open Sans" w:cs="Open Sans"/>
          <w:lang w:val="de-DE"/>
        </w:rPr>
      </w:pPr>
    </w:p>
    <w:p w14:paraId="1DE6C41D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lastRenderedPageBreak/>
        <w:t>D. Persönliche Referenzen / Projektnachweise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96"/>
        <w:gridCol w:w="1701"/>
        <w:gridCol w:w="1134"/>
        <w:gridCol w:w="1701"/>
        <w:gridCol w:w="1134"/>
        <w:gridCol w:w="850"/>
        <w:gridCol w:w="1417"/>
        <w:gridCol w:w="1417"/>
        <w:gridCol w:w="1417"/>
        <w:gridCol w:w="2268"/>
        <w:gridCol w:w="1619"/>
      </w:tblGrid>
      <w:tr w:rsidR="00E3319B" w:rsidRPr="00E05574" w14:paraId="7FFF9DEA" w14:textId="77777777">
        <w:trPr>
          <w:tblHeader/>
          <w:jc w:val="center"/>
        </w:trPr>
        <w:tc>
          <w:tcPr>
            <w:tcW w:w="454" w:type="dxa"/>
            <w:shd w:val="clear" w:color="auto" w:fill="D9EAF7"/>
          </w:tcPr>
          <w:p w14:paraId="38FE41E3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1701" w:type="dxa"/>
            <w:shd w:val="clear" w:color="auto" w:fill="D9EAF7"/>
          </w:tcPr>
          <w:p w14:paraId="0D32618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Auftraggeber / Branche</w:t>
            </w:r>
          </w:p>
        </w:tc>
        <w:tc>
          <w:tcPr>
            <w:tcW w:w="1134" w:type="dxa"/>
            <w:shd w:val="clear" w:color="auto" w:fill="D9EAF7"/>
          </w:tcPr>
          <w:p w14:paraId="60D45D7F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Öffentl. Dienst? Ja/Nein</w:t>
            </w:r>
          </w:p>
        </w:tc>
        <w:tc>
          <w:tcPr>
            <w:tcW w:w="1701" w:type="dxa"/>
            <w:shd w:val="clear" w:color="auto" w:fill="D9EAF7"/>
          </w:tcPr>
          <w:p w14:paraId="4E13A8B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Projekt / Aufgabe</w:t>
            </w:r>
          </w:p>
        </w:tc>
        <w:tc>
          <w:tcPr>
            <w:tcW w:w="1134" w:type="dxa"/>
            <w:shd w:val="clear" w:color="auto" w:fill="D9EAF7"/>
          </w:tcPr>
          <w:p w14:paraId="633CCE5F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Zeitraum von-bis</w:t>
            </w:r>
          </w:p>
        </w:tc>
        <w:tc>
          <w:tcPr>
            <w:tcW w:w="850" w:type="dxa"/>
            <w:shd w:val="clear" w:color="auto" w:fill="D9EAF7"/>
          </w:tcPr>
          <w:p w14:paraId="2EC5F472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Dauer</w:t>
            </w:r>
          </w:p>
        </w:tc>
        <w:tc>
          <w:tcPr>
            <w:tcW w:w="1417" w:type="dxa"/>
            <w:shd w:val="clear" w:color="auto" w:fill="D9EAF7"/>
          </w:tcPr>
          <w:p w14:paraId="7B3F7C6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SAP-System / Release</w:t>
            </w:r>
          </w:p>
        </w:tc>
        <w:tc>
          <w:tcPr>
            <w:tcW w:w="1417" w:type="dxa"/>
            <w:shd w:val="clear" w:color="auto" w:fill="D9EAF7"/>
          </w:tcPr>
          <w:p w14:paraId="4D943DBB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Modul / Komponente</w:t>
            </w:r>
          </w:p>
        </w:tc>
        <w:tc>
          <w:tcPr>
            <w:tcW w:w="1417" w:type="dxa"/>
            <w:shd w:val="clear" w:color="auto" w:fill="D9EAF7"/>
          </w:tcPr>
          <w:p w14:paraId="4B10FF5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 xml:space="preserve">Rolle der </w:t>
            </w:r>
            <w:r w:rsidRPr="00E05574">
              <w:rPr>
                <w:rFonts w:ascii="Open Sans" w:hAnsi="Open Sans" w:cs="Open Sans"/>
                <w:b/>
              </w:rPr>
              <w:t>Person</w:t>
            </w:r>
          </w:p>
        </w:tc>
        <w:tc>
          <w:tcPr>
            <w:tcW w:w="2268" w:type="dxa"/>
            <w:shd w:val="clear" w:color="auto" w:fill="D9EAF7"/>
          </w:tcPr>
          <w:p w14:paraId="662035E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Konkrete Tätigkeiten</w:t>
            </w:r>
          </w:p>
        </w:tc>
        <w:tc>
          <w:tcPr>
            <w:tcW w:w="1134" w:type="dxa"/>
            <w:shd w:val="clear" w:color="auto" w:fill="D9EAF7"/>
          </w:tcPr>
          <w:p w14:paraId="7CC0801C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Abgeschlossen? / Anlage</w:t>
            </w:r>
          </w:p>
        </w:tc>
      </w:tr>
      <w:tr w:rsidR="00E3319B" w:rsidRPr="00E05574" w14:paraId="5FA183B7" w14:textId="77777777">
        <w:trPr>
          <w:jc w:val="center"/>
        </w:trPr>
        <w:tc>
          <w:tcPr>
            <w:tcW w:w="454" w:type="dxa"/>
          </w:tcPr>
          <w:p w14:paraId="0C5A2202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1701" w:type="dxa"/>
          </w:tcPr>
          <w:p w14:paraId="78D74DE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76D4E3C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6032EDC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1CD8FD2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4B759A4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79ACD4C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766BFCE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27D3357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6CB6EB92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40783BF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74675EAA" w14:textId="77777777">
        <w:trPr>
          <w:jc w:val="center"/>
        </w:trPr>
        <w:tc>
          <w:tcPr>
            <w:tcW w:w="454" w:type="dxa"/>
          </w:tcPr>
          <w:p w14:paraId="5246EF87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1701" w:type="dxa"/>
          </w:tcPr>
          <w:p w14:paraId="065FE50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27E25FB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327DBF7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1D276B5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0C4C943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70DDAAC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02EDC77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770945F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39CD0D1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0A7CE4E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24CCBFCF" w14:textId="77777777">
        <w:trPr>
          <w:jc w:val="center"/>
        </w:trPr>
        <w:tc>
          <w:tcPr>
            <w:tcW w:w="454" w:type="dxa"/>
          </w:tcPr>
          <w:p w14:paraId="3CA7A8A7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1701" w:type="dxa"/>
          </w:tcPr>
          <w:p w14:paraId="06FDE31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54FE9E3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47084CD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2477C78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222EDC44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7AC4DC1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6D3C51D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3E1BBBA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48FBECA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03B3D3B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26E951E8" w14:textId="77777777">
        <w:trPr>
          <w:jc w:val="center"/>
        </w:trPr>
        <w:tc>
          <w:tcPr>
            <w:tcW w:w="454" w:type="dxa"/>
          </w:tcPr>
          <w:p w14:paraId="5DE73CDE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4</w:t>
            </w:r>
          </w:p>
        </w:tc>
        <w:tc>
          <w:tcPr>
            <w:tcW w:w="1701" w:type="dxa"/>
          </w:tcPr>
          <w:p w14:paraId="0B16F43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0AA43E4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59F5B7C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4299326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0A2F67B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57AAD09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4F10128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36A3CCA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44EF66C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2F45E184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32E75CB1" w14:textId="77777777">
        <w:trPr>
          <w:jc w:val="center"/>
        </w:trPr>
        <w:tc>
          <w:tcPr>
            <w:tcW w:w="454" w:type="dxa"/>
          </w:tcPr>
          <w:p w14:paraId="5FF7F9A9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5</w:t>
            </w:r>
          </w:p>
        </w:tc>
        <w:tc>
          <w:tcPr>
            <w:tcW w:w="1701" w:type="dxa"/>
          </w:tcPr>
          <w:p w14:paraId="4731B41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58D5CAB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1CCDABF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194AD70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67281F8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094D6A4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79F344D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04A5C40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665E103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41A004D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</w:tbl>
    <w:p w14:paraId="70DBB3EF" w14:textId="77777777" w:rsidR="00E3319B" w:rsidRPr="00E05574" w:rsidRDefault="00E3319B">
      <w:pPr>
        <w:rPr>
          <w:rFonts w:ascii="Open Sans" w:hAnsi="Open Sans" w:cs="Open Sans"/>
        </w:rPr>
      </w:pPr>
    </w:p>
    <w:p w14:paraId="3792DC86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t>E. Zertifizierungen und Qualifikationen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567"/>
        <w:gridCol w:w="3402"/>
        <w:gridCol w:w="2268"/>
        <w:gridCol w:w="3402"/>
        <w:gridCol w:w="1701"/>
        <w:gridCol w:w="2835"/>
      </w:tblGrid>
      <w:tr w:rsidR="00E3319B" w:rsidRPr="00E05574" w14:paraId="6EE75685" w14:textId="77777777">
        <w:trPr>
          <w:tblHeader/>
          <w:jc w:val="center"/>
        </w:trPr>
        <w:tc>
          <w:tcPr>
            <w:tcW w:w="567" w:type="dxa"/>
            <w:shd w:val="clear" w:color="auto" w:fill="D9EAF7"/>
          </w:tcPr>
          <w:p w14:paraId="1822CE8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3402" w:type="dxa"/>
            <w:shd w:val="clear" w:color="auto" w:fill="D9EAF7"/>
          </w:tcPr>
          <w:p w14:paraId="0A5A06AF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Zertifikat / Qualifikation</w:t>
            </w:r>
          </w:p>
        </w:tc>
        <w:tc>
          <w:tcPr>
            <w:tcW w:w="2268" w:type="dxa"/>
            <w:shd w:val="clear" w:color="auto" w:fill="D9EAF7"/>
          </w:tcPr>
          <w:p w14:paraId="3ABF21CB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Aussteller</w:t>
            </w:r>
          </w:p>
        </w:tc>
        <w:tc>
          <w:tcPr>
            <w:tcW w:w="3402" w:type="dxa"/>
            <w:shd w:val="clear" w:color="auto" w:fill="D9EAF7"/>
          </w:tcPr>
          <w:p w14:paraId="518047C1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 xml:space="preserve">Level (Associate / Specialist / </w:t>
            </w:r>
            <w:r w:rsidRPr="00E05574">
              <w:rPr>
                <w:rFonts w:ascii="Open Sans" w:hAnsi="Open Sans" w:cs="Open Sans"/>
                <w:b/>
              </w:rPr>
              <w:t>Professional / sonstiges)</w:t>
            </w:r>
          </w:p>
        </w:tc>
        <w:tc>
          <w:tcPr>
            <w:tcW w:w="1701" w:type="dxa"/>
            <w:shd w:val="clear" w:color="auto" w:fill="D9EAF7"/>
          </w:tcPr>
          <w:p w14:paraId="414D9D3E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Gültig seit / bis</w:t>
            </w:r>
          </w:p>
        </w:tc>
        <w:tc>
          <w:tcPr>
            <w:tcW w:w="2835" w:type="dxa"/>
            <w:shd w:val="clear" w:color="auto" w:fill="D9EAF7"/>
          </w:tcPr>
          <w:p w14:paraId="59961D1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Anlage</w:t>
            </w:r>
          </w:p>
        </w:tc>
      </w:tr>
      <w:tr w:rsidR="00E3319B" w:rsidRPr="00E05574" w14:paraId="5D59F9C8" w14:textId="77777777">
        <w:trPr>
          <w:jc w:val="center"/>
        </w:trPr>
        <w:tc>
          <w:tcPr>
            <w:tcW w:w="567" w:type="dxa"/>
          </w:tcPr>
          <w:p w14:paraId="3BEF119F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3402" w:type="dxa"/>
          </w:tcPr>
          <w:p w14:paraId="5D83CA6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23F9338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3402" w:type="dxa"/>
          </w:tcPr>
          <w:p w14:paraId="2A3B896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491324C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7E7804B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4CD2664F" w14:textId="77777777">
        <w:trPr>
          <w:jc w:val="center"/>
        </w:trPr>
        <w:tc>
          <w:tcPr>
            <w:tcW w:w="567" w:type="dxa"/>
          </w:tcPr>
          <w:p w14:paraId="5FD06012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3402" w:type="dxa"/>
          </w:tcPr>
          <w:p w14:paraId="58027A6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721E1EB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3402" w:type="dxa"/>
          </w:tcPr>
          <w:p w14:paraId="088D9B9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3B96B76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200722E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33279C97" w14:textId="77777777">
        <w:trPr>
          <w:jc w:val="center"/>
        </w:trPr>
        <w:tc>
          <w:tcPr>
            <w:tcW w:w="567" w:type="dxa"/>
          </w:tcPr>
          <w:p w14:paraId="3EABCA9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3402" w:type="dxa"/>
          </w:tcPr>
          <w:p w14:paraId="5F8850F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0B97A1A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3402" w:type="dxa"/>
          </w:tcPr>
          <w:p w14:paraId="532034F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159BD5C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1664C6B4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</w:tbl>
    <w:p w14:paraId="11AF2559" w14:textId="77777777" w:rsidR="00E3319B" w:rsidRPr="00E05574" w:rsidRDefault="00E3319B">
      <w:pPr>
        <w:rPr>
          <w:rFonts w:ascii="Open Sans" w:hAnsi="Open Sans" w:cs="Open Sans"/>
        </w:rPr>
      </w:pPr>
    </w:p>
    <w:p w14:paraId="07388EAB" w14:textId="77777777" w:rsidR="00E3319B" w:rsidRPr="00E05574" w:rsidRDefault="00E05574">
      <w:pPr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br w:type="page"/>
      </w:r>
    </w:p>
    <w:p w14:paraId="1FC5E69A" w14:textId="77777777" w:rsidR="00E3319B" w:rsidRPr="00E05574" w:rsidRDefault="00E05574">
      <w:pPr>
        <w:pStyle w:val="berschrift1"/>
        <w:rPr>
          <w:rFonts w:ascii="Open Sans" w:hAnsi="Open Sans" w:cs="Open Sans"/>
          <w:lang w:val="de-DE"/>
        </w:rPr>
      </w:pPr>
      <w:r w:rsidRPr="00E05574">
        <w:rPr>
          <w:rFonts w:ascii="Open Sans" w:hAnsi="Open Sans" w:cs="Open Sans"/>
          <w:lang w:val="de-DE"/>
        </w:rPr>
        <w:lastRenderedPageBreak/>
        <w:t>Profilblatt - Los 1: SAP Consultant Schwerpunkt Modul WM</w:t>
      </w:r>
    </w:p>
    <w:p w14:paraId="062C696E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t>A. Persönliche Angaben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3969"/>
        <w:gridCol w:w="10205"/>
      </w:tblGrid>
      <w:tr w:rsidR="00E3319B" w:rsidRPr="00E05574" w14:paraId="0062ECDA" w14:textId="77777777">
        <w:trPr>
          <w:tblHeader/>
          <w:jc w:val="center"/>
        </w:trPr>
        <w:tc>
          <w:tcPr>
            <w:tcW w:w="3969" w:type="dxa"/>
            <w:shd w:val="clear" w:color="auto" w:fill="D9EAF7"/>
          </w:tcPr>
          <w:p w14:paraId="70D55F60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Feld</w:t>
            </w:r>
          </w:p>
        </w:tc>
        <w:tc>
          <w:tcPr>
            <w:tcW w:w="10205" w:type="dxa"/>
            <w:shd w:val="clear" w:color="auto" w:fill="D9EAF7"/>
          </w:tcPr>
          <w:p w14:paraId="44B8CB7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Angabe des Bieters</w:t>
            </w:r>
          </w:p>
        </w:tc>
      </w:tr>
      <w:tr w:rsidR="00E3319B" w:rsidRPr="00E05574" w14:paraId="1B4F977F" w14:textId="77777777">
        <w:trPr>
          <w:jc w:val="center"/>
        </w:trPr>
        <w:tc>
          <w:tcPr>
            <w:tcW w:w="3969" w:type="dxa"/>
          </w:tcPr>
          <w:p w14:paraId="6E251F64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Name der vorgesehenen Person</w:t>
            </w:r>
          </w:p>
        </w:tc>
        <w:tc>
          <w:tcPr>
            <w:tcW w:w="10205" w:type="dxa"/>
          </w:tcPr>
          <w:p w14:paraId="2132220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2FE6E47B" w14:textId="77777777">
        <w:trPr>
          <w:jc w:val="center"/>
        </w:trPr>
        <w:tc>
          <w:tcPr>
            <w:tcW w:w="3969" w:type="dxa"/>
          </w:tcPr>
          <w:p w14:paraId="5773A4C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Rolle im Angebot</w:t>
            </w:r>
          </w:p>
        </w:tc>
        <w:tc>
          <w:tcPr>
            <w:tcW w:w="10205" w:type="dxa"/>
          </w:tcPr>
          <w:p w14:paraId="0A851E4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 xml:space="preserve">SAP Consultant </w:t>
            </w:r>
            <w:r w:rsidRPr="00E05574">
              <w:rPr>
                <w:rFonts w:ascii="Open Sans" w:hAnsi="Open Sans" w:cs="Open Sans"/>
              </w:rPr>
              <w:t>Schwerpunkt Modul WM</w:t>
            </w:r>
          </w:p>
        </w:tc>
      </w:tr>
      <w:tr w:rsidR="00E3319B" w:rsidRPr="00E05574" w14:paraId="652F15AB" w14:textId="77777777">
        <w:trPr>
          <w:jc w:val="center"/>
        </w:trPr>
        <w:tc>
          <w:tcPr>
            <w:tcW w:w="3969" w:type="dxa"/>
          </w:tcPr>
          <w:p w14:paraId="47D80AFD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Beschäftigt bei / Unternehmen</w:t>
            </w:r>
          </w:p>
        </w:tc>
        <w:tc>
          <w:tcPr>
            <w:tcW w:w="10205" w:type="dxa"/>
          </w:tcPr>
          <w:p w14:paraId="462A709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50FB9CF4" w14:textId="77777777">
        <w:trPr>
          <w:jc w:val="center"/>
        </w:trPr>
        <w:tc>
          <w:tcPr>
            <w:tcW w:w="3969" w:type="dxa"/>
          </w:tcPr>
          <w:p w14:paraId="5A5F2AC5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Dort beschäftigt seit (MM/JJJJ)</w:t>
            </w:r>
          </w:p>
        </w:tc>
        <w:tc>
          <w:tcPr>
            <w:tcW w:w="10205" w:type="dxa"/>
          </w:tcPr>
          <w:p w14:paraId="0FF8A5C1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54B1B801" w14:textId="77777777">
        <w:trPr>
          <w:jc w:val="center"/>
        </w:trPr>
        <w:tc>
          <w:tcPr>
            <w:tcW w:w="3969" w:type="dxa"/>
          </w:tcPr>
          <w:p w14:paraId="5FC10D30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Verfügbarkeit / vorgesehener Einsatzumfang</w:t>
            </w:r>
          </w:p>
        </w:tc>
        <w:tc>
          <w:tcPr>
            <w:tcW w:w="10205" w:type="dxa"/>
          </w:tcPr>
          <w:p w14:paraId="0C23CE6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40B1B07A" w14:textId="77777777">
        <w:trPr>
          <w:jc w:val="center"/>
        </w:trPr>
        <w:tc>
          <w:tcPr>
            <w:tcW w:w="3969" w:type="dxa"/>
          </w:tcPr>
          <w:p w14:paraId="40ECEADC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Einschlägige Ausbildung / Studium</w:t>
            </w:r>
          </w:p>
        </w:tc>
        <w:tc>
          <w:tcPr>
            <w:tcW w:w="10205" w:type="dxa"/>
          </w:tcPr>
          <w:p w14:paraId="5BFAD45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7A3560D9" w14:textId="77777777">
        <w:trPr>
          <w:jc w:val="center"/>
        </w:trPr>
        <w:tc>
          <w:tcPr>
            <w:tcW w:w="3969" w:type="dxa"/>
          </w:tcPr>
          <w:p w14:paraId="7BCC171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Wesentliche SAP-Schwerpunkte</w:t>
            </w:r>
          </w:p>
        </w:tc>
        <w:tc>
          <w:tcPr>
            <w:tcW w:w="10205" w:type="dxa"/>
          </w:tcPr>
          <w:p w14:paraId="5F9F380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41DFE09A" w14:textId="77777777">
        <w:trPr>
          <w:jc w:val="center"/>
        </w:trPr>
        <w:tc>
          <w:tcPr>
            <w:tcW w:w="3969" w:type="dxa"/>
          </w:tcPr>
          <w:p w14:paraId="6CD14BC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Anlagenverweis Lebenslauf / Profil</w:t>
            </w:r>
          </w:p>
        </w:tc>
        <w:tc>
          <w:tcPr>
            <w:tcW w:w="10205" w:type="dxa"/>
          </w:tcPr>
          <w:p w14:paraId="345527A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</w:tbl>
    <w:p w14:paraId="44B85C18" w14:textId="77777777" w:rsidR="00E3319B" w:rsidRPr="00E05574" w:rsidRDefault="00E3319B">
      <w:pPr>
        <w:rPr>
          <w:rFonts w:ascii="Open Sans" w:hAnsi="Open Sans" w:cs="Open Sans"/>
        </w:rPr>
      </w:pPr>
    </w:p>
    <w:p w14:paraId="6FB1F0FD" w14:textId="77777777" w:rsidR="00E3319B" w:rsidRPr="00E05574" w:rsidRDefault="00E05574">
      <w:pPr>
        <w:pStyle w:val="berschrift2"/>
        <w:rPr>
          <w:rFonts w:ascii="Open Sans" w:hAnsi="Open Sans" w:cs="Open Sans"/>
          <w:lang w:val="de-DE"/>
        </w:rPr>
      </w:pPr>
      <w:r w:rsidRPr="00E05574">
        <w:rPr>
          <w:rFonts w:ascii="Open Sans" w:hAnsi="Open Sans" w:cs="Open Sans"/>
          <w:lang w:val="de-DE"/>
        </w:rPr>
        <w:t xml:space="preserve">B. </w:t>
      </w:r>
      <w:r w:rsidRPr="00E05574">
        <w:rPr>
          <w:rFonts w:ascii="Open Sans" w:hAnsi="Open Sans" w:cs="Open Sans"/>
          <w:lang w:val="de-DE"/>
        </w:rPr>
        <w:t>Mindestanforderungen an die Person / Rolle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567"/>
        <w:gridCol w:w="7370"/>
        <w:gridCol w:w="1701"/>
        <w:gridCol w:w="4535"/>
      </w:tblGrid>
      <w:tr w:rsidR="00E3319B" w:rsidRPr="00E05574" w14:paraId="0AEE4E61" w14:textId="77777777">
        <w:trPr>
          <w:tblHeader/>
          <w:jc w:val="center"/>
        </w:trPr>
        <w:tc>
          <w:tcPr>
            <w:tcW w:w="567" w:type="dxa"/>
            <w:shd w:val="clear" w:color="auto" w:fill="D9EAF7"/>
          </w:tcPr>
          <w:p w14:paraId="187705CF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7370" w:type="dxa"/>
            <w:shd w:val="clear" w:color="auto" w:fill="D9EAF7"/>
          </w:tcPr>
          <w:p w14:paraId="29269F42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Mindestanforderung</w:t>
            </w:r>
          </w:p>
        </w:tc>
        <w:tc>
          <w:tcPr>
            <w:tcW w:w="1701" w:type="dxa"/>
            <w:shd w:val="clear" w:color="auto" w:fill="D9EAF7"/>
          </w:tcPr>
          <w:p w14:paraId="49B85E4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Erfüllt? (Ja/Nein)</w:t>
            </w:r>
          </w:p>
        </w:tc>
        <w:tc>
          <w:tcPr>
            <w:tcW w:w="4535" w:type="dxa"/>
            <w:shd w:val="clear" w:color="auto" w:fill="D9EAF7"/>
          </w:tcPr>
          <w:p w14:paraId="41057F3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Konkrete Erläuterung / Nachweis / Anlagenverweis</w:t>
            </w:r>
          </w:p>
        </w:tc>
      </w:tr>
      <w:tr w:rsidR="00E3319B" w:rsidRPr="00E05574" w14:paraId="68A5ABC7" w14:textId="77777777">
        <w:trPr>
          <w:jc w:val="center"/>
        </w:trPr>
        <w:tc>
          <w:tcPr>
            <w:tcW w:w="567" w:type="dxa"/>
          </w:tcPr>
          <w:p w14:paraId="73419A34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7370" w:type="dxa"/>
          </w:tcPr>
          <w:p w14:paraId="36C5BB38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Mehrjährige Erfahrungen mit Beratung, Entwicklung (Customizing, Programmierung) und Reporting für das SAP Modul WM in </w:t>
            </w:r>
            <w:r w:rsidRPr="00E05574">
              <w:rPr>
                <w:rFonts w:ascii="Open Sans" w:hAnsi="Open Sans" w:cs="Open Sans"/>
                <w:lang w:val="de-DE"/>
              </w:rPr>
              <w:t>der relevanten SAP-Systemlandschaft (SAP S/4HANA in der relevanten SAP-Systemlandschaft).</w:t>
            </w:r>
          </w:p>
        </w:tc>
        <w:tc>
          <w:tcPr>
            <w:tcW w:w="1701" w:type="dxa"/>
          </w:tcPr>
          <w:p w14:paraId="5AAC36C6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4535" w:type="dxa"/>
          </w:tcPr>
          <w:p w14:paraId="1BBE2532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1257D96C" w14:textId="77777777">
        <w:trPr>
          <w:jc w:val="center"/>
        </w:trPr>
        <w:tc>
          <w:tcPr>
            <w:tcW w:w="567" w:type="dxa"/>
          </w:tcPr>
          <w:p w14:paraId="36BBEF79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7370" w:type="dxa"/>
          </w:tcPr>
          <w:p w14:paraId="62DECA4C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Einschlägiges Fachstudium (BA, FH oder Universität) oder gleichwertige berufliche Qualifikation, soweit zugelassen.</w:t>
            </w:r>
          </w:p>
        </w:tc>
        <w:tc>
          <w:tcPr>
            <w:tcW w:w="1701" w:type="dxa"/>
          </w:tcPr>
          <w:p w14:paraId="1803C18B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4535" w:type="dxa"/>
          </w:tcPr>
          <w:p w14:paraId="6324B59B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7DCD16DA" w14:textId="77777777">
        <w:trPr>
          <w:jc w:val="center"/>
        </w:trPr>
        <w:tc>
          <w:tcPr>
            <w:tcW w:w="567" w:type="dxa"/>
          </w:tcPr>
          <w:p w14:paraId="4F3CBD1B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7370" w:type="dxa"/>
          </w:tcPr>
          <w:p w14:paraId="682F897A" w14:textId="02EB1D1C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Bereitschaft zur </w:t>
            </w:r>
            <w:r w:rsidRPr="00E05574">
              <w:rPr>
                <w:rFonts w:ascii="Open Sans" w:hAnsi="Open Sans" w:cs="Open Sans"/>
                <w:lang w:val="de-DE"/>
              </w:rPr>
              <w:t xml:space="preserve">Sicherheitsüberprüfung der Stufe </w:t>
            </w:r>
            <w:r>
              <w:rPr>
                <w:rFonts w:ascii="Open Sans" w:hAnsi="Open Sans" w:cs="Open Sans"/>
                <w:lang w:val="de-DE"/>
              </w:rPr>
              <w:t>2</w:t>
            </w:r>
            <w:r w:rsidRPr="00E05574">
              <w:rPr>
                <w:rFonts w:ascii="Open Sans" w:hAnsi="Open Sans" w:cs="Open Sans"/>
                <w:lang w:val="de-DE"/>
              </w:rPr>
              <w:t xml:space="preserve"> gemäß E</w:t>
            </w:r>
            <w:r>
              <w:rPr>
                <w:rFonts w:ascii="Open Sans" w:hAnsi="Open Sans" w:cs="Open Sans"/>
                <w:lang w:val="de-DE"/>
              </w:rPr>
              <w:t>1</w:t>
            </w:r>
            <w:r w:rsidRPr="00E05574">
              <w:rPr>
                <w:rFonts w:ascii="Open Sans" w:hAnsi="Open Sans" w:cs="Open Sans"/>
                <w:lang w:val="de-DE"/>
              </w:rPr>
              <w:t>8.</w:t>
            </w:r>
          </w:p>
        </w:tc>
        <w:tc>
          <w:tcPr>
            <w:tcW w:w="1701" w:type="dxa"/>
          </w:tcPr>
          <w:p w14:paraId="02B9F0E7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4535" w:type="dxa"/>
          </w:tcPr>
          <w:p w14:paraId="325B90C1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</w:tbl>
    <w:p w14:paraId="3FF298C4" w14:textId="77777777" w:rsidR="00E3319B" w:rsidRPr="00E05574" w:rsidRDefault="00E3319B">
      <w:pPr>
        <w:rPr>
          <w:rFonts w:ascii="Open Sans" w:hAnsi="Open Sans" w:cs="Open Sans"/>
          <w:lang w:val="de-DE"/>
        </w:rPr>
      </w:pPr>
    </w:p>
    <w:p w14:paraId="58DB5C83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t>C. Bewertungsrelevante Angaben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567"/>
        <w:gridCol w:w="7370"/>
        <w:gridCol w:w="3969"/>
        <w:gridCol w:w="2268"/>
      </w:tblGrid>
      <w:tr w:rsidR="00E3319B" w:rsidRPr="00E05574" w14:paraId="58D47DB7" w14:textId="77777777">
        <w:trPr>
          <w:tblHeader/>
          <w:jc w:val="center"/>
        </w:trPr>
        <w:tc>
          <w:tcPr>
            <w:tcW w:w="567" w:type="dxa"/>
            <w:shd w:val="clear" w:color="auto" w:fill="D9EAF7"/>
          </w:tcPr>
          <w:p w14:paraId="7278E81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7370" w:type="dxa"/>
            <w:shd w:val="clear" w:color="auto" w:fill="D9EAF7"/>
          </w:tcPr>
          <w:p w14:paraId="236D1779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Bewertungsrelevantes Kriterium</w:t>
            </w:r>
          </w:p>
        </w:tc>
        <w:tc>
          <w:tcPr>
            <w:tcW w:w="3969" w:type="dxa"/>
            <w:shd w:val="clear" w:color="auto" w:fill="D9EAF7"/>
          </w:tcPr>
          <w:p w14:paraId="2B2A315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Konkrete Angabe des Bieters</w:t>
            </w:r>
          </w:p>
        </w:tc>
        <w:tc>
          <w:tcPr>
            <w:tcW w:w="2268" w:type="dxa"/>
            <w:shd w:val="clear" w:color="auto" w:fill="D9EAF7"/>
          </w:tcPr>
          <w:p w14:paraId="0CB36273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Nachweis / Referenz / Anlage</w:t>
            </w:r>
          </w:p>
        </w:tc>
      </w:tr>
      <w:tr w:rsidR="00E3319B" w:rsidRPr="00E05574" w14:paraId="5ADAEC7A" w14:textId="77777777">
        <w:trPr>
          <w:jc w:val="center"/>
        </w:trPr>
        <w:tc>
          <w:tcPr>
            <w:tcW w:w="567" w:type="dxa"/>
          </w:tcPr>
          <w:p w14:paraId="6AE7A833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7370" w:type="dxa"/>
          </w:tcPr>
          <w:p w14:paraId="542C9ABF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Dauer der einschlägigen Erfahrung im Modul WM in Jahren, belegt durch </w:t>
            </w:r>
            <w:r w:rsidRPr="00E05574">
              <w:rPr>
                <w:rFonts w:ascii="Open Sans" w:hAnsi="Open Sans" w:cs="Open Sans"/>
                <w:lang w:val="de-DE"/>
              </w:rPr>
              <w:t>konkrete Projekt-/Aufgabenreferenzen.</w:t>
            </w:r>
          </w:p>
        </w:tc>
        <w:tc>
          <w:tcPr>
            <w:tcW w:w="3969" w:type="dxa"/>
          </w:tcPr>
          <w:p w14:paraId="4E3972B8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0CF2D4D0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35DC6B7A" w14:textId="77777777">
        <w:trPr>
          <w:jc w:val="center"/>
        </w:trPr>
        <w:tc>
          <w:tcPr>
            <w:tcW w:w="567" w:type="dxa"/>
          </w:tcPr>
          <w:p w14:paraId="1BAEF803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7370" w:type="dxa"/>
          </w:tcPr>
          <w:p w14:paraId="226D4FF3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Anzahl abgeschlossener S/4HANA-Umstellungsprojekte mit modulspezifischer Mitarbeit.</w:t>
            </w:r>
          </w:p>
        </w:tc>
        <w:tc>
          <w:tcPr>
            <w:tcW w:w="3969" w:type="dxa"/>
          </w:tcPr>
          <w:p w14:paraId="56A0F458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77CAB05A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2522B6B7" w14:textId="77777777">
        <w:trPr>
          <w:jc w:val="center"/>
        </w:trPr>
        <w:tc>
          <w:tcPr>
            <w:tcW w:w="567" w:type="dxa"/>
          </w:tcPr>
          <w:p w14:paraId="6413E7AF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7370" w:type="dxa"/>
          </w:tcPr>
          <w:p w14:paraId="6AABFF89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Erfahrungen im öffentlichen Dienst in Jahren, belegt durch Projekt-/Kundenbezug.</w:t>
            </w:r>
          </w:p>
        </w:tc>
        <w:tc>
          <w:tcPr>
            <w:tcW w:w="3969" w:type="dxa"/>
          </w:tcPr>
          <w:p w14:paraId="6377183D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6AE9C475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5FCB8EED" w14:textId="77777777">
        <w:trPr>
          <w:jc w:val="center"/>
        </w:trPr>
        <w:tc>
          <w:tcPr>
            <w:tcW w:w="567" w:type="dxa"/>
          </w:tcPr>
          <w:p w14:paraId="3FC847D9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4</w:t>
            </w:r>
          </w:p>
        </w:tc>
        <w:tc>
          <w:tcPr>
            <w:tcW w:w="7370" w:type="dxa"/>
          </w:tcPr>
          <w:p w14:paraId="0179209C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Modulbezogene </w:t>
            </w:r>
            <w:r w:rsidRPr="00E05574">
              <w:rPr>
                <w:rFonts w:ascii="Open Sans" w:hAnsi="Open Sans" w:cs="Open Sans"/>
                <w:lang w:val="de-DE"/>
              </w:rPr>
              <w:t>SAP-Zertifizierung einschließlich Level und Anlagenverweis.</w:t>
            </w:r>
          </w:p>
        </w:tc>
        <w:tc>
          <w:tcPr>
            <w:tcW w:w="3969" w:type="dxa"/>
          </w:tcPr>
          <w:p w14:paraId="1EE4ACCF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45C63427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</w:tbl>
    <w:p w14:paraId="1F36F8A9" w14:textId="77777777" w:rsidR="00E3319B" w:rsidRPr="00E05574" w:rsidRDefault="00E3319B">
      <w:pPr>
        <w:rPr>
          <w:rFonts w:ascii="Open Sans" w:hAnsi="Open Sans" w:cs="Open Sans"/>
          <w:lang w:val="de-DE"/>
        </w:rPr>
      </w:pPr>
    </w:p>
    <w:p w14:paraId="1AEE27B7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lastRenderedPageBreak/>
        <w:t>D. Persönliche Referenzen / Projektnachweise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96"/>
        <w:gridCol w:w="1701"/>
        <w:gridCol w:w="1134"/>
        <w:gridCol w:w="1701"/>
        <w:gridCol w:w="1134"/>
        <w:gridCol w:w="850"/>
        <w:gridCol w:w="1417"/>
        <w:gridCol w:w="1417"/>
        <w:gridCol w:w="1417"/>
        <w:gridCol w:w="2268"/>
        <w:gridCol w:w="1619"/>
      </w:tblGrid>
      <w:tr w:rsidR="00E3319B" w:rsidRPr="00E05574" w14:paraId="2F585814" w14:textId="77777777">
        <w:trPr>
          <w:tblHeader/>
          <w:jc w:val="center"/>
        </w:trPr>
        <w:tc>
          <w:tcPr>
            <w:tcW w:w="454" w:type="dxa"/>
            <w:shd w:val="clear" w:color="auto" w:fill="D9EAF7"/>
          </w:tcPr>
          <w:p w14:paraId="3D76536C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1701" w:type="dxa"/>
            <w:shd w:val="clear" w:color="auto" w:fill="D9EAF7"/>
          </w:tcPr>
          <w:p w14:paraId="7F6B3C0F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Auftraggeber / Branche</w:t>
            </w:r>
          </w:p>
        </w:tc>
        <w:tc>
          <w:tcPr>
            <w:tcW w:w="1134" w:type="dxa"/>
            <w:shd w:val="clear" w:color="auto" w:fill="D9EAF7"/>
          </w:tcPr>
          <w:p w14:paraId="4FEC05E2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Öffentl. Dienst? Ja/Nein</w:t>
            </w:r>
          </w:p>
        </w:tc>
        <w:tc>
          <w:tcPr>
            <w:tcW w:w="1701" w:type="dxa"/>
            <w:shd w:val="clear" w:color="auto" w:fill="D9EAF7"/>
          </w:tcPr>
          <w:p w14:paraId="2CAA8173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Projekt / Aufgabe</w:t>
            </w:r>
          </w:p>
        </w:tc>
        <w:tc>
          <w:tcPr>
            <w:tcW w:w="1134" w:type="dxa"/>
            <w:shd w:val="clear" w:color="auto" w:fill="D9EAF7"/>
          </w:tcPr>
          <w:p w14:paraId="2434E42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Zeitraum von-bis</w:t>
            </w:r>
          </w:p>
        </w:tc>
        <w:tc>
          <w:tcPr>
            <w:tcW w:w="850" w:type="dxa"/>
            <w:shd w:val="clear" w:color="auto" w:fill="D9EAF7"/>
          </w:tcPr>
          <w:p w14:paraId="1C21A20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Dauer</w:t>
            </w:r>
          </w:p>
        </w:tc>
        <w:tc>
          <w:tcPr>
            <w:tcW w:w="1417" w:type="dxa"/>
            <w:shd w:val="clear" w:color="auto" w:fill="D9EAF7"/>
          </w:tcPr>
          <w:p w14:paraId="5151DC0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SAP-System / Release</w:t>
            </w:r>
          </w:p>
        </w:tc>
        <w:tc>
          <w:tcPr>
            <w:tcW w:w="1417" w:type="dxa"/>
            <w:shd w:val="clear" w:color="auto" w:fill="D9EAF7"/>
          </w:tcPr>
          <w:p w14:paraId="4C72F18D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Modul / Komponente</w:t>
            </w:r>
          </w:p>
        </w:tc>
        <w:tc>
          <w:tcPr>
            <w:tcW w:w="1417" w:type="dxa"/>
            <w:shd w:val="clear" w:color="auto" w:fill="D9EAF7"/>
          </w:tcPr>
          <w:p w14:paraId="70A99579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 xml:space="preserve">Rolle der </w:t>
            </w:r>
            <w:r w:rsidRPr="00E05574">
              <w:rPr>
                <w:rFonts w:ascii="Open Sans" w:hAnsi="Open Sans" w:cs="Open Sans"/>
                <w:b/>
              </w:rPr>
              <w:t>Person</w:t>
            </w:r>
          </w:p>
        </w:tc>
        <w:tc>
          <w:tcPr>
            <w:tcW w:w="2268" w:type="dxa"/>
            <w:shd w:val="clear" w:color="auto" w:fill="D9EAF7"/>
          </w:tcPr>
          <w:p w14:paraId="34D8285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Konkrete Tätigkeiten</w:t>
            </w:r>
          </w:p>
        </w:tc>
        <w:tc>
          <w:tcPr>
            <w:tcW w:w="1134" w:type="dxa"/>
            <w:shd w:val="clear" w:color="auto" w:fill="D9EAF7"/>
          </w:tcPr>
          <w:p w14:paraId="63903BF0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Abgeschlossen? / Anlage</w:t>
            </w:r>
          </w:p>
        </w:tc>
      </w:tr>
      <w:tr w:rsidR="00E3319B" w:rsidRPr="00E05574" w14:paraId="24F41518" w14:textId="77777777">
        <w:trPr>
          <w:jc w:val="center"/>
        </w:trPr>
        <w:tc>
          <w:tcPr>
            <w:tcW w:w="454" w:type="dxa"/>
          </w:tcPr>
          <w:p w14:paraId="6B37D4B3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1701" w:type="dxa"/>
          </w:tcPr>
          <w:p w14:paraId="57E7C44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716184F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4537329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719D1862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32BD4AA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22E5EDF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69E6FBE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5D5A278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66AB4DB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54D25AD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5D310268" w14:textId="77777777">
        <w:trPr>
          <w:jc w:val="center"/>
        </w:trPr>
        <w:tc>
          <w:tcPr>
            <w:tcW w:w="454" w:type="dxa"/>
          </w:tcPr>
          <w:p w14:paraId="42DA0087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1701" w:type="dxa"/>
          </w:tcPr>
          <w:p w14:paraId="4053077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4C526AE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10DCC1E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00071FB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2C58B22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61B779F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56CF644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6D47E12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799630D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11DCC2F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10E08787" w14:textId="77777777">
        <w:trPr>
          <w:jc w:val="center"/>
        </w:trPr>
        <w:tc>
          <w:tcPr>
            <w:tcW w:w="454" w:type="dxa"/>
          </w:tcPr>
          <w:p w14:paraId="3C3626D9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1701" w:type="dxa"/>
          </w:tcPr>
          <w:p w14:paraId="047D2F3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51894FC2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1BC5AC3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096C21D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145B95A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1889831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6E75AA4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3312E2E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769781D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2D5E2C9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4ABB7BDB" w14:textId="77777777">
        <w:trPr>
          <w:jc w:val="center"/>
        </w:trPr>
        <w:tc>
          <w:tcPr>
            <w:tcW w:w="454" w:type="dxa"/>
          </w:tcPr>
          <w:p w14:paraId="10BBF92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4</w:t>
            </w:r>
          </w:p>
        </w:tc>
        <w:tc>
          <w:tcPr>
            <w:tcW w:w="1701" w:type="dxa"/>
          </w:tcPr>
          <w:p w14:paraId="1651D5A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5C7D95D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58EA722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352B527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5A06529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3F9BB57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538D4FB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6F376C14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3C3A243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1D8D246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3D7E68D6" w14:textId="77777777">
        <w:trPr>
          <w:jc w:val="center"/>
        </w:trPr>
        <w:tc>
          <w:tcPr>
            <w:tcW w:w="454" w:type="dxa"/>
          </w:tcPr>
          <w:p w14:paraId="158B6FFB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5</w:t>
            </w:r>
          </w:p>
        </w:tc>
        <w:tc>
          <w:tcPr>
            <w:tcW w:w="1701" w:type="dxa"/>
          </w:tcPr>
          <w:p w14:paraId="2153A77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214CF57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2071E9F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4D2A703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7020D27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3637E8B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19E69BB4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3EF0143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1B447B4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2D3AA2A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</w:tbl>
    <w:p w14:paraId="3588ABDD" w14:textId="77777777" w:rsidR="00E3319B" w:rsidRPr="00E05574" w:rsidRDefault="00E3319B">
      <w:pPr>
        <w:rPr>
          <w:rFonts w:ascii="Open Sans" w:hAnsi="Open Sans" w:cs="Open Sans"/>
        </w:rPr>
      </w:pPr>
    </w:p>
    <w:p w14:paraId="57361A1F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t>E. Zertifizierungen und Qualifikationen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567"/>
        <w:gridCol w:w="3402"/>
        <w:gridCol w:w="2268"/>
        <w:gridCol w:w="3402"/>
        <w:gridCol w:w="1701"/>
        <w:gridCol w:w="2835"/>
      </w:tblGrid>
      <w:tr w:rsidR="00E3319B" w:rsidRPr="00E05574" w14:paraId="1CF5F808" w14:textId="77777777">
        <w:trPr>
          <w:tblHeader/>
          <w:jc w:val="center"/>
        </w:trPr>
        <w:tc>
          <w:tcPr>
            <w:tcW w:w="567" w:type="dxa"/>
            <w:shd w:val="clear" w:color="auto" w:fill="D9EAF7"/>
          </w:tcPr>
          <w:p w14:paraId="5194F320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3402" w:type="dxa"/>
            <w:shd w:val="clear" w:color="auto" w:fill="D9EAF7"/>
          </w:tcPr>
          <w:p w14:paraId="5A3FE0A0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Zertifikat / Qualifikation</w:t>
            </w:r>
          </w:p>
        </w:tc>
        <w:tc>
          <w:tcPr>
            <w:tcW w:w="2268" w:type="dxa"/>
            <w:shd w:val="clear" w:color="auto" w:fill="D9EAF7"/>
          </w:tcPr>
          <w:p w14:paraId="5F99375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Aussteller</w:t>
            </w:r>
          </w:p>
        </w:tc>
        <w:tc>
          <w:tcPr>
            <w:tcW w:w="3402" w:type="dxa"/>
            <w:shd w:val="clear" w:color="auto" w:fill="D9EAF7"/>
          </w:tcPr>
          <w:p w14:paraId="13ECB69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 xml:space="preserve">Level (Associate / Specialist / </w:t>
            </w:r>
            <w:r w:rsidRPr="00E05574">
              <w:rPr>
                <w:rFonts w:ascii="Open Sans" w:hAnsi="Open Sans" w:cs="Open Sans"/>
                <w:b/>
              </w:rPr>
              <w:t>Professional / sonstiges)</w:t>
            </w:r>
          </w:p>
        </w:tc>
        <w:tc>
          <w:tcPr>
            <w:tcW w:w="1701" w:type="dxa"/>
            <w:shd w:val="clear" w:color="auto" w:fill="D9EAF7"/>
          </w:tcPr>
          <w:p w14:paraId="7B2551E2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Gültig seit / bis</w:t>
            </w:r>
          </w:p>
        </w:tc>
        <w:tc>
          <w:tcPr>
            <w:tcW w:w="2835" w:type="dxa"/>
            <w:shd w:val="clear" w:color="auto" w:fill="D9EAF7"/>
          </w:tcPr>
          <w:p w14:paraId="61C3508C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Anlage</w:t>
            </w:r>
          </w:p>
        </w:tc>
      </w:tr>
      <w:tr w:rsidR="00E3319B" w:rsidRPr="00E05574" w14:paraId="45FB7340" w14:textId="77777777">
        <w:trPr>
          <w:jc w:val="center"/>
        </w:trPr>
        <w:tc>
          <w:tcPr>
            <w:tcW w:w="567" w:type="dxa"/>
          </w:tcPr>
          <w:p w14:paraId="2339175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3402" w:type="dxa"/>
          </w:tcPr>
          <w:p w14:paraId="6040FC3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38185F6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3402" w:type="dxa"/>
          </w:tcPr>
          <w:p w14:paraId="1A11170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1CAD909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4990759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46C993FB" w14:textId="77777777">
        <w:trPr>
          <w:jc w:val="center"/>
        </w:trPr>
        <w:tc>
          <w:tcPr>
            <w:tcW w:w="567" w:type="dxa"/>
          </w:tcPr>
          <w:p w14:paraId="5A8138D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3402" w:type="dxa"/>
          </w:tcPr>
          <w:p w14:paraId="2A6E5AB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669BB4D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3402" w:type="dxa"/>
          </w:tcPr>
          <w:p w14:paraId="7E756E1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7A0CC42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56CE637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0ED2722C" w14:textId="77777777">
        <w:trPr>
          <w:jc w:val="center"/>
        </w:trPr>
        <w:tc>
          <w:tcPr>
            <w:tcW w:w="567" w:type="dxa"/>
          </w:tcPr>
          <w:p w14:paraId="3E3EEB49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3402" w:type="dxa"/>
          </w:tcPr>
          <w:p w14:paraId="0ED526F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2244843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3402" w:type="dxa"/>
          </w:tcPr>
          <w:p w14:paraId="3991B59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25F0E3E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25642B0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</w:tbl>
    <w:p w14:paraId="3A72CD4A" w14:textId="77777777" w:rsidR="00E3319B" w:rsidRPr="00E05574" w:rsidRDefault="00E3319B">
      <w:pPr>
        <w:rPr>
          <w:rFonts w:ascii="Open Sans" w:hAnsi="Open Sans" w:cs="Open Sans"/>
        </w:rPr>
      </w:pPr>
    </w:p>
    <w:p w14:paraId="613A5869" w14:textId="77777777" w:rsidR="00E3319B" w:rsidRPr="00E05574" w:rsidRDefault="00E05574">
      <w:pPr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br w:type="page"/>
      </w:r>
    </w:p>
    <w:p w14:paraId="165EADC2" w14:textId="77777777" w:rsidR="00E3319B" w:rsidRPr="00E05574" w:rsidRDefault="00E05574">
      <w:pPr>
        <w:pStyle w:val="berschrift1"/>
        <w:rPr>
          <w:rFonts w:ascii="Open Sans" w:hAnsi="Open Sans" w:cs="Open Sans"/>
          <w:lang w:val="de-DE"/>
        </w:rPr>
      </w:pPr>
      <w:r w:rsidRPr="00E05574">
        <w:rPr>
          <w:rFonts w:ascii="Open Sans" w:hAnsi="Open Sans" w:cs="Open Sans"/>
          <w:lang w:val="de-DE"/>
        </w:rPr>
        <w:lastRenderedPageBreak/>
        <w:t>Profilblatt - Los 1: SAP Consultant Schwerpunkt Modul PM</w:t>
      </w:r>
    </w:p>
    <w:p w14:paraId="493C9762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t>A. Persönliche Angaben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3969"/>
        <w:gridCol w:w="10205"/>
      </w:tblGrid>
      <w:tr w:rsidR="00E3319B" w:rsidRPr="00E05574" w14:paraId="468B51E3" w14:textId="77777777">
        <w:trPr>
          <w:tblHeader/>
          <w:jc w:val="center"/>
        </w:trPr>
        <w:tc>
          <w:tcPr>
            <w:tcW w:w="3969" w:type="dxa"/>
            <w:shd w:val="clear" w:color="auto" w:fill="D9EAF7"/>
          </w:tcPr>
          <w:p w14:paraId="34887560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Feld</w:t>
            </w:r>
          </w:p>
        </w:tc>
        <w:tc>
          <w:tcPr>
            <w:tcW w:w="10205" w:type="dxa"/>
            <w:shd w:val="clear" w:color="auto" w:fill="D9EAF7"/>
          </w:tcPr>
          <w:p w14:paraId="720BB77E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Angabe des Bieters</w:t>
            </w:r>
          </w:p>
        </w:tc>
      </w:tr>
      <w:tr w:rsidR="00E3319B" w:rsidRPr="00E05574" w14:paraId="77BF685C" w14:textId="77777777">
        <w:trPr>
          <w:jc w:val="center"/>
        </w:trPr>
        <w:tc>
          <w:tcPr>
            <w:tcW w:w="3969" w:type="dxa"/>
          </w:tcPr>
          <w:p w14:paraId="69D147B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Name der vorgesehenen Person</w:t>
            </w:r>
          </w:p>
        </w:tc>
        <w:tc>
          <w:tcPr>
            <w:tcW w:w="10205" w:type="dxa"/>
          </w:tcPr>
          <w:p w14:paraId="1CB8C73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714368B4" w14:textId="77777777">
        <w:trPr>
          <w:jc w:val="center"/>
        </w:trPr>
        <w:tc>
          <w:tcPr>
            <w:tcW w:w="3969" w:type="dxa"/>
          </w:tcPr>
          <w:p w14:paraId="05139A6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Rolle im Angebot</w:t>
            </w:r>
          </w:p>
        </w:tc>
        <w:tc>
          <w:tcPr>
            <w:tcW w:w="10205" w:type="dxa"/>
          </w:tcPr>
          <w:p w14:paraId="5C16C9A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 xml:space="preserve">SAP Consultant </w:t>
            </w:r>
            <w:r w:rsidRPr="00E05574">
              <w:rPr>
                <w:rFonts w:ascii="Open Sans" w:hAnsi="Open Sans" w:cs="Open Sans"/>
              </w:rPr>
              <w:t>Schwerpunkt Modul PM</w:t>
            </w:r>
          </w:p>
        </w:tc>
      </w:tr>
      <w:tr w:rsidR="00E3319B" w:rsidRPr="00E05574" w14:paraId="20EABA0E" w14:textId="77777777">
        <w:trPr>
          <w:jc w:val="center"/>
        </w:trPr>
        <w:tc>
          <w:tcPr>
            <w:tcW w:w="3969" w:type="dxa"/>
          </w:tcPr>
          <w:p w14:paraId="4214BB73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Beschäftigt bei / Unternehmen</w:t>
            </w:r>
          </w:p>
        </w:tc>
        <w:tc>
          <w:tcPr>
            <w:tcW w:w="10205" w:type="dxa"/>
          </w:tcPr>
          <w:p w14:paraId="30680092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4BEE37C4" w14:textId="77777777">
        <w:trPr>
          <w:jc w:val="center"/>
        </w:trPr>
        <w:tc>
          <w:tcPr>
            <w:tcW w:w="3969" w:type="dxa"/>
          </w:tcPr>
          <w:p w14:paraId="67F07CD5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Dort beschäftigt seit (MM/JJJJ)</w:t>
            </w:r>
          </w:p>
        </w:tc>
        <w:tc>
          <w:tcPr>
            <w:tcW w:w="10205" w:type="dxa"/>
          </w:tcPr>
          <w:p w14:paraId="0FF1D7BD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3396D685" w14:textId="77777777">
        <w:trPr>
          <w:jc w:val="center"/>
        </w:trPr>
        <w:tc>
          <w:tcPr>
            <w:tcW w:w="3969" w:type="dxa"/>
          </w:tcPr>
          <w:p w14:paraId="0CDE265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Verfügbarkeit / vorgesehener Einsatzumfang</w:t>
            </w:r>
          </w:p>
        </w:tc>
        <w:tc>
          <w:tcPr>
            <w:tcW w:w="10205" w:type="dxa"/>
          </w:tcPr>
          <w:p w14:paraId="4171535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5EAA634F" w14:textId="77777777">
        <w:trPr>
          <w:jc w:val="center"/>
        </w:trPr>
        <w:tc>
          <w:tcPr>
            <w:tcW w:w="3969" w:type="dxa"/>
          </w:tcPr>
          <w:p w14:paraId="3CB082B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Einschlägige Ausbildung / Studium</w:t>
            </w:r>
          </w:p>
        </w:tc>
        <w:tc>
          <w:tcPr>
            <w:tcW w:w="10205" w:type="dxa"/>
          </w:tcPr>
          <w:p w14:paraId="5A93442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041D8258" w14:textId="77777777">
        <w:trPr>
          <w:jc w:val="center"/>
        </w:trPr>
        <w:tc>
          <w:tcPr>
            <w:tcW w:w="3969" w:type="dxa"/>
          </w:tcPr>
          <w:p w14:paraId="49B0B10E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Wesentliche SAP-Schwerpunkte</w:t>
            </w:r>
          </w:p>
        </w:tc>
        <w:tc>
          <w:tcPr>
            <w:tcW w:w="10205" w:type="dxa"/>
          </w:tcPr>
          <w:p w14:paraId="1A853A62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25779908" w14:textId="77777777">
        <w:trPr>
          <w:jc w:val="center"/>
        </w:trPr>
        <w:tc>
          <w:tcPr>
            <w:tcW w:w="3969" w:type="dxa"/>
          </w:tcPr>
          <w:p w14:paraId="7B1E1B0B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Anlagenverweis Lebenslauf / Profil</w:t>
            </w:r>
          </w:p>
        </w:tc>
        <w:tc>
          <w:tcPr>
            <w:tcW w:w="10205" w:type="dxa"/>
          </w:tcPr>
          <w:p w14:paraId="4D00743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</w:tbl>
    <w:p w14:paraId="78369814" w14:textId="77777777" w:rsidR="00E3319B" w:rsidRPr="00E05574" w:rsidRDefault="00E3319B">
      <w:pPr>
        <w:rPr>
          <w:rFonts w:ascii="Open Sans" w:hAnsi="Open Sans" w:cs="Open Sans"/>
        </w:rPr>
      </w:pPr>
    </w:p>
    <w:p w14:paraId="61751EBD" w14:textId="77777777" w:rsidR="00E3319B" w:rsidRPr="00E05574" w:rsidRDefault="00E05574">
      <w:pPr>
        <w:pStyle w:val="berschrift2"/>
        <w:rPr>
          <w:rFonts w:ascii="Open Sans" w:hAnsi="Open Sans" w:cs="Open Sans"/>
          <w:lang w:val="de-DE"/>
        </w:rPr>
      </w:pPr>
      <w:r w:rsidRPr="00E05574">
        <w:rPr>
          <w:rFonts w:ascii="Open Sans" w:hAnsi="Open Sans" w:cs="Open Sans"/>
          <w:lang w:val="de-DE"/>
        </w:rPr>
        <w:t xml:space="preserve">B. </w:t>
      </w:r>
      <w:r w:rsidRPr="00E05574">
        <w:rPr>
          <w:rFonts w:ascii="Open Sans" w:hAnsi="Open Sans" w:cs="Open Sans"/>
          <w:lang w:val="de-DE"/>
        </w:rPr>
        <w:t>Mindestanforderungen an die Person / Rolle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567"/>
        <w:gridCol w:w="7370"/>
        <w:gridCol w:w="1701"/>
        <w:gridCol w:w="4535"/>
      </w:tblGrid>
      <w:tr w:rsidR="00E3319B" w:rsidRPr="00E05574" w14:paraId="09FDE737" w14:textId="77777777">
        <w:trPr>
          <w:tblHeader/>
          <w:jc w:val="center"/>
        </w:trPr>
        <w:tc>
          <w:tcPr>
            <w:tcW w:w="567" w:type="dxa"/>
            <w:shd w:val="clear" w:color="auto" w:fill="D9EAF7"/>
          </w:tcPr>
          <w:p w14:paraId="65293304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7370" w:type="dxa"/>
            <w:shd w:val="clear" w:color="auto" w:fill="D9EAF7"/>
          </w:tcPr>
          <w:p w14:paraId="7897120B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Mindestanforderung</w:t>
            </w:r>
          </w:p>
        </w:tc>
        <w:tc>
          <w:tcPr>
            <w:tcW w:w="1701" w:type="dxa"/>
            <w:shd w:val="clear" w:color="auto" w:fill="D9EAF7"/>
          </w:tcPr>
          <w:p w14:paraId="569C17EC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Erfüllt? (Ja/Nein)</w:t>
            </w:r>
          </w:p>
        </w:tc>
        <w:tc>
          <w:tcPr>
            <w:tcW w:w="4535" w:type="dxa"/>
            <w:shd w:val="clear" w:color="auto" w:fill="D9EAF7"/>
          </w:tcPr>
          <w:p w14:paraId="3D4E902D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Konkrete Erläuterung / Nachweis / Anlagenverweis</w:t>
            </w:r>
          </w:p>
        </w:tc>
      </w:tr>
      <w:tr w:rsidR="00E3319B" w:rsidRPr="00E05574" w14:paraId="675DC3A8" w14:textId="77777777">
        <w:trPr>
          <w:jc w:val="center"/>
        </w:trPr>
        <w:tc>
          <w:tcPr>
            <w:tcW w:w="567" w:type="dxa"/>
          </w:tcPr>
          <w:p w14:paraId="6C9BECC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7370" w:type="dxa"/>
          </w:tcPr>
          <w:p w14:paraId="34D7E9FC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Mehrjährige Erfahrungen mit Beratung, Entwicklung (Customizing, Programmierung) und Reporting für das SAP Modul PM in </w:t>
            </w:r>
            <w:r w:rsidRPr="00E05574">
              <w:rPr>
                <w:rFonts w:ascii="Open Sans" w:hAnsi="Open Sans" w:cs="Open Sans"/>
                <w:lang w:val="de-DE"/>
              </w:rPr>
              <w:t>der relevanten SAP-Systemlandschaft (SAP S/4HANA in der relevanten SAP-Systemlandschaft).</w:t>
            </w:r>
          </w:p>
        </w:tc>
        <w:tc>
          <w:tcPr>
            <w:tcW w:w="1701" w:type="dxa"/>
          </w:tcPr>
          <w:p w14:paraId="5A3831E7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4535" w:type="dxa"/>
          </w:tcPr>
          <w:p w14:paraId="38DF3E17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28175130" w14:textId="77777777">
        <w:trPr>
          <w:jc w:val="center"/>
        </w:trPr>
        <w:tc>
          <w:tcPr>
            <w:tcW w:w="567" w:type="dxa"/>
          </w:tcPr>
          <w:p w14:paraId="1327F2EE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7370" w:type="dxa"/>
          </w:tcPr>
          <w:p w14:paraId="7E9F4157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Einschlägiges Fachstudium (BA, FH oder Universität) oder gleichwertige berufliche Qualifikation, soweit zugelassen.</w:t>
            </w:r>
          </w:p>
        </w:tc>
        <w:tc>
          <w:tcPr>
            <w:tcW w:w="1701" w:type="dxa"/>
          </w:tcPr>
          <w:p w14:paraId="3E9A9F3E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4535" w:type="dxa"/>
          </w:tcPr>
          <w:p w14:paraId="4CDBD215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1D940477" w14:textId="77777777">
        <w:trPr>
          <w:jc w:val="center"/>
        </w:trPr>
        <w:tc>
          <w:tcPr>
            <w:tcW w:w="567" w:type="dxa"/>
          </w:tcPr>
          <w:p w14:paraId="219264F2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7370" w:type="dxa"/>
          </w:tcPr>
          <w:p w14:paraId="08376ED6" w14:textId="58AFE15D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Bereitschaft zur </w:t>
            </w:r>
            <w:r w:rsidRPr="00E05574">
              <w:rPr>
                <w:rFonts w:ascii="Open Sans" w:hAnsi="Open Sans" w:cs="Open Sans"/>
                <w:lang w:val="de-DE"/>
              </w:rPr>
              <w:t xml:space="preserve">Sicherheitsüberprüfung der Stufe </w:t>
            </w:r>
            <w:r>
              <w:rPr>
                <w:rFonts w:ascii="Open Sans" w:hAnsi="Open Sans" w:cs="Open Sans"/>
                <w:lang w:val="de-DE"/>
              </w:rPr>
              <w:t>2</w:t>
            </w:r>
            <w:r w:rsidRPr="00E05574">
              <w:rPr>
                <w:rFonts w:ascii="Open Sans" w:hAnsi="Open Sans" w:cs="Open Sans"/>
                <w:lang w:val="de-DE"/>
              </w:rPr>
              <w:t xml:space="preserve"> gemäß E</w:t>
            </w:r>
            <w:r>
              <w:rPr>
                <w:rFonts w:ascii="Open Sans" w:hAnsi="Open Sans" w:cs="Open Sans"/>
                <w:lang w:val="de-DE"/>
              </w:rPr>
              <w:t>1</w:t>
            </w:r>
            <w:r w:rsidRPr="00E05574">
              <w:rPr>
                <w:rFonts w:ascii="Open Sans" w:hAnsi="Open Sans" w:cs="Open Sans"/>
                <w:lang w:val="de-DE"/>
              </w:rPr>
              <w:t>8.</w:t>
            </w:r>
          </w:p>
        </w:tc>
        <w:tc>
          <w:tcPr>
            <w:tcW w:w="1701" w:type="dxa"/>
          </w:tcPr>
          <w:p w14:paraId="51A3AFD4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4535" w:type="dxa"/>
          </w:tcPr>
          <w:p w14:paraId="0F9D38AD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</w:tbl>
    <w:p w14:paraId="527C04DF" w14:textId="77777777" w:rsidR="00E3319B" w:rsidRPr="00E05574" w:rsidRDefault="00E3319B">
      <w:pPr>
        <w:rPr>
          <w:rFonts w:ascii="Open Sans" w:hAnsi="Open Sans" w:cs="Open Sans"/>
          <w:lang w:val="de-DE"/>
        </w:rPr>
      </w:pPr>
    </w:p>
    <w:p w14:paraId="7AD3CF53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t>C. Bewertungsrelevante Angaben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567"/>
        <w:gridCol w:w="7370"/>
        <w:gridCol w:w="3969"/>
        <w:gridCol w:w="2268"/>
      </w:tblGrid>
      <w:tr w:rsidR="00E3319B" w:rsidRPr="00E05574" w14:paraId="6BBEF6E7" w14:textId="77777777">
        <w:trPr>
          <w:tblHeader/>
          <w:jc w:val="center"/>
        </w:trPr>
        <w:tc>
          <w:tcPr>
            <w:tcW w:w="567" w:type="dxa"/>
            <w:shd w:val="clear" w:color="auto" w:fill="D9EAF7"/>
          </w:tcPr>
          <w:p w14:paraId="2AC5AE12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7370" w:type="dxa"/>
            <w:shd w:val="clear" w:color="auto" w:fill="D9EAF7"/>
          </w:tcPr>
          <w:p w14:paraId="7CB3B962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Bewertungsrelevantes Kriterium</w:t>
            </w:r>
          </w:p>
        </w:tc>
        <w:tc>
          <w:tcPr>
            <w:tcW w:w="3969" w:type="dxa"/>
            <w:shd w:val="clear" w:color="auto" w:fill="D9EAF7"/>
          </w:tcPr>
          <w:p w14:paraId="15DBE46F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Konkrete Angabe des Bieters</w:t>
            </w:r>
          </w:p>
        </w:tc>
        <w:tc>
          <w:tcPr>
            <w:tcW w:w="2268" w:type="dxa"/>
            <w:shd w:val="clear" w:color="auto" w:fill="D9EAF7"/>
          </w:tcPr>
          <w:p w14:paraId="2FD7254E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Nachweis / Referenz / Anlage</w:t>
            </w:r>
          </w:p>
        </w:tc>
      </w:tr>
      <w:tr w:rsidR="00E3319B" w:rsidRPr="00E05574" w14:paraId="67BCF433" w14:textId="77777777">
        <w:trPr>
          <w:jc w:val="center"/>
        </w:trPr>
        <w:tc>
          <w:tcPr>
            <w:tcW w:w="567" w:type="dxa"/>
          </w:tcPr>
          <w:p w14:paraId="1812E66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7370" w:type="dxa"/>
          </w:tcPr>
          <w:p w14:paraId="281D6884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Dauer der einschlägigen Erfahrung im Modul PM in Jahren, belegt durch </w:t>
            </w:r>
            <w:r w:rsidRPr="00E05574">
              <w:rPr>
                <w:rFonts w:ascii="Open Sans" w:hAnsi="Open Sans" w:cs="Open Sans"/>
                <w:lang w:val="de-DE"/>
              </w:rPr>
              <w:t>konkrete Projekt-/Aufgabenreferenzen.</w:t>
            </w:r>
          </w:p>
        </w:tc>
        <w:tc>
          <w:tcPr>
            <w:tcW w:w="3969" w:type="dxa"/>
          </w:tcPr>
          <w:p w14:paraId="0B3F4FCC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16E4EF4C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020CFB9E" w14:textId="77777777">
        <w:trPr>
          <w:jc w:val="center"/>
        </w:trPr>
        <w:tc>
          <w:tcPr>
            <w:tcW w:w="567" w:type="dxa"/>
          </w:tcPr>
          <w:p w14:paraId="56F12E34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7370" w:type="dxa"/>
          </w:tcPr>
          <w:p w14:paraId="7D866D62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Anzahl abgeschlossener S/4HANA-Umstellungsprojekte mit modulspezifischer Mitarbeit.</w:t>
            </w:r>
          </w:p>
        </w:tc>
        <w:tc>
          <w:tcPr>
            <w:tcW w:w="3969" w:type="dxa"/>
          </w:tcPr>
          <w:p w14:paraId="291F4968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304FD78D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57FBDC5A" w14:textId="77777777">
        <w:trPr>
          <w:jc w:val="center"/>
        </w:trPr>
        <w:tc>
          <w:tcPr>
            <w:tcW w:w="567" w:type="dxa"/>
          </w:tcPr>
          <w:p w14:paraId="471D8323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7370" w:type="dxa"/>
          </w:tcPr>
          <w:p w14:paraId="523CAC09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Erfahrungen im öffentlichen Dienst in Jahren, belegt durch Projekt-/Kundenbezug.</w:t>
            </w:r>
          </w:p>
        </w:tc>
        <w:tc>
          <w:tcPr>
            <w:tcW w:w="3969" w:type="dxa"/>
          </w:tcPr>
          <w:p w14:paraId="7CA0A956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3A8D40CD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561DD86B" w14:textId="77777777">
        <w:trPr>
          <w:jc w:val="center"/>
        </w:trPr>
        <w:tc>
          <w:tcPr>
            <w:tcW w:w="567" w:type="dxa"/>
          </w:tcPr>
          <w:p w14:paraId="74414767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4</w:t>
            </w:r>
          </w:p>
        </w:tc>
        <w:tc>
          <w:tcPr>
            <w:tcW w:w="7370" w:type="dxa"/>
          </w:tcPr>
          <w:p w14:paraId="075D2B0A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Modulbezogene </w:t>
            </w:r>
            <w:r w:rsidRPr="00E05574">
              <w:rPr>
                <w:rFonts w:ascii="Open Sans" w:hAnsi="Open Sans" w:cs="Open Sans"/>
                <w:lang w:val="de-DE"/>
              </w:rPr>
              <w:t>SAP-Zertifizierung einschließlich Level und Anlagenverweis.</w:t>
            </w:r>
          </w:p>
        </w:tc>
        <w:tc>
          <w:tcPr>
            <w:tcW w:w="3969" w:type="dxa"/>
          </w:tcPr>
          <w:p w14:paraId="1C48D269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30BCCD54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</w:tbl>
    <w:p w14:paraId="520476F5" w14:textId="77777777" w:rsidR="00E3319B" w:rsidRPr="00E05574" w:rsidRDefault="00E3319B">
      <w:pPr>
        <w:rPr>
          <w:rFonts w:ascii="Open Sans" w:hAnsi="Open Sans" w:cs="Open Sans"/>
          <w:lang w:val="de-DE"/>
        </w:rPr>
      </w:pPr>
    </w:p>
    <w:p w14:paraId="10547909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lastRenderedPageBreak/>
        <w:t>D. Persönliche Referenzen / Projektnachweise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96"/>
        <w:gridCol w:w="1701"/>
        <w:gridCol w:w="1134"/>
        <w:gridCol w:w="1701"/>
        <w:gridCol w:w="1134"/>
        <w:gridCol w:w="850"/>
        <w:gridCol w:w="1417"/>
        <w:gridCol w:w="1417"/>
        <w:gridCol w:w="1417"/>
        <w:gridCol w:w="2268"/>
        <w:gridCol w:w="1619"/>
      </w:tblGrid>
      <w:tr w:rsidR="00E3319B" w:rsidRPr="00E05574" w14:paraId="3287CE6B" w14:textId="77777777">
        <w:trPr>
          <w:tblHeader/>
          <w:jc w:val="center"/>
        </w:trPr>
        <w:tc>
          <w:tcPr>
            <w:tcW w:w="454" w:type="dxa"/>
            <w:shd w:val="clear" w:color="auto" w:fill="D9EAF7"/>
          </w:tcPr>
          <w:p w14:paraId="13B4148E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1701" w:type="dxa"/>
            <w:shd w:val="clear" w:color="auto" w:fill="D9EAF7"/>
          </w:tcPr>
          <w:p w14:paraId="7E854D9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Auftraggeber / Branche</w:t>
            </w:r>
          </w:p>
        </w:tc>
        <w:tc>
          <w:tcPr>
            <w:tcW w:w="1134" w:type="dxa"/>
            <w:shd w:val="clear" w:color="auto" w:fill="D9EAF7"/>
          </w:tcPr>
          <w:p w14:paraId="5AFEC16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Öffentl. Dienst? Ja/Nein</w:t>
            </w:r>
          </w:p>
        </w:tc>
        <w:tc>
          <w:tcPr>
            <w:tcW w:w="1701" w:type="dxa"/>
            <w:shd w:val="clear" w:color="auto" w:fill="D9EAF7"/>
          </w:tcPr>
          <w:p w14:paraId="7A4E1F39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Projekt / Aufgabe</w:t>
            </w:r>
          </w:p>
        </w:tc>
        <w:tc>
          <w:tcPr>
            <w:tcW w:w="1134" w:type="dxa"/>
            <w:shd w:val="clear" w:color="auto" w:fill="D9EAF7"/>
          </w:tcPr>
          <w:p w14:paraId="2210BE40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Zeitraum von-bis</w:t>
            </w:r>
          </w:p>
        </w:tc>
        <w:tc>
          <w:tcPr>
            <w:tcW w:w="850" w:type="dxa"/>
            <w:shd w:val="clear" w:color="auto" w:fill="D9EAF7"/>
          </w:tcPr>
          <w:p w14:paraId="775F707E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Dauer</w:t>
            </w:r>
          </w:p>
        </w:tc>
        <w:tc>
          <w:tcPr>
            <w:tcW w:w="1417" w:type="dxa"/>
            <w:shd w:val="clear" w:color="auto" w:fill="D9EAF7"/>
          </w:tcPr>
          <w:p w14:paraId="236B8A69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SAP-System / Release</w:t>
            </w:r>
          </w:p>
        </w:tc>
        <w:tc>
          <w:tcPr>
            <w:tcW w:w="1417" w:type="dxa"/>
            <w:shd w:val="clear" w:color="auto" w:fill="D9EAF7"/>
          </w:tcPr>
          <w:p w14:paraId="6FA9A2B4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Modul / Komponente</w:t>
            </w:r>
          </w:p>
        </w:tc>
        <w:tc>
          <w:tcPr>
            <w:tcW w:w="1417" w:type="dxa"/>
            <w:shd w:val="clear" w:color="auto" w:fill="D9EAF7"/>
          </w:tcPr>
          <w:p w14:paraId="59D3B4F2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 xml:space="preserve">Rolle der </w:t>
            </w:r>
            <w:r w:rsidRPr="00E05574">
              <w:rPr>
                <w:rFonts w:ascii="Open Sans" w:hAnsi="Open Sans" w:cs="Open Sans"/>
                <w:b/>
              </w:rPr>
              <w:t>Person</w:t>
            </w:r>
          </w:p>
        </w:tc>
        <w:tc>
          <w:tcPr>
            <w:tcW w:w="2268" w:type="dxa"/>
            <w:shd w:val="clear" w:color="auto" w:fill="D9EAF7"/>
          </w:tcPr>
          <w:p w14:paraId="29D194F0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Konkrete Tätigkeiten</w:t>
            </w:r>
          </w:p>
        </w:tc>
        <w:tc>
          <w:tcPr>
            <w:tcW w:w="1134" w:type="dxa"/>
            <w:shd w:val="clear" w:color="auto" w:fill="D9EAF7"/>
          </w:tcPr>
          <w:p w14:paraId="684B79AD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Abgeschlossen? / Anlage</w:t>
            </w:r>
          </w:p>
        </w:tc>
      </w:tr>
      <w:tr w:rsidR="00E3319B" w:rsidRPr="00E05574" w14:paraId="2596DCA6" w14:textId="77777777">
        <w:trPr>
          <w:jc w:val="center"/>
        </w:trPr>
        <w:tc>
          <w:tcPr>
            <w:tcW w:w="454" w:type="dxa"/>
          </w:tcPr>
          <w:p w14:paraId="1F06C04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1701" w:type="dxa"/>
          </w:tcPr>
          <w:p w14:paraId="610B42B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080BB8B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44BAABA2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48574D8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5847030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374CC19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16ACB792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7B0B287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761C418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350BED2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24FE0B0F" w14:textId="77777777">
        <w:trPr>
          <w:jc w:val="center"/>
        </w:trPr>
        <w:tc>
          <w:tcPr>
            <w:tcW w:w="454" w:type="dxa"/>
          </w:tcPr>
          <w:p w14:paraId="279B851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1701" w:type="dxa"/>
          </w:tcPr>
          <w:p w14:paraId="144E042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1001E72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340D38E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7A4CD42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7074AF84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477E4DD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537C364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5F3BE69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180AE92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75A062D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553FCBE9" w14:textId="77777777">
        <w:trPr>
          <w:jc w:val="center"/>
        </w:trPr>
        <w:tc>
          <w:tcPr>
            <w:tcW w:w="454" w:type="dxa"/>
          </w:tcPr>
          <w:p w14:paraId="40FB16A4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1701" w:type="dxa"/>
          </w:tcPr>
          <w:p w14:paraId="7BA0636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5312276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7A7DA0A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408946D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6D70739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0E10140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19DCD07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47365E7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0BD2D10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31A9AC32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3E7F57D3" w14:textId="77777777">
        <w:trPr>
          <w:jc w:val="center"/>
        </w:trPr>
        <w:tc>
          <w:tcPr>
            <w:tcW w:w="454" w:type="dxa"/>
          </w:tcPr>
          <w:p w14:paraId="0B7E8A01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4</w:t>
            </w:r>
          </w:p>
        </w:tc>
        <w:tc>
          <w:tcPr>
            <w:tcW w:w="1701" w:type="dxa"/>
          </w:tcPr>
          <w:p w14:paraId="1081127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42AE51B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3481EEA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77ADBC0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5F137BA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097BECD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723ADEC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578097B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7B48F5D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390CE37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6FBB9A39" w14:textId="77777777">
        <w:trPr>
          <w:jc w:val="center"/>
        </w:trPr>
        <w:tc>
          <w:tcPr>
            <w:tcW w:w="454" w:type="dxa"/>
          </w:tcPr>
          <w:p w14:paraId="3658FC57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5</w:t>
            </w:r>
          </w:p>
        </w:tc>
        <w:tc>
          <w:tcPr>
            <w:tcW w:w="1701" w:type="dxa"/>
          </w:tcPr>
          <w:p w14:paraId="0ED5626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2B2D109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7AE23E6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5480F58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7258C6B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52CC1F9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7BE3C36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6BCD574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3F9A5CF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1FED5AA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</w:tbl>
    <w:p w14:paraId="0B186995" w14:textId="77777777" w:rsidR="00E3319B" w:rsidRPr="00E05574" w:rsidRDefault="00E3319B">
      <w:pPr>
        <w:rPr>
          <w:rFonts w:ascii="Open Sans" w:hAnsi="Open Sans" w:cs="Open Sans"/>
        </w:rPr>
      </w:pPr>
    </w:p>
    <w:p w14:paraId="429729C2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t>E. Zertifizierungen und Qualifikationen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567"/>
        <w:gridCol w:w="3402"/>
        <w:gridCol w:w="2268"/>
        <w:gridCol w:w="3402"/>
        <w:gridCol w:w="1701"/>
        <w:gridCol w:w="2835"/>
      </w:tblGrid>
      <w:tr w:rsidR="00E3319B" w:rsidRPr="00E05574" w14:paraId="7347001D" w14:textId="77777777">
        <w:trPr>
          <w:tblHeader/>
          <w:jc w:val="center"/>
        </w:trPr>
        <w:tc>
          <w:tcPr>
            <w:tcW w:w="567" w:type="dxa"/>
            <w:shd w:val="clear" w:color="auto" w:fill="D9EAF7"/>
          </w:tcPr>
          <w:p w14:paraId="3C29CCE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3402" w:type="dxa"/>
            <w:shd w:val="clear" w:color="auto" w:fill="D9EAF7"/>
          </w:tcPr>
          <w:p w14:paraId="2AA649BB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Zertifikat / Qualifikation</w:t>
            </w:r>
          </w:p>
        </w:tc>
        <w:tc>
          <w:tcPr>
            <w:tcW w:w="2268" w:type="dxa"/>
            <w:shd w:val="clear" w:color="auto" w:fill="D9EAF7"/>
          </w:tcPr>
          <w:p w14:paraId="48674AEC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Aussteller</w:t>
            </w:r>
          </w:p>
        </w:tc>
        <w:tc>
          <w:tcPr>
            <w:tcW w:w="3402" w:type="dxa"/>
            <w:shd w:val="clear" w:color="auto" w:fill="D9EAF7"/>
          </w:tcPr>
          <w:p w14:paraId="3DB21E3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 xml:space="preserve">Level (Associate / Specialist / </w:t>
            </w:r>
            <w:r w:rsidRPr="00E05574">
              <w:rPr>
                <w:rFonts w:ascii="Open Sans" w:hAnsi="Open Sans" w:cs="Open Sans"/>
                <w:b/>
              </w:rPr>
              <w:t>Professional / sonstiges)</w:t>
            </w:r>
          </w:p>
        </w:tc>
        <w:tc>
          <w:tcPr>
            <w:tcW w:w="1701" w:type="dxa"/>
            <w:shd w:val="clear" w:color="auto" w:fill="D9EAF7"/>
          </w:tcPr>
          <w:p w14:paraId="753E260E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Gültig seit / bis</w:t>
            </w:r>
          </w:p>
        </w:tc>
        <w:tc>
          <w:tcPr>
            <w:tcW w:w="2835" w:type="dxa"/>
            <w:shd w:val="clear" w:color="auto" w:fill="D9EAF7"/>
          </w:tcPr>
          <w:p w14:paraId="6C46CD83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Anlage</w:t>
            </w:r>
          </w:p>
        </w:tc>
      </w:tr>
      <w:tr w:rsidR="00E3319B" w:rsidRPr="00E05574" w14:paraId="10D12FE7" w14:textId="77777777">
        <w:trPr>
          <w:jc w:val="center"/>
        </w:trPr>
        <w:tc>
          <w:tcPr>
            <w:tcW w:w="567" w:type="dxa"/>
          </w:tcPr>
          <w:p w14:paraId="05DC5D89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3402" w:type="dxa"/>
          </w:tcPr>
          <w:p w14:paraId="71FD142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14FA1B2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3402" w:type="dxa"/>
          </w:tcPr>
          <w:p w14:paraId="59F0164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6A94B38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65B94D2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044E0211" w14:textId="77777777">
        <w:trPr>
          <w:jc w:val="center"/>
        </w:trPr>
        <w:tc>
          <w:tcPr>
            <w:tcW w:w="567" w:type="dxa"/>
          </w:tcPr>
          <w:p w14:paraId="442771E2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3402" w:type="dxa"/>
          </w:tcPr>
          <w:p w14:paraId="3848B11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57BE657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3402" w:type="dxa"/>
          </w:tcPr>
          <w:p w14:paraId="3E487E12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7E195692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2D1B1DA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23843A83" w14:textId="77777777">
        <w:trPr>
          <w:jc w:val="center"/>
        </w:trPr>
        <w:tc>
          <w:tcPr>
            <w:tcW w:w="567" w:type="dxa"/>
          </w:tcPr>
          <w:p w14:paraId="3FB1EA97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3402" w:type="dxa"/>
          </w:tcPr>
          <w:p w14:paraId="2781875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2F31B7F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3402" w:type="dxa"/>
          </w:tcPr>
          <w:p w14:paraId="216B9B1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382A37D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46AE306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</w:tbl>
    <w:p w14:paraId="22C56B90" w14:textId="77777777" w:rsidR="00E3319B" w:rsidRPr="00E05574" w:rsidRDefault="00E3319B">
      <w:pPr>
        <w:rPr>
          <w:rFonts w:ascii="Open Sans" w:hAnsi="Open Sans" w:cs="Open Sans"/>
        </w:rPr>
      </w:pPr>
    </w:p>
    <w:p w14:paraId="0ABC4117" w14:textId="77777777" w:rsidR="00E3319B" w:rsidRPr="00E05574" w:rsidRDefault="00E05574">
      <w:pPr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br w:type="page"/>
      </w:r>
    </w:p>
    <w:p w14:paraId="7319D7A9" w14:textId="77777777" w:rsidR="00E3319B" w:rsidRPr="00E05574" w:rsidRDefault="00E05574">
      <w:pPr>
        <w:pStyle w:val="berschrift1"/>
        <w:rPr>
          <w:rFonts w:ascii="Open Sans" w:hAnsi="Open Sans" w:cs="Open Sans"/>
          <w:lang w:val="de-DE"/>
        </w:rPr>
      </w:pPr>
      <w:r w:rsidRPr="00E05574">
        <w:rPr>
          <w:rFonts w:ascii="Open Sans" w:hAnsi="Open Sans" w:cs="Open Sans"/>
          <w:lang w:val="de-DE"/>
        </w:rPr>
        <w:lastRenderedPageBreak/>
        <w:t>Profilblatt - Los 1: SAP Consultant für modulübergreifende und strategische Beratung inkl. TQM und Koordination</w:t>
      </w:r>
    </w:p>
    <w:p w14:paraId="41735319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t>A. Persönliche Angaben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3969"/>
        <w:gridCol w:w="10205"/>
      </w:tblGrid>
      <w:tr w:rsidR="00E3319B" w:rsidRPr="00E05574" w14:paraId="6589F22C" w14:textId="77777777">
        <w:trPr>
          <w:tblHeader/>
          <w:jc w:val="center"/>
        </w:trPr>
        <w:tc>
          <w:tcPr>
            <w:tcW w:w="3969" w:type="dxa"/>
            <w:shd w:val="clear" w:color="auto" w:fill="D9EAF7"/>
          </w:tcPr>
          <w:p w14:paraId="0047C4B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Feld</w:t>
            </w:r>
          </w:p>
        </w:tc>
        <w:tc>
          <w:tcPr>
            <w:tcW w:w="10205" w:type="dxa"/>
            <w:shd w:val="clear" w:color="auto" w:fill="D9EAF7"/>
          </w:tcPr>
          <w:p w14:paraId="5C528A21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Angabe des Bieters</w:t>
            </w:r>
          </w:p>
        </w:tc>
      </w:tr>
      <w:tr w:rsidR="00E3319B" w:rsidRPr="00E05574" w14:paraId="7D821794" w14:textId="77777777">
        <w:trPr>
          <w:jc w:val="center"/>
        </w:trPr>
        <w:tc>
          <w:tcPr>
            <w:tcW w:w="3969" w:type="dxa"/>
          </w:tcPr>
          <w:p w14:paraId="781C7692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 xml:space="preserve">Name der </w:t>
            </w:r>
            <w:r w:rsidRPr="00E05574">
              <w:rPr>
                <w:rFonts w:ascii="Open Sans" w:hAnsi="Open Sans" w:cs="Open Sans"/>
              </w:rPr>
              <w:t>vorgesehenen Person</w:t>
            </w:r>
          </w:p>
        </w:tc>
        <w:tc>
          <w:tcPr>
            <w:tcW w:w="10205" w:type="dxa"/>
          </w:tcPr>
          <w:p w14:paraId="76FDB12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47A6D2E9" w14:textId="77777777">
        <w:trPr>
          <w:jc w:val="center"/>
        </w:trPr>
        <w:tc>
          <w:tcPr>
            <w:tcW w:w="3969" w:type="dxa"/>
          </w:tcPr>
          <w:p w14:paraId="02CF970F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Rolle im Angebot</w:t>
            </w:r>
          </w:p>
        </w:tc>
        <w:tc>
          <w:tcPr>
            <w:tcW w:w="10205" w:type="dxa"/>
          </w:tcPr>
          <w:p w14:paraId="70E2CB86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SAP Consultant für modulübergreifende und strategische Beratung inkl. TQM und Koordination</w:t>
            </w:r>
          </w:p>
        </w:tc>
      </w:tr>
      <w:tr w:rsidR="00E3319B" w:rsidRPr="00E05574" w14:paraId="4F1542B4" w14:textId="77777777">
        <w:trPr>
          <w:jc w:val="center"/>
        </w:trPr>
        <w:tc>
          <w:tcPr>
            <w:tcW w:w="3969" w:type="dxa"/>
          </w:tcPr>
          <w:p w14:paraId="65F60F8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Beschäftigt bei / Unternehmen</w:t>
            </w:r>
          </w:p>
        </w:tc>
        <w:tc>
          <w:tcPr>
            <w:tcW w:w="10205" w:type="dxa"/>
          </w:tcPr>
          <w:p w14:paraId="2BBEBAE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3EAA1691" w14:textId="77777777">
        <w:trPr>
          <w:jc w:val="center"/>
        </w:trPr>
        <w:tc>
          <w:tcPr>
            <w:tcW w:w="3969" w:type="dxa"/>
          </w:tcPr>
          <w:p w14:paraId="7DACC6DB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Dort beschäftigt seit (MM/JJJJ)</w:t>
            </w:r>
          </w:p>
        </w:tc>
        <w:tc>
          <w:tcPr>
            <w:tcW w:w="10205" w:type="dxa"/>
          </w:tcPr>
          <w:p w14:paraId="6855CD19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0F7F61C9" w14:textId="77777777">
        <w:trPr>
          <w:jc w:val="center"/>
        </w:trPr>
        <w:tc>
          <w:tcPr>
            <w:tcW w:w="3969" w:type="dxa"/>
          </w:tcPr>
          <w:p w14:paraId="1E309464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Verfügbarkeit / vorgesehener Einsatzumfang</w:t>
            </w:r>
          </w:p>
        </w:tc>
        <w:tc>
          <w:tcPr>
            <w:tcW w:w="10205" w:type="dxa"/>
          </w:tcPr>
          <w:p w14:paraId="48B98064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27A111DF" w14:textId="77777777">
        <w:trPr>
          <w:jc w:val="center"/>
        </w:trPr>
        <w:tc>
          <w:tcPr>
            <w:tcW w:w="3969" w:type="dxa"/>
          </w:tcPr>
          <w:p w14:paraId="24D70D40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Einschlägige Ausbildung / Studium</w:t>
            </w:r>
          </w:p>
        </w:tc>
        <w:tc>
          <w:tcPr>
            <w:tcW w:w="10205" w:type="dxa"/>
          </w:tcPr>
          <w:p w14:paraId="692410B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332CBA63" w14:textId="77777777">
        <w:trPr>
          <w:jc w:val="center"/>
        </w:trPr>
        <w:tc>
          <w:tcPr>
            <w:tcW w:w="3969" w:type="dxa"/>
          </w:tcPr>
          <w:p w14:paraId="69375AFF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Wesentliche SAP-Schwerpunkte</w:t>
            </w:r>
          </w:p>
        </w:tc>
        <w:tc>
          <w:tcPr>
            <w:tcW w:w="10205" w:type="dxa"/>
          </w:tcPr>
          <w:p w14:paraId="0BAAD15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77A2BD5C" w14:textId="77777777">
        <w:trPr>
          <w:jc w:val="center"/>
        </w:trPr>
        <w:tc>
          <w:tcPr>
            <w:tcW w:w="3969" w:type="dxa"/>
          </w:tcPr>
          <w:p w14:paraId="55F73703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Anlagenverweis Lebenslauf / Profil</w:t>
            </w:r>
          </w:p>
        </w:tc>
        <w:tc>
          <w:tcPr>
            <w:tcW w:w="10205" w:type="dxa"/>
          </w:tcPr>
          <w:p w14:paraId="08066022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</w:tbl>
    <w:p w14:paraId="3947576D" w14:textId="77777777" w:rsidR="00E3319B" w:rsidRPr="00E05574" w:rsidRDefault="00E3319B">
      <w:pPr>
        <w:rPr>
          <w:rFonts w:ascii="Open Sans" w:hAnsi="Open Sans" w:cs="Open Sans"/>
        </w:rPr>
      </w:pPr>
    </w:p>
    <w:p w14:paraId="00F1C4BF" w14:textId="77777777" w:rsidR="00E3319B" w:rsidRPr="00E05574" w:rsidRDefault="00E05574">
      <w:pPr>
        <w:pStyle w:val="berschrift2"/>
        <w:rPr>
          <w:rFonts w:ascii="Open Sans" w:hAnsi="Open Sans" w:cs="Open Sans"/>
          <w:lang w:val="de-DE"/>
        </w:rPr>
      </w:pPr>
      <w:r w:rsidRPr="00E05574">
        <w:rPr>
          <w:rFonts w:ascii="Open Sans" w:hAnsi="Open Sans" w:cs="Open Sans"/>
          <w:lang w:val="de-DE"/>
        </w:rPr>
        <w:t>B. Mindestanforderungen an die Person / Rolle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567"/>
        <w:gridCol w:w="7370"/>
        <w:gridCol w:w="1701"/>
        <w:gridCol w:w="4535"/>
      </w:tblGrid>
      <w:tr w:rsidR="00E3319B" w:rsidRPr="00E05574" w14:paraId="3FB80B13" w14:textId="77777777">
        <w:trPr>
          <w:tblHeader/>
          <w:jc w:val="center"/>
        </w:trPr>
        <w:tc>
          <w:tcPr>
            <w:tcW w:w="567" w:type="dxa"/>
            <w:shd w:val="clear" w:color="auto" w:fill="D9EAF7"/>
          </w:tcPr>
          <w:p w14:paraId="56158630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7370" w:type="dxa"/>
            <w:shd w:val="clear" w:color="auto" w:fill="D9EAF7"/>
          </w:tcPr>
          <w:p w14:paraId="12C9BF20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Mindestanforderung</w:t>
            </w:r>
          </w:p>
        </w:tc>
        <w:tc>
          <w:tcPr>
            <w:tcW w:w="1701" w:type="dxa"/>
            <w:shd w:val="clear" w:color="auto" w:fill="D9EAF7"/>
          </w:tcPr>
          <w:p w14:paraId="60B5EBD7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Erfüllt? (Ja/Nein)</w:t>
            </w:r>
          </w:p>
        </w:tc>
        <w:tc>
          <w:tcPr>
            <w:tcW w:w="4535" w:type="dxa"/>
            <w:shd w:val="clear" w:color="auto" w:fill="D9EAF7"/>
          </w:tcPr>
          <w:p w14:paraId="3E25804E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Konkrete Erläuterung / Nachweis / Anlagenverweis</w:t>
            </w:r>
          </w:p>
        </w:tc>
      </w:tr>
      <w:tr w:rsidR="00E3319B" w:rsidRPr="00E05574" w14:paraId="3E978F8B" w14:textId="77777777">
        <w:trPr>
          <w:jc w:val="center"/>
        </w:trPr>
        <w:tc>
          <w:tcPr>
            <w:tcW w:w="567" w:type="dxa"/>
          </w:tcPr>
          <w:p w14:paraId="128DB07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7370" w:type="dxa"/>
          </w:tcPr>
          <w:p w14:paraId="60B7B9E4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Mehrjährige Erfahrungen mit Projektleitung, Beratung, Entwicklung (Customizing, Programmierung) und Reporting von SAP-Systemen, insbesondere SAP S/4HANA.</w:t>
            </w:r>
          </w:p>
        </w:tc>
        <w:tc>
          <w:tcPr>
            <w:tcW w:w="1701" w:type="dxa"/>
          </w:tcPr>
          <w:p w14:paraId="036358EB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4535" w:type="dxa"/>
          </w:tcPr>
          <w:p w14:paraId="1556D0DE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3CE85A5E" w14:textId="77777777">
        <w:trPr>
          <w:jc w:val="center"/>
        </w:trPr>
        <w:tc>
          <w:tcPr>
            <w:tcW w:w="567" w:type="dxa"/>
          </w:tcPr>
          <w:p w14:paraId="576A987E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7370" w:type="dxa"/>
          </w:tcPr>
          <w:p w14:paraId="2F69012D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Einschlägiges Fachstudium (BA, FH oder Universität) oder gleichwertige berufliche </w:t>
            </w:r>
            <w:r w:rsidRPr="00E05574">
              <w:rPr>
                <w:rFonts w:ascii="Open Sans" w:hAnsi="Open Sans" w:cs="Open Sans"/>
                <w:lang w:val="de-DE"/>
              </w:rPr>
              <w:t>Qualifikation, soweit zugelassen.</w:t>
            </w:r>
          </w:p>
        </w:tc>
        <w:tc>
          <w:tcPr>
            <w:tcW w:w="1701" w:type="dxa"/>
          </w:tcPr>
          <w:p w14:paraId="6A5EE84C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4535" w:type="dxa"/>
          </w:tcPr>
          <w:p w14:paraId="56029A5A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3AE1AB50" w14:textId="77777777">
        <w:trPr>
          <w:jc w:val="center"/>
        </w:trPr>
        <w:tc>
          <w:tcPr>
            <w:tcW w:w="567" w:type="dxa"/>
          </w:tcPr>
          <w:p w14:paraId="38DFA2A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7370" w:type="dxa"/>
          </w:tcPr>
          <w:p w14:paraId="7670176A" w14:textId="6B52A668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Bereitschaft zur Sicherheitsüberprüfung der Stufe </w:t>
            </w:r>
            <w:r>
              <w:rPr>
                <w:rFonts w:ascii="Open Sans" w:hAnsi="Open Sans" w:cs="Open Sans"/>
                <w:lang w:val="de-DE"/>
              </w:rPr>
              <w:t>2</w:t>
            </w:r>
            <w:r w:rsidRPr="00E05574">
              <w:rPr>
                <w:rFonts w:ascii="Open Sans" w:hAnsi="Open Sans" w:cs="Open Sans"/>
                <w:lang w:val="de-DE"/>
              </w:rPr>
              <w:t xml:space="preserve"> gemäß E</w:t>
            </w:r>
            <w:r>
              <w:rPr>
                <w:rFonts w:ascii="Open Sans" w:hAnsi="Open Sans" w:cs="Open Sans"/>
                <w:lang w:val="de-DE"/>
              </w:rPr>
              <w:t>1</w:t>
            </w:r>
            <w:r w:rsidRPr="00E05574">
              <w:rPr>
                <w:rFonts w:ascii="Open Sans" w:hAnsi="Open Sans" w:cs="Open Sans"/>
                <w:lang w:val="de-DE"/>
              </w:rPr>
              <w:t>8.</w:t>
            </w:r>
          </w:p>
        </w:tc>
        <w:tc>
          <w:tcPr>
            <w:tcW w:w="1701" w:type="dxa"/>
          </w:tcPr>
          <w:p w14:paraId="453F3E89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4535" w:type="dxa"/>
          </w:tcPr>
          <w:p w14:paraId="264EDF85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</w:tbl>
    <w:p w14:paraId="7E75E62A" w14:textId="77777777" w:rsidR="00E3319B" w:rsidRPr="00E05574" w:rsidRDefault="00E3319B">
      <w:pPr>
        <w:rPr>
          <w:rFonts w:ascii="Open Sans" w:hAnsi="Open Sans" w:cs="Open Sans"/>
          <w:lang w:val="de-DE"/>
        </w:rPr>
      </w:pPr>
    </w:p>
    <w:p w14:paraId="0C0BCBC0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t>C. Bewertungsrelevante Angaben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567"/>
        <w:gridCol w:w="7370"/>
        <w:gridCol w:w="3969"/>
        <w:gridCol w:w="2268"/>
      </w:tblGrid>
      <w:tr w:rsidR="00E3319B" w:rsidRPr="00E05574" w14:paraId="3B211B5E" w14:textId="77777777">
        <w:trPr>
          <w:tblHeader/>
          <w:jc w:val="center"/>
        </w:trPr>
        <w:tc>
          <w:tcPr>
            <w:tcW w:w="567" w:type="dxa"/>
            <w:shd w:val="clear" w:color="auto" w:fill="D9EAF7"/>
          </w:tcPr>
          <w:p w14:paraId="3B944D3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7370" w:type="dxa"/>
            <w:shd w:val="clear" w:color="auto" w:fill="D9EAF7"/>
          </w:tcPr>
          <w:p w14:paraId="4362B68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Bewertungsrelevantes Kriterium</w:t>
            </w:r>
          </w:p>
        </w:tc>
        <w:tc>
          <w:tcPr>
            <w:tcW w:w="3969" w:type="dxa"/>
            <w:shd w:val="clear" w:color="auto" w:fill="D9EAF7"/>
          </w:tcPr>
          <w:p w14:paraId="3D0155CD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Konkrete Angabe des Bieters</w:t>
            </w:r>
          </w:p>
        </w:tc>
        <w:tc>
          <w:tcPr>
            <w:tcW w:w="2268" w:type="dxa"/>
            <w:shd w:val="clear" w:color="auto" w:fill="D9EAF7"/>
          </w:tcPr>
          <w:p w14:paraId="77455D81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Nachweis / Referenz / Anlage</w:t>
            </w:r>
          </w:p>
        </w:tc>
      </w:tr>
      <w:tr w:rsidR="00E3319B" w:rsidRPr="00E05574" w14:paraId="08117C86" w14:textId="77777777">
        <w:trPr>
          <w:jc w:val="center"/>
        </w:trPr>
        <w:tc>
          <w:tcPr>
            <w:tcW w:w="567" w:type="dxa"/>
          </w:tcPr>
          <w:p w14:paraId="0023C89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7370" w:type="dxa"/>
          </w:tcPr>
          <w:p w14:paraId="77D2B106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Dauer der </w:t>
            </w:r>
            <w:r w:rsidRPr="00E05574">
              <w:rPr>
                <w:rFonts w:ascii="Open Sans" w:hAnsi="Open Sans" w:cs="Open Sans"/>
                <w:lang w:val="de-DE"/>
              </w:rPr>
              <w:t>Erfahrung mit Projektleitung, Beratung, Entwicklung und Reporting von SAP-Systemen in Jahren.</w:t>
            </w:r>
          </w:p>
        </w:tc>
        <w:tc>
          <w:tcPr>
            <w:tcW w:w="3969" w:type="dxa"/>
          </w:tcPr>
          <w:p w14:paraId="68DE3C86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30C4C6F5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7922E8DF" w14:textId="77777777">
        <w:trPr>
          <w:jc w:val="center"/>
        </w:trPr>
        <w:tc>
          <w:tcPr>
            <w:tcW w:w="567" w:type="dxa"/>
          </w:tcPr>
          <w:p w14:paraId="21E2DA27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7370" w:type="dxa"/>
          </w:tcPr>
          <w:p w14:paraId="16D7C9DC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Anzahl abgeschlossener S/4HANA-Umstellungsprojekte mit eigener Rolle und Aufgabenbezug.</w:t>
            </w:r>
          </w:p>
        </w:tc>
        <w:tc>
          <w:tcPr>
            <w:tcW w:w="3969" w:type="dxa"/>
          </w:tcPr>
          <w:p w14:paraId="6F67BF88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7A2BB099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4A2CB9D0" w14:textId="77777777">
        <w:trPr>
          <w:jc w:val="center"/>
        </w:trPr>
        <w:tc>
          <w:tcPr>
            <w:tcW w:w="567" w:type="dxa"/>
          </w:tcPr>
          <w:p w14:paraId="4B4CA6A0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7370" w:type="dxa"/>
          </w:tcPr>
          <w:p w14:paraId="56A12C74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 xml:space="preserve">Erfahrungen im öffentlichen Dienst in Jahren, belegt durch </w:t>
            </w:r>
            <w:r w:rsidRPr="00E05574">
              <w:rPr>
                <w:rFonts w:ascii="Open Sans" w:hAnsi="Open Sans" w:cs="Open Sans"/>
                <w:lang w:val="de-DE"/>
              </w:rPr>
              <w:t>Projekt-/Kundenbezug.</w:t>
            </w:r>
          </w:p>
        </w:tc>
        <w:tc>
          <w:tcPr>
            <w:tcW w:w="3969" w:type="dxa"/>
          </w:tcPr>
          <w:p w14:paraId="0033404D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49367B80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  <w:tr w:rsidR="00E3319B" w:rsidRPr="00E05574" w14:paraId="6157BB4E" w14:textId="77777777">
        <w:trPr>
          <w:jc w:val="center"/>
        </w:trPr>
        <w:tc>
          <w:tcPr>
            <w:tcW w:w="567" w:type="dxa"/>
          </w:tcPr>
          <w:p w14:paraId="30E1406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4</w:t>
            </w:r>
          </w:p>
        </w:tc>
        <w:tc>
          <w:tcPr>
            <w:tcW w:w="7370" w:type="dxa"/>
          </w:tcPr>
          <w:p w14:paraId="4C7048BE" w14:textId="77777777" w:rsidR="00E3319B" w:rsidRPr="00E05574" w:rsidRDefault="00E05574">
            <w:pPr>
              <w:rPr>
                <w:rFonts w:ascii="Open Sans" w:hAnsi="Open Sans" w:cs="Open Sans"/>
                <w:lang w:val="de-DE"/>
              </w:rPr>
            </w:pPr>
            <w:r w:rsidRPr="00E05574">
              <w:rPr>
                <w:rFonts w:ascii="Open Sans" w:hAnsi="Open Sans" w:cs="Open Sans"/>
                <w:lang w:val="de-DE"/>
              </w:rPr>
              <w:t>SAP-Zertifizierung einschließlich Level und Anlagenverweis.</w:t>
            </w:r>
          </w:p>
        </w:tc>
        <w:tc>
          <w:tcPr>
            <w:tcW w:w="3969" w:type="dxa"/>
          </w:tcPr>
          <w:p w14:paraId="0AA38A00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  <w:tc>
          <w:tcPr>
            <w:tcW w:w="2268" w:type="dxa"/>
          </w:tcPr>
          <w:p w14:paraId="3EF1E7D5" w14:textId="77777777" w:rsidR="00E3319B" w:rsidRPr="00E05574" w:rsidRDefault="00E3319B">
            <w:pPr>
              <w:rPr>
                <w:rFonts w:ascii="Open Sans" w:hAnsi="Open Sans" w:cs="Open Sans"/>
                <w:lang w:val="de-DE"/>
              </w:rPr>
            </w:pPr>
          </w:p>
        </w:tc>
      </w:tr>
    </w:tbl>
    <w:p w14:paraId="7DB992DF" w14:textId="77777777" w:rsidR="00E3319B" w:rsidRPr="00E05574" w:rsidRDefault="00E3319B">
      <w:pPr>
        <w:rPr>
          <w:rFonts w:ascii="Open Sans" w:hAnsi="Open Sans" w:cs="Open Sans"/>
          <w:lang w:val="de-DE"/>
        </w:rPr>
      </w:pPr>
    </w:p>
    <w:p w14:paraId="534478A9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lastRenderedPageBreak/>
        <w:t>D. Persönliche Referenzen / Projektnachweise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96"/>
        <w:gridCol w:w="1701"/>
        <w:gridCol w:w="1134"/>
        <w:gridCol w:w="1701"/>
        <w:gridCol w:w="1134"/>
        <w:gridCol w:w="850"/>
        <w:gridCol w:w="1417"/>
        <w:gridCol w:w="1417"/>
        <w:gridCol w:w="1417"/>
        <w:gridCol w:w="2268"/>
        <w:gridCol w:w="1619"/>
      </w:tblGrid>
      <w:tr w:rsidR="00E3319B" w:rsidRPr="00E05574" w14:paraId="17740A81" w14:textId="77777777">
        <w:trPr>
          <w:tblHeader/>
          <w:jc w:val="center"/>
        </w:trPr>
        <w:tc>
          <w:tcPr>
            <w:tcW w:w="454" w:type="dxa"/>
            <w:shd w:val="clear" w:color="auto" w:fill="D9EAF7"/>
          </w:tcPr>
          <w:p w14:paraId="04D5CAC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1701" w:type="dxa"/>
            <w:shd w:val="clear" w:color="auto" w:fill="D9EAF7"/>
          </w:tcPr>
          <w:p w14:paraId="18D116E7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Auftraggeber / Branche</w:t>
            </w:r>
          </w:p>
        </w:tc>
        <w:tc>
          <w:tcPr>
            <w:tcW w:w="1134" w:type="dxa"/>
            <w:shd w:val="clear" w:color="auto" w:fill="D9EAF7"/>
          </w:tcPr>
          <w:p w14:paraId="286850E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Öffentl. Dienst? Ja/Nein</w:t>
            </w:r>
          </w:p>
        </w:tc>
        <w:tc>
          <w:tcPr>
            <w:tcW w:w="1701" w:type="dxa"/>
            <w:shd w:val="clear" w:color="auto" w:fill="D9EAF7"/>
          </w:tcPr>
          <w:p w14:paraId="44F424C7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Projekt / Aufgabe</w:t>
            </w:r>
          </w:p>
        </w:tc>
        <w:tc>
          <w:tcPr>
            <w:tcW w:w="1134" w:type="dxa"/>
            <w:shd w:val="clear" w:color="auto" w:fill="D9EAF7"/>
          </w:tcPr>
          <w:p w14:paraId="6533B9FC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Zeitraum von-bis</w:t>
            </w:r>
          </w:p>
        </w:tc>
        <w:tc>
          <w:tcPr>
            <w:tcW w:w="850" w:type="dxa"/>
            <w:shd w:val="clear" w:color="auto" w:fill="D9EAF7"/>
          </w:tcPr>
          <w:p w14:paraId="0C72F4A2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Dauer</w:t>
            </w:r>
          </w:p>
        </w:tc>
        <w:tc>
          <w:tcPr>
            <w:tcW w:w="1417" w:type="dxa"/>
            <w:shd w:val="clear" w:color="auto" w:fill="D9EAF7"/>
          </w:tcPr>
          <w:p w14:paraId="311F9689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SAP-System / Release</w:t>
            </w:r>
          </w:p>
        </w:tc>
        <w:tc>
          <w:tcPr>
            <w:tcW w:w="1417" w:type="dxa"/>
            <w:shd w:val="clear" w:color="auto" w:fill="D9EAF7"/>
          </w:tcPr>
          <w:p w14:paraId="23DEDBA4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Modul / Komponente</w:t>
            </w:r>
          </w:p>
        </w:tc>
        <w:tc>
          <w:tcPr>
            <w:tcW w:w="1417" w:type="dxa"/>
            <w:shd w:val="clear" w:color="auto" w:fill="D9EAF7"/>
          </w:tcPr>
          <w:p w14:paraId="379CDC33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Rolle der Person</w:t>
            </w:r>
          </w:p>
        </w:tc>
        <w:tc>
          <w:tcPr>
            <w:tcW w:w="2268" w:type="dxa"/>
            <w:shd w:val="clear" w:color="auto" w:fill="D9EAF7"/>
          </w:tcPr>
          <w:p w14:paraId="17B85E2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Konkrete Tätigkeiten</w:t>
            </w:r>
          </w:p>
        </w:tc>
        <w:tc>
          <w:tcPr>
            <w:tcW w:w="1134" w:type="dxa"/>
            <w:shd w:val="clear" w:color="auto" w:fill="D9EAF7"/>
          </w:tcPr>
          <w:p w14:paraId="1700DEE7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Abgeschlossen? / Anlage</w:t>
            </w:r>
          </w:p>
        </w:tc>
      </w:tr>
      <w:tr w:rsidR="00E3319B" w:rsidRPr="00E05574" w14:paraId="74FC1E0E" w14:textId="77777777">
        <w:trPr>
          <w:jc w:val="center"/>
        </w:trPr>
        <w:tc>
          <w:tcPr>
            <w:tcW w:w="454" w:type="dxa"/>
          </w:tcPr>
          <w:p w14:paraId="59C3AE62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1701" w:type="dxa"/>
          </w:tcPr>
          <w:p w14:paraId="4305D64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51FADC4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1FE1724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26E8CEA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4C4CA87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33E8E31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085C796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5EA9C63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32264AD4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021183D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4E9250BA" w14:textId="77777777">
        <w:trPr>
          <w:jc w:val="center"/>
        </w:trPr>
        <w:tc>
          <w:tcPr>
            <w:tcW w:w="454" w:type="dxa"/>
          </w:tcPr>
          <w:p w14:paraId="0719F375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1701" w:type="dxa"/>
          </w:tcPr>
          <w:p w14:paraId="099D76F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78EABD8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6076847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3DC3C22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19FB7F7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6055243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3D5BFA3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0C9C24A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5D378F8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378A455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701928CF" w14:textId="77777777">
        <w:trPr>
          <w:jc w:val="center"/>
        </w:trPr>
        <w:tc>
          <w:tcPr>
            <w:tcW w:w="454" w:type="dxa"/>
          </w:tcPr>
          <w:p w14:paraId="5E2FC5A9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1701" w:type="dxa"/>
          </w:tcPr>
          <w:p w14:paraId="69BED94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59A286C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4B19888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2D96EBF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11E775E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77A27BC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2F7353D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766525B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2164D4E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3449038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48A9A101" w14:textId="77777777">
        <w:trPr>
          <w:jc w:val="center"/>
        </w:trPr>
        <w:tc>
          <w:tcPr>
            <w:tcW w:w="454" w:type="dxa"/>
          </w:tcPr>
          <w:p w14:paraId="103F7414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4</w:t>
            </w:r>
          </w:p>
        </w:tc>
        <w:tc>
          <w:tcPr>
            <w:tcW w:w="1701" w:type="dxa"/>
          </w:tcPr>
          <w:p w14:paraId="6D54E5E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6D03AE92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414CFBF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416B265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46AAE23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24B57FE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61F85034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0E29B6D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7157B7FB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4D3A17A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47260931" w14:textId="77777777">
        <w:trPr>
          <w:jc w:val="center"/>
        </w:trPr>
        <w:tc>
          <w:tcPr>
            <w:tcW w:w="454" w:type="dxa"/>
          </w:tcPr>
          <w:p w14:paraId="2E928692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5</w:t>
            </w:r>
          </w:p>
        </w:tc>
        <w:tc>
          <w:tcPr>
            <w:tcW w:w="1701" w:type="dxa"/>
          </w:tcPr>
          <w:p w14:paraId="4641556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5375F30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6EF976F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73559B4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850" w:type="dxa"/>
          </w:tcPr>
          <w:p w14:paraId="3632B974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530155B4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7541CDE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14:paraId="788600B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47D77EC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31272E4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</w:tbl>
    <w:p w14:paraId="193B82A2" w14:textId="77777777" w:rsidR="00E3319B" w:rsidRPr="00E05574" w:rsidRDefault="00E3319B">
      <w:pPr>
        <w:rPr>
          <w:rFonts w:ascii="Open Sans" w:hAnsi="Open Sans" w:cs="Open Sans"/>
        </w:rPr>
      </w:pPr>
    </w:p>
    <w:p w14:paraId="1B0F2E8F" w14:textId="77777777" w:rsidR="00E3319B" w:rsidRPr="00E05574" w:rsidRDefault="00E05574">
      <w:pPr>
        <w:pStyle w:val="berschrift2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t>E. Zertifizierungen und Qualifikationen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567"/>
        <w:gridCol w:w="3402"/>
        <w:gridCol w:w="2268"/>
        <w:gridCol w:w="3402"/>
        <w:gridCol w:w="1701"/>
        <w:gridCol w:w="2835"/>
      </w:tblGrid>
      <w:tr w:rsidR="00E3319B" w:rsidRPr="00E05574" w14:paraId="4DA14116" w14:textId="77777777">
        <w:trPr>
          <w:tblHeader/>
          <w:jc w:val="center"/>
        </w:trPr>
        <w:tc>
          <w:tcPr>
            <w:tcW w:w="567" w:type="dxa"/>
            <w:shd w:val="clear" w:color="auto" w:fill="D9EAF7"/>
          </w:tcPr>
          <w:p w14:paraId="3079F62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3402" w:type="dxa"/>
            <w:shd w:val="clear" w:color="auto" w:fill="D9EAF7"/>
          </w:tcPr>
          <w:p w14:paraId="51E4CD3F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Zertifikat / Qualifikation</w:t>
            </w:r>
          </w:p>
        </w:tc>
        <w:tc>
          <w:tcPr>
            <w:tcW w:w="2268" w:type="dxa"/>
            <w:shd w:val="clear" w:color="auto" w:fill="D9EAF7"/>
          </w:tcPr>
          <w:p w14:paraId="51A2C1A1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Aussteller</w:t>
            </w:r>
          </w:p>
        </w:tc>
        <w:tc>
          <w:tcPr>
            <w:tcW w:w="3402" w:type="dxa"/>
            <w:shd w:val="clear" w:color="auto" w:fill="D9EAF7"/>
          </w:tcPr>
          <w:p w14:paraId="6BEB0BDC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 xml:space="preserve">Level (Associate / </w:t>
            </w:r>
            <w:r w:rsidRPr="00E05574">
              <w:rPr>
                <w:rFonts w:ascii="Open Sans" w:hAnsi="Open Sans" w:cs="Open Sans"/>
                <w:b/>
              </w:rPr>
              <w:t>Specialist / Professional / sonstiges)</w:t>
            </w:r>
          </w:p>
        </w:tc>
        <w:tc>
          <w:tcPr>
            <w:tcW w:w="1701" w:type="dxa"/>
            <w:shd w:val="clear" w:color="auto" w:fill="D9EAF7"/>
          </w:tcPr>
          <w:p w14:paraId="3332F6FA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Gültig seit / bis</w:t>
            </w:r>
          </w:p>
        </w:tc>
        <w:tc>
          <w:tcPr>
            <w:tcW w:w="2835" w:type="dxa"/>
            <w:shd w:val="clear" w:color="auto" w:fill="D9EAF7"/>
          </w:tcPr>
          <w:p w14:paraId="453998A1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Anlage</w:t>
            </w:r>
          </w:p>
        </w:tc>
      </w:tr>
      <w:tr w:rsidR="00E3319B" w:rsidRPr="00E05574" w14:paraId="57C14C26" w14:textId="77777777">
        <w:trPr>
          <w:jc w:val="center"/>
        </w:trPr>
        <w:tc>
          <w:tcPr>
            <w:tcW w:w="567" w:type="dxa"/>
          </w:tcPr>
          <w:p w14:paraId="3E4AD8B6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1</w:t>
            </w:r>
          </w:p>
        </w:tc>
        <w:tc>
          <w:tcPr>
            <w:tcW w:w="3402" w:type="dxa"/>
          </w:tcPr>
          <w:p w14:paraId="58689149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3E9A8F3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3402" w:type="dxa"/>
          </w:tcPr>
          <w:p w14:paraId="4A73ECF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5C56B956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061110E1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447BF3CF" w14:textId="77777777">
        <w:trPr>
          <w:jc w:val="center"/>
        </w:trPr>
        <w:tc>
          <w:tcPr>
            <w:tcW w:w="567" w:type="dxa"/>
          </w:tcPr>
          <w:p w14:paraId="2D93216D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2</w:t>
            </w:r>
          </w:p>
        </w:tc>
        <w:tc>
          <w:tcPr>
            <w:tcW w:w="3402" w:type="dxa"/>
          </w:tcPr>
          <w:p w14:paraId="0076215A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4EEA298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3402" w:type="dxa"/>
          </w:tcPr>
          <w:p w14:paraId="0846E900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2365473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7F6AEFBC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  <w:tr w:rsidR="00E3319B" w:rsidRPr="00E05574" w14:paraId="397C030F" w14:textId="77777777">
        <w:trPr>
          <w:jc w:val="center"/>
        </w:trPr>
        <w:tc>
          <w:tcPr>
            <w:tcW w:w="567" w:type="dxa"/>
          </w:tcPr>
          <w:p w14:paraId="6245376B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</w:rPr>
              <w:t>3</w:t>
            </w:r>
          </w:p>
        </w:tc>
        <w:tc>
          <w:tcPr>
            <w:tcW w:w="3402" w:type="dxa"/>
          </w:tcPr>
          <w:p w14:paraId="146C014E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0E7AC35D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3402" w:type="dxa"/>
          </w:tcPr>
          <w:p w14:paraId="16A578D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65199078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2835" w:type="dxa"/>
          </w:tcPr>
          <w:p w14:paraId="20C8268F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</w:tbl>
    <w:p w14:paraId="658E1862" w14:textId="77777777" w:rsidR="00E3319B" w:rsidRPr="00E05574" w:rsidRDefault="00E3319B">
      <w:pPr>
        <w:rPr>
          <w:rFonts w:ascii="Open Sans" w:hAnsi="Open Sans" w:cs="Open Sans"/>
        </w:rPr>
      </w:pPr>
    </w:p>
    <w:p w14:paraId="174A61D0" w14:textId="77777777" w:rsidR="00E3319B" w:rsidRPr="00E05574" w:rsidRDefault="00E05574">
      <w:pPr>
        <w:pStyle w:val="berschrift1"/>
        <w:rPr>
          <w:rFonts w:ascii="Open Sans" w:hAnsi="Open Sans" w:cs="Open Sans"/>
        </w:rPr>
      </w:pPr>
      <w:r w:rsidRPr="00E05574">
        <w:rPr>
          <w:rFonts w:ascii="Open Sans" w:hAnsi="Open Sans" w:cs="Open Sans"/>
        </w:rPr>
        <w:t>Abschlusserklärung des Bieters</w:t>
      </w:r>
    </w:p>
    <w:p w14:paraId="1B9725DB" w14:textId="77777777" w:rsidR="00E3319B" w:rsidRPr="00E05574" w:rsidRDefault="00E05574">
      <w:pPr>
        <w:spacing w:after="60"/>
        <w:rPr>
          <w:rFonts w:ascii="Open Sans" w:hAnsi="Open Sans" w:cs="Open Sans"/>
          <w:lang w:val="de-DE"/>
        </w:rPr>
      </w:pPr>
      <w:r w:rsidRPr="00E05574">
        <w:rPr>
          <w:rFonts w:ascii="Open Sans" w:hAnsi="Open Sans" w:cs="Open Sans"/>
          <w:lang w:val="de-DE"/>
        </w:rPr>
        <w:t xml:space="preserve">Der Bieter bestätigt, dass die Angaben vollständig und wahrheitsgemäß sind. Dem Bieter ist bekannt, dass unzutreffende oder nicht </w:t>
      </w:r>
      <w:r w:rsidRPr="00E05574">
        <w:rPr>
          <w:rFonts w:ascii="Open Sans" w:hAnsi="Open Sans" w:cs="Open Sans"/>
          <w:lang w:val="de-DE"/>
        </w:rPr>
        <w:t>nachvollziehbare Angaben zum Ausschluss des Angebotes oder zu einer niedrigeren Bewertung führen können.</w:t>
      </w:r>
    </w:p>
    <w:tbl>
      <w:tblPr>
        <w:tblStyle w:val="Tabellenraster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535"/>
        <w:gridCol w:w="4535"/>
        <w:gridCol w:w="5102"/>
      </w:tblGrid>
      <w:tr w:rsidR="00E3319B" w:rsidRPr="00E05574" w14:paraId="4D886E33" w14:textId="77777777">
        <w:trPr>
          <w:tblHeader/>
          <w:jc w:val="center"/>
        </w:trPr>
        <w:tc>
          <w:tcPr>
            <w:tcW w:w="4535" w:type="dxa"/>
            <w:shd w:val="clear" w:color="auto" w:fill="D9EAF7"/>
          </w:tcPr>
          <w:p w14:paraId="10940C5E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Ort, Datum</w:t>
            </w:r>
          </w:p>
        </w:tc>
        <w:tc>
          <w:tcPr>
            <w:tcW w:w="4535" w:type="dxa"/>
            <w:shd w:val="clear" w:color="auto" w:fill="D9EAF7"/>
          </w:tcPr>
          <w:p w14:paraId="1AAB2268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Name / Funktion</w:t>
            </w:r>
          </w:p>
        </w:tc>
        <w:tc>
          <w:tcPr>
            <w:tcW w:w="5102" w:type="dxa"/>
            <w:shd w:val="clear" w:color="auto" w:fill="D9EAF7"/>
          </w:tcPr>
          <w:p w14:paraId="3253A25C" w14:textId="77777777" w:rsidR="00E3319B" w:rsidRPr="00E05574" w:rsidRDefault="00E05574">
            <w:pPr>
              <w:rPr>
                <w:rFonts w:ascii="Open Sans" w:hAnsi="Open Sans" w:cs="Open Sans"/>
              </w:rPr>
            </w:pPr>
            <w:r w:rsidRPr="00E05574">
              <w:rPr>
                <w:rFonts w:ascii="Open Sans" w:hAnsi="Open Sans" w:cs="Open Sans"/>
                <w:b/>
              </w:rPr>
              <w:t>Unterschrift / Textform</w:t>
            </w:r>
          </w:p>
        </w:tc>
      </w:tr>
      <w:tr w:rsidR="00E3319B" w:rsidRPr="00E05574" w14:paraId="34BF6E3B" w14:textId="77777777">
        <w:trPr>
          <w:jc w:val="center"/>
        </w:trPr>
        <w:tc>
          <w:tcPr>
            <w:tcW w:w="4535" w:type="dxa"/>
          </w:tcPr>
          <w:p w14:paraId="05F87F03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4535" w:type="dxa"/>
          </w:tcPr>
          <w:p w14:paraId="292D3975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  <w:tc>
          <w:tcPr>
            <w:tcW w:w="5102" w:type="dxa"/>
          </w:tcPr>
          <w:p w14:paraId="47020D27" w14:textId="77777777" w:rsidR="00E3319B" w:rsidRPr="00E05574" w:rsidRDefault="00E3319B">
            <w:pPr>
              <w:rPr>
                <w:rFonts w:ascii="Open Sans" w:hAnsi="Open Sans" w:cs="Open Sans"/>
              </w:rPr>
            </w:pPr>
          </w:p>
        </w:tc>
      </w:tr>
    </w:tbl>
    <w:p w14:paraId="2EF497D7" w14:textId="77777777" w:rsidR="00E3319B" w:rsidRPr="00E05574" w:rsidRDefault="00E3319B">
      <w:pPr>
        <w:rPr>
          <w:rFonts w:ascii="Open Sans" w:hAnsi="Open Sans" w:cs="Open Sans"/>
        </w:rPr>
      </w:pPr>
    </w:p>
    <w:sectPr w:rsidR="00E3319B" w:rsidRPr="00E05574">
      <w:pgSz w:w="16838" w:h="11906" w:orient="landscape"/>
      <w:pgMar w:top="680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7210827">
    <w:abstractNumId w:val="8"/>
  </w:num>
  <w:num w:numId="2" w16cid:durableId="1670058691">
    <w:abstractNumId w:val="6"/>
  </w:num>
  <w:num w:numId="3" w16cid:durableId="1640916627">
    <w:abstractNumId w:val="5"/>
  </w:num>
  <w:num w:numId="4" w16cid:durableId="128936220">
    <w:abstractNumId w:val="4"/>
  </w:num>
  <w:num w:numId="5" w16cid:durableId="1542786324">
    <w:abstractNumId w:val="7"/>
  </w:num>
  <w:num w:numId="6" w16cid:durableId="147745593">
    <w:abstractNumId w:val="3"/>
  </w:num>
  <w:num w:numId="7" w16cid:durableId="484980016">
    <w:abstractNumId w:val="2"/>
  </w:num>
  <w:num w:numId="8" w16cid:durableId="118885820">
    <w:abstractNumId w:val="1"/>
  </w:num>
  <w:num w:numId="9" w16cid:durableId="1699350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1F4C"/>
    <w:rsid w:val="0006063C"/>
    <w:rsid w:val="0015074B"/>
    <w:rsid w:val="0029639D"/>
    <w:rsid w:val="00326F90"/>
    <w:rsid w:val="00AA1D8D"/>
    <w:rsid w:val="00B47730"/>
    <w:rsid w:val="00CB0664"/>
    <w:rsid w:val="00E05574"/>
    <w:rsid w:val="00E331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2ECA645"/>
  <w14:defaultImageDpi w14:val="300"/>
  <w15:docId w15:val="{1B832524-EAE2-460F-B82E-073C82C05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hAnsi="Arial"/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2156</Words>
  <Characters>13586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ZDPol Springer, Nicola Elke</cp:lastModifiedBy>
  <cp:revision>2</cp:revision>
  <dcterms:created xsi:type="dcterms:W3CDTF">2013-12-23T23:15:00Z</dcterms:created>
  <dcterms:modified xsi:type="dcterms:W3CDTF">2026-07-09T13:21:00Z</dcterms:modified>
  <cp:category/>
</cp:coreProperties>
</file>